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expands AI toolkit with GitHub Copilot for Azure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Microsoft has announced a significant expansion in its range of artificial intelligence (AI) tools with the introduction of GitHub Copilot for Azure. The tech giant unveiled these new developments on Tuesday, signalling its strongest endeavour yet to lead the fast-evolving sector of AI application development. The launch is aimed at simplifying the software development process, potentially redefining how applications are built in an AI-driven world.</w:t>
      </w:r>
      <w:r/>
    </w:p>
    <w:p>
      <w:r/>
      <w:r>
        <w:t>The centrepiece of Microsoft's announcement is a unique approach to reducing the cognitive load developers face when navigating various tools and interfaces. Research indicates that such 'context switching' can cost developers around 23 minutes in productivity each time it occurs. Amanda Silver, Corporate Vice President of Product for Microsoft's Developer Division, highlighted this issue, stating, “Developers need a heightened state of focus because they’re creating a mental model about the application they're trying to create. A plethora of interfaces and tools can cause significant cognitive overload.”</w:t>
      </w:r>
      <w:r/>
    </w:p>
    <w:p>
      <w:r/>
      <w:r>
        <w:t>Microsoft has incorporated the OpenAI GPT-4 setup interface within GitHub, aiding developers in creating personal access tokens and into their workflows, reflecting the company’s focus on making AI integration more straightforward within coding environments.</w:t>
      </w:r>
      <w:r/>
    </w:p>
    <w:p>
      <w:r/>
      <w:r>
        <w:t>The timing of this announcement coincides with a burgeoning trend in the tech industry: the rise of the 'AI engineer'. Mario Rodriguez, Chief Product Officer at GitHub, points out, “With the rise of AI in applications, the developers' role is pivoting towards integrating intelligence into these applications. This marks the emergence of the AI engineer.”</w:t>
      </w:r>
      <w:r/>
    </w:p>
    <w:p>
      <w:r/>
      <w:r>
        <w:t>The introduction of AI into application development fundamentally alters traditional methods, which generally follow a cycle of coding, building, debugging, and repeating. AI development, on the other hand, brings challenges such as model evaluation and prompt engineering, adding layers of complexity.</w:t>
      </w:r>
      <w:r/>
    </w:p>
    <w:p>
      <w:r/>
      <w:r>
        <w:t>GitHub Copilot for Azure is designed to directly address these new challenges. This AI-powered assistant integrates with popular coding environments like Visual Studio Code and enables developers to manage cloud resources and deploy applications effectively, all within their main workspace.</w:t>
      </w:r>
      <w:r/>
    </w:p>
    <w:p>
      <w:r/>
      <w:r>
        <w:t>Additionally, Microsoft is rolling out AI App Templates that promise swift deployment within "as little as five minutes." These templates are set to interface with various AI frameworks and tools from other vendors, acknowledging the necessity of a diverse ecosystem in AI development. This initiative could greatly benefit smaller teams and individual developers by providing them with powerful tools usually accessible to larger organisations.</w:t>
      </w:r>
      <w:r/>
    </w:p>
    <w:p>
      <w:r/>
      <w:r>
        <w:t>The implications of these developments are substantial. As businesses integrate AI into their systems, their choice of development tools and platforms might bind them to specific tech ecosystems. Microsoft, with its GitHub ownership and Azure cloud services, stands in a favourable position to capitalise on this transformation.</w:t>
      </w:r>
      <w:r/>
    </w:p>
    <w:p>
      <w:r/>
      <w:r>
        <w:t>Rodriguez noted the evolution in Copilot's capabilities, mentioning a transition from single-threaded to multi-threaded processes and single model to multi-model functionality. This evolution underscores the broader industry trend towards more sophisticated AI-powered development tools capable of tackling complex tasks. New features announced include model evaluation and A/B testing on a large scale through GitHub Actions, which will enable developers to automatically evaluate metrics such as coherence and fluency as part of their workflows.</w:t>
      </w:r>
      <w:r/>
    </w:p>
    <w:p>
      <w:r/>
      <w:r>
        <w:t>Despite the promising nature of these tools, they also stir questions about the future of software development. As AI tools become more competent, the distinction between human and AI contributions to coding blurs, raising issues of software authorship, liability, and intellectual property rights.</w:t>
      </w:r>
      <w:r/>
    </w:p>
    <w:p>
      <w:r/>
      <w:r>
        <w:t>Microsoft’s advantage in the cloud computing race is evident with this integration of GitHub Copilot with Azure, posing a challenge to major competitors like Amazon Web Services and Google Cloud. With Azure already being utilised by 95% of Fortune 500 companies, these enhanced AI tools could enable Microsoft to fortify its position even further.</w:t>
      </w:r>
      <w:r/>
    </w:p>
    <w:p>
      <w:r/>
      <w:r>
        <w:t>These tools will start rolling out in preview this week during GitHub Universe, the company's annual developer conference. The reception and usage of these tools may shape Microsoft's standing in the AI sector and influence how future software will be developed.</w:t>
      </w:r>
      <w:r/>
    </w:p>
    <w:p>
      <w:r/>
      <w:r>
        <w:t>The emerging narrative for developers is that an AI-first approach in software development is quickly gaining pace. These tools are designed to free developers from repetitive tasks, allowing them to focus on the more creative facets of their work. How this AI-enhanced development model becomes integrated into standard practice will depend on how developers incorporate these tools and how competing tech firms respond to this transformative shift.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https://azure.microsoft.com/en-us/products/copilot</w:t>
        </w:r>
      </w:hyperlink>
      <w:r>
        <w:t xml:space="preserve"> - Explains Microsoft Copilot in Azure, an AI companion that simplifies designing, operating, optimizing, and troubleshooting apps and infrastructure, which is relevant to Microsoft's expansion in AI tools.</w:t>
      </w:r>
      <w:r/>
    </w:p>
    <w:p>
      <w:pPr>
        <w:pStyle w:val="ListNumber"/>
        <w:spacing w:line="240" w:lineRule="auto"/>
        <w:ind w:left="720"/>
      </w:pPr>
      <w:r/>
      <w:hyperlink r:id="rId11">
        <w:r>
          <w:rPr>
            <w:color w:val="0000EE"/>
            <w:u w:val="single"/>
          </w:rPr>
          <w:t>https://www.youtube.com/watch?v=ZuIdhaC8Tsg</w:t>
        </w:r>
      </w:hyperlink>
      <w:r>
        <w:t xml:space="preserve"> - Provides a hands-on demonstration of GitHub Copilot for Azure, showing how it integrates with VS Code and helps with Azure-related questions and tasks, aligning with the announcement of new AI tools.</w:t>
      </w:r>
      <w:r/>
    </w:p>
    <w:p>
      <w:pPr>
        <w:pStyle w:val="ListNumber"/>
        <w:spacing w:line="240" w:lineRule="auto"/>
        <w:ind w:left="720"/>
      </w:pPr>
      <w:r/>
      <w:hyperlink r:id="rId12">
        <w:r>
          <w:rPr>
            <w:color w:val="0000EE"/>
            <w:u w:val="single"/>
          </w:rPr>
          <w:t>https://techcommunity.microsoft.com/t5/microsoft-developer-community/introducing-github-copilot-for-azure-your-cloud-coding-companion/ba-p/4127644</w:t>
        </w:r>
      </w:hyperlink>
      <w:r>
        <w:t xml:space="preserve"> - Introduces GitHub Copilot for Azure, highlighting its role as a personal guide to the Azure cloud, answering questions about Azure services and resources, and aiding in troubleshooting.</w:t>
      </w:r>
      <w:r/>
    </w:p>
    <w:p>
      <w:pPr>
        <w:pStyle w:val="ListNumber"/>
        <w:spacing w:line="240" w:lineRule="auto"/>
        <w:ind w:left="720"/>
      </w:pPr>
      <w:r/>
      <w:hyperlink r:id="rId12">
        <w:r>
          <w:rPr>
            <w:color w:val="0000EE"/>
            <w:u w:val="single"/>
          </w:rPr>
          <w:t>https://techcommunity.microsoft.com/t5/microsoft-developer-community/introducing-github-copilot-for-azure-your-cloud-coding-companion/ba-p/4127644</w:t>
        </w:r>
      </w:hyperlink>
      <w:r>
        <w:t xml:space="preserve"> - Discusses the integration of GitHub Copilot for Azure with popular coding environments like Visual Studio Code, addressing the challenges of AI development.</w:t>
      </w:r>
      <w:r/>
    </w:p>
    <w:p>
      <w:pPr>
        <w:pStyle w:val="ListNumber"/>
        <w:spacing w:line="240" w:lineRule="auto"/>
        <w:ind w:left="720"/>
      </w:pPr>
      <w:r/>
      <w:hyperlink r:id="rId13">
        <w:r>
          <w:rPr>
            <w:color w:val="0000EE"/>
            <w:u w:val="single"/>
          </w:rPr>
          <w:t>https://github.com/azure/aistudio-copilot-sample</w:t>
        </w:r>
      </w:hyperlink>
      <w:r>
        <w:t xml:space="preserve"> - Provides a sample for creating a copilot enterprise chat API using custom Python code, which is relevant to the customization and integration of AI tools in development environments.</w:t>
      </w:r>
      <w:r/>
    </w:p>
    <w:p>
      <w:pPr>
        <w:pStyle w:val="ListNumber"/>
        <w:spacing w:line="240" w:lineRule="auto"/>
        <w:ind w:left="720"/>
      </w:pPr>
      <w:r/>
      <w:hyperlink r:id="rId14">
        <w:r>
          <w:rPr>
            <w:color w:val="0000EE"/>
            <w:u w:val="single"/>
          </w:rPr>
          <w:t>https://learn.microsoft.com/en-us/answers/questions/1391222/azure-open-ai-github-copilot-extension</w:t>
        </w:r>
      </w:hyperlink>
      <w:r>
        <w:t xml:space="preserve"> - Clarifies the distinction between Azure Open AI Service and GitHub Copilot, indicating that Azure Open AI does not offer a way to utilize the GitHub Copilot extension, which is important for understanding the ecosystem of AI tools.</w:t>
      </w:r>
      <w:r/>
    </w:p>
    <w:p>
      <w:pPr>
        <w:pStyle w:val="ListNumber"/>
        <w:spacing w:line="240" w:lineRule="auto"/>
        <w:ind w:left="720"/>
      </w:pPr>
      <w:r/>
      <w:hyperlink r:id="rId12">
        <w:r>
          <w:rPr>
            <w:color w:val="0000EE"/>
            <w:u w:val="single"/>
          </w:rPr>
          <w:t>https://techcommunity.microsoft.com/t5/microsoft-developer-community/introducing-github-copilot-for-azure-your-cloud-coding-companion/ba-p/4127644</w:t>
        </w:r>
      </w:hyperlink>
      <w:r>
        <w:t xml:space="preserve"> - Mentions the emergence of the 'AI engineer' and the role of GitHub Copilot for Azure in this new paradigm, reflecting the industry trend towards AI integration in application development.</w:t>
      </w:r>
      <w:r/>
    </w:p>
    <w:p>
      <w:pPr>
        <w:pStyle w:val="ListNumber"/>
        <w:spacing w:line="240" w:lineRule="auto"/>
        <w:ind w:left="720"/>
      </w:pPr>
      <w:r/>
      <w:hyperlink r:id="rId10">
        <w:r>
          <w:rPr>
            <w:color w:val="0000EE"/>
            <w:u w:val="single"/>
          </w:rPr>
          <w:t>https://azure.microsoft.com/en-us/products/copilot</w:t>
        </w:r>
      </w:hyperlink>
      <w:r>
        <w:t xml:space="preserve"> - Highlights the built-in security and compliance features of Microsoft Copilot in Azure, which is crucial as businesses integrate AI into their systems.</w:t>
      </w:r>
      <w:r/>
    </w:p>
    <w:p>
      <w:pPr>
        <w:pStyle w:val="ListNumber"/>
        <w:spacing w:line="240" w:lineRule="auto"/>
        <w:ind w:left="720"/>
      </w:pPr>
      <w:r/>
      <w:hyperlink r:id="rId11">
        <w:r>
          <w:rPr>
            <w:color w:val="0000EE"/>
            <w:u w:val="single"/>
          </w:rPr>
          <w:t>https://www.youtube.com/watch?v=ZuIdhaC8Tsg</w:t>
        </w:r>
      </w:hyperlink>
      <w:r>
        <w:t xml:space="preserve"> - Shows how GitHub Copilot for Azure can help with model evaluation and other complex tasks, aligning with the evolution of Copilot's capabilities mentioned in the article.</w:t>
      </w:r>
      <w:r/>
    </w:p>
    <w:p>
      <w:pPr>
        <w:pStyle w:val="ListNumber"/>
        <w:spacing w:line="240" w:lineRule="auto"/>
        <w:ind w:left="720"/>
      </w:pPr>
      <w:r/>
      <w:hyperlink r:id="rId12">
        <w:r>
          <w:rPr>
            <w:color w:val="0000EE"/>
            <w:u w:val="single"/>
          </w:rPr>
          <w:t>https://techcommunity.microsoft.com/t5/microsoft-developer-community/introducing-github-copilot-for-azure-your-cloud-coding-companion/ba-p/4127644</w:t>
        </w:r>
      </w:hyperlink>
      <w:r>
        <w:t xml:space="preserve"> - Discusses the rollout of AI App Templates and their potential to benefit smaller teams and individual developers, reflecting Microsoft's strategy to make AI integration more accessible.</w:t>
      </w:r>
      <w:r/>
    </w:p>
    <w:p>
      <w:pPr>
        <w:pStyle w:val="ListNumber"/>
        <w:spacing w:line="240" w:lineRule="auto"/>
        <w:ind w:left="720"/>
      </w:pPr>
      <w:r/>
      <w:hyperlink r:id="rId15">
        <w:r>
          <w:rPr>
            <w:color w:val="0000EE"/>
            <w:u w:val="single"/>
          </w:rPr>
          <w:t>https://venturebeat.com/ai/microsoft-just-made-it-way-easier-for-developers-to-build-ai-apps-and-it-could-be-bad-news-for-aws/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zure.microsoft.com/en-us/products/copilot" TargetMode="External"/><Relationship Id="rId11" Type="http://schemas.openxmlformats.org/officeDocument/2006/relationships/hyperlink" Target="https://www.youtube.com/watch?v=ZuIdhaC8Tsg" TargetMode="External"/><Relationship Id="rId12" Type="http://schemas.openxmlformats.org/officeDocument/2006/relationships/hyperlink" Target="https://techcommunity.microsoft.com/t5/microsoft-developer-community/introducing-github-copilot-for-azure-your-cloud-coding-companion/ba-p/4127644" TargetMode="External"/><Relationship Id="rId13" Type="http://schemas.openxmlformats.org/officeDocument/2006/relationships/hyperlink" Target="https://github.com/azure/aistudio-copilot-sample" TargetMode="External"/><Relationship Id="rId14" Type="http://schemas.openxmlformats.org/officeDocument/2006/relationships/hyperlink" Target="https://learn.microsoft.com/en-us/answers/questions/1391222/azure-open-ai-github-copilot-extension" TargetMode="External"/><Relationship Id="rId15" Type="http://schemas.openxmlformats.org/officeDocument/2006/relationships/hyperlink" Target="https://venturebeat.com/ai/microsoft-just-made-it-way-easier-for-developers-to-build-ai-apps-and-it-could-be-bad-news-for-a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