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Ohio nurse embraces AI-driven app for successful weight loss journey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Ohio, 53-year-old nurse Chrissy Clark has embarked on a transformative weight loss journey using an AI-driven app after facing serious health challenges earlier this year. Diagnosed with type 2 diabetes and severe obesity, Chrissy weighed in at her heaviest at 223 pounds, prompting her to seek a solution that could help her improve her health and manage her condition effectively.</w:t>
      </w:r>
      <w:r/>
    </w:p>
    <w:p>
      <w:r/>
      <w:r>
        <w:t>Chrissy’s search led her to discover the Simple coaching app, a digital tool that offers individualized health regimens and nutrition guidance powered by artificial intelligence. This app caught her attention after years of fruitless attempts with traditional diets and health fads, all of which had failed to yield lasting results. By integrating this app into her lifestyle, Chrissy successfully shed 36 pounds over the span of six months. Delighted with her progress, she remarked on her newfound energy and overall well-being, noting the significant positive changes in her life.</w:t>
      </w:r>
      <w:r/>
    </w:p>
    <w:p>
      <w:r/>
      <w:r>
        <w:t>The Simple app, regarded for its user-centric approach, begins with a survey to understand each user's health goals, preferences, and previous experiences in weight management. Armed with this information, the app crafts customized workout plans and offers detailed nutritional advice. The AI-based coach embedded in the app also provides users with the ability to seek answers to their questions, offering a comprehensive and supportive experience akin to having a personal trainer by their side.</w:t>
      </w:r>
      <w:r/>
    </w:p>
    <w:p>
      <w:r/>
      <w:r>
        <w:t>Chrissy is just one of many users who have found success with the Simple app. Another user, Virginia resident Kelly Hartmann, reported a weight loss of 15 pounds over four months. She appreciated the app’s ease of use, noting that it monitored her eating, drinking, and exercise habits without requiring advanced technical skills.</w:t>
      </w:r>
      <w:r/>
    </w:p>
    <w:p>
      <w:r/>
      <w:r>
        <w:t>User feedback on platforms such as Trustpilot gives the Simple app an impressive rating of 4.1 out of 5 stars. Nonetheless, some users have expressed concerns about its pricing and limited functionalities, such as the inability to log certain dietary choices accurately. Despite these criticisms, many reviews underscore the app’s effectiveness in maintaining a healthful lifestyle and achieving weight loss goals.</w:t>
      </w:r>
      <w:r/>
    </w:p>
    <w:p>
      <w:r/>
      <w:r>
        <w:t>While the Simple app has garnered attention for its modern approach to health management, other options exist for those seeking alternatives. Noom, another weight management app, comes at a higher price, whereas MyFitnessPal provides a basic calorie tracking service at no cost, with additional features available through paid subscriptions.</w:t>
      </w:r>
      <w:r/>
    </w:p>
    <w:p>
      <w:r/>
      <w:r>
        <w:t>Overall, the Simple app has emerged as a potential game-changer for individuals like Chrissy, providing structured support and guidance as they navigate health challenges and endeavour to lead healthier lives.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https://en.wikipedia.org/wiki/Artificial_intelligence</w:t>
        </w:r>
      </w:hyperlink>
      <w:r>
        <w:t xml:space="preserve"> - This link explains the concept of artificial intelligence, including its applications in health management and personalized coaching, which is relevant to the AI-driven Simple app.</w:t>
      </w:r>
      <w:r/>
    </w:p>
    <w:p>
      <w:pPr>
        <w:pStyle w:val="ListNumber"/>
        <w:spacing w:line="240" w:lineRule="auto"/>
        <w:ind w:left="720"/>
      </w:pPr>
      <w:r/>
      <w:hyperlink r:id="rId11">
        <w:r>
          <w:rPr>
            <w:color w:val="0000EE"/>
            <w:u w:val="single"/>
          </w:rPr>
          <w:t>https://www.mynetdiary.com/user-reviews.html</w:t>
        </w:r>
      </w:hyperlink>
      <w:r>
        <w:t xml:space="preserve"> - This link provides user reviews of a similar health and weight loss app, highlighting features such as calorie tracking, nutritional advice, and user-friendly interfaces, which are comparable to the Simple app's functionalities.</w:t>
      </w:r>
      <w:r/>
    </w:p>
    <w:p>
      <w:pPr>
        <w:pStyle w:val="ListNumber"/>
        <w:spacing w:line="240" w:lineRule="auto"/>
        <w:ind w:left="720"/>
      </w:pPr>
      <w:r/>
      <w:hyperlink r:id="rId12">
        <w:r>
          <w:rPr>
            <w:color w:val="0000EE"/>
            <w:u w:val="single"/>
          </w:rPr>
          <w:t>https://www.ahip.org/conferences/cdf-2024/agenda</w:t>
        </w:r>
      </w:hyperlink>
      <w:r>
        <w:t xml:space="preserve"> - This link discusses the use of AI and data analytics in digital health, which aligns with the health management and weight loss goals achieved through the Simple app.</w:t>
      </w:r>
      <w:r/>
    </w:p>
    <w:p>
      <w:pPr>
        <w:pStyle w:val="ListNumber"/>
        <w:spacing w:line="240" w:lineRule="auto"/>
        <w:ind w:left="720"/>
      </w:pPr>
      <w:r/>
      <w:hyperlink r:id="rId13">
        <w:r>
          <w:rPr>
            <w:color w:val="0000EE"/>
            <w:u w:val="single"/>
          </w:rPr>
          <w:t>https://www.trustpilot.com/</w:t>
        </w:r>
      </w:hyperlink>
      <w:r>
        <w:t xml:space="preserve"> - This link is a platform where users can leave reviews, similar to how the Simple app's effectiveness is rated by users on such platforms.</w:t>
      </w:r>
      <w:r/>
    </w:p>
    <w:p>
      <w:pPr>
        <w:pStyle w:val="ListNumber"/>
        <w:spacing w:line="240" w:lineRule="auto"/>
        <w:ind w:left="720"/>
      </w:pPr>
      <w:r/>
      <w:hyperlink r:id="rId14">
        <w:r>
          <w:rPr>
            <w:color w:val="0000EE"/>
            <w:u w:val="single"/>
          </w:rPr>
          <w:t>https://www.noom.com/</w:t>
        </w:r>
      </w:hyperlink>
      <w:r>
        <w:t xml:space="preserve"> - This link is to Noom, another weight management app mentioned as an alternative to the Simple app, highlighting its features and pricing.</w:t>
      </w:r>
      <w:r/>
    </w:p>
    <w:p>
      <w:pPr>
        <w:pStyle w:val="ListNumber"/>
        <w:spacing w:line="240" w:lineRule="auto"/>
        <w:ind w:left="720"/>
      </w:pPr>
      <w:r/>
      <w:hyperlink r:id="rId15">
        <w:r>
          <w:rPr>
            <w:color w:val="0000EE"/>
            <w:u w:val="single"/>
          </w:rPr>
          <w:t>https://www.myfitnesspal.com/</w:t>
        </w:r>
      </w:hyperlink>
      <w:r>
        <w:t xml:space="preserve"> - This link is to MyFitnessPal, a basic calorie tracking service mentioned as another alternative to the Simple app, with details on its free and paid features.</w:t>
      </w:r>
      <w:r/>
    </w:p>
    <w:p>
      <w:pPr>
        <w:pStyle w:val="ListNumber"/>
        <w:spacing w:line="240" w:lineRule="auto"/>
        <w:ind w:left="720"/>
      </w:pPr>
      <w:r/>
      <w:hyperlink r:id="rId16">
        <w:r>
          <w:rPr>
            <w:color w:val="0000EE"/>
            <w:u w:val="single"/>
          </w:rPr>
          <w:t>https://www.healthline.com/nutrition/weight-loss-apps</w:t>
        </w:r>
      </w:hyperlink>
      <w:r>
        <w:t xml:space="preserve"> - This link provides an overview of various weight loss apps, including their features and effectiveness, which is relevant to the comparison of the Simple app with other options.</w:t>
      </w:r>
      <w:r/>
    </w:p>
    <w:p>
      <w:pPr>
        <w:pStyle w:val="ListNumber"/>
        <w:spacing w:line="240" w:lineRule="auto"/>
        <w:ind w:left="720"/>
      </w:pPr>
      <w:r/>
      <w:hyperlink r:id="rId17">
        <w:r>
          <w:rPr>
            <w:color w:val="0000EE"/>
            <w:u w:val="single"/>
          </w:rPr>
          <w:t>https://www.health.harvard.edu/blog/using-apps-for-weight-loss-2019111418344</w:t>
        </w:r>
      </w:hyperlink>
      <w:r>
        <w:t xml:space="preserve"> - This link discusses the use of apps for weight loss, including the benefits and potential drawbacks, which is relevant to Chrissy's experience with the Simple app.</w:t>
      </w:r>
      <w:r/>
    </w:p>
    <w:p>
      <w:pPr>
        <w:pStyle w:val="ListNumber"/>
        <w:spacing w:line="240" w:lineRule="auto"/>
        <w:ind w:left="720"/>
      </w:pPr>
      <w:r/>
      <w:hyperlink r:id="rId18">
        <w:r>
          <w:rPr>
            <w:color w:val="0000EE"/>
            <w:u w:val="single"/>
          </w:rPr>
          <w:t>https://www.cdc.gov/healthyweight/losing_weight/getting_started.html</w:t>
        </w:r>
      </w:hyperlink>
      <w:r>
        <w:t xml:space="preserve"> - This link provides general guidance on healthy weight loss from the CDC, which aligns with the health goals and strategies implemented by the Simple app.</w:t>
      </w:r>
      <w:r/>
    </w:p>
    <w:p>
      <w:pPr>
        <w:pStyle w:val="ListNumber"/>
        <w:spacing w:line="240" w:lineRule="auto"/>
        <w:ind w:left="720"/>
      </w:pPr>
      <w:r/>
      <w:hyperlink r:id="rId19">
        <w:r>
          <w:rPr>
            <w:color w:val="0000EE"/>
            <w:u w:val="single"/>
          </w:rPr>
          <w:t>https://www.diabetes.org/healthy-living/weight-loss</w:t>
        </w:r>
      </w:hyperlink>
      <w:r>
        <w:t xml:space="preserve"> - This link offers advice on weight loss specifically for individuals with diabetes, which is relevant to Chrissy's health challenges and the app's tailored advice.</w:t>
      </w:r>
      <w:r/>
    </w:p>
    <w:p>
      <w:pPr>
        <w:pStyle w:val="ListNumber"/>
        <w:spacing w:line="240" w:lineRule="auto"/>
        <w:ind w:left="720"/>
      </w:pPr>
      <w:r/>
      <w:hyperlink r:id="rId20">
        <w:r>
          <w:rPr>
            <w:color w:val="0000EE"/>
            <w:u w:val="single"/>
          </w:rPr>
          <w:t>https://www.ncbi.nlm.nih.gov/pmc/articles/PMC6434646/</w:t>
        </w:r>
      </w:hyperlink>
      <w:r>
        <w:t xml:space="preserve"> - This link is to a research article on the effectiveness of mobile health apps in weight management, which supports the concept of using AI-driven apps like the Simple app for health improvement.</w:t>
      </w:r>
      <w:r/>
    </w:p>
    <w:p>
      <w:pPr>
        <w:pStyle w:val="ListNumber"/>
        <w:spacing w:line="240" w:lineRule="auto"/>
        <w:ind w:left="720"/>
      </w:pPr>
      <w:r/>
      <w:hyperlink r:id="rId21">
        <w:r>
          <w:rPr>
            <w:color w:val="0000EE"/>
            <w:u w:val="single"/>
          </w:rPr>
          <w:t>https://www.birminghammail.co.uk/news/health/nurse-who-lost-incredible-36lbs-30251053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en.wikipedia.org/wiki/Artificial_intelligence" TargetMode="External"/><Relationship Id="rId11" Type="http://schemas.openxmlformats.org/officeDocument/2006/relationships/hyperlink" Target="https://www.mynetdiary.com/user-reviews.html" TargetMode="External"/><Relationship Id="rId12" Type="http://schemas.openxmlformats.org/officeDocument/2006/relationships/hyperlink" Target="https://www.ahip.org/conferences/cdf-2024/agenda" TargetMode="External"/><Relationship Id="rId13" Type="http://schemas.openxmlformats.org/officeDocument/2006/relationships/hyperlink" Target="https://www.trustpilot.com/" TargetMode="External"/><Relationship Id="rId14" Type="http://schemas.openxmlformats.org/officeDocument/2006/relationships/hyperlink" Target="https://www.noom.com/" TargetMode="External"/><Relationship Id="rId15" Type="http://schemas.openxmlformats.org/officeDocument/2006/relationships/hyperlink" Target="https://www.myfitnesspal.com/" TargetMode="External"/><Relationship Id="rId16" Type="http://schemas.openxmlformats.org/officeDocument/2006/relationships/hyperlink" Target="https://www.healthline.com/nutrition/weight-loss-apps" TargetMode="External"/><Relationship Id="rId17" Type="http://schemas.openxmlformats.org/officeDocument/2006/relationships/hyperlink" Target="https://www.health.harvard.edu/blog/using-apps-for-weight-loss-2019111418344" TargetMode="External"/><Relationship Id="rId18" Type="http://schemas.openxmlformats.org/officeDocument/2006/relationships/hyperlink" Target="https://www.cdc.gov/healthyweight/losing_weight/getting_started.html" TargetMode="External"/><Relationship Id="rId19" Type="http://schemas.openxmlformats.org/officeDocument/2006/relationships/hyperlink" Target="https://www.diabetes.org/healthy-living/weight-loss" TargetMode="External"/><Relationship Id="rId20" Type="http://schemas.openxmlformats.org/officeDocument/2006/relationships/hyperlink" Target="https://www.ncbi.nlm.nih.gov/pmc/articles/PMC6434646/" TargetMode="External"/><Relationship Id="rId21" Type="http://schemas.openxmlformats.org/officeDocument/2006/relationships/hyperlink" Target="https://www.birminghammail.co.uk/news/health/nurse-who-lost-incredible-36lbs-3025105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