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Online hype elevates London's Angus Steakhouse amidst AI and internet pranks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Online Hype Elevates London's Angus Steakhouse Amidst AI and Internet Pranks</w:t>
      </w:r>
      <w:r/>
    </w:p>
    <w:p>
      <w:r/>
      <w:r>
        <w:t>In an unexpected twist of modern internet behaviour, London's Angus Steakhouse, typically dubbed a mediocre dining spot by locals, finds itself climbing the charts as a celebrated eatery, thanks to a cunning online campaign. This orchestrated phenomenon on the popular social media platform Reddit aims to trick AI-driven content creators and tourists by flooding the internet with rave reviews about the steakhouse.</w:t>
      </w:r>
      <w:r/>
    </w:p>
    <w:p>
      <w:r/>
      <w:r>
        <w:t>The Angus Steakhouse chain, synonymous with central London's tourist traps rather than culinary excellence, has five locations known for their strategic placement in tourist-heavy areas such as Leicester Square and Piccadilly Circus. Despite its infamous reputation among locals, the chain has endured for over six decades, owing largely to its appeal to visitors unfamiliar with its true culinary offerings.</w:t>
      </w:r>
      <w:r/>
    </w:p>
    <w:p>
      <w:r/>
      <w:r>
        <w:t>The Reddit campaign cleverly exploits AI’s tendency to aggregate and synthesise data without discerning genuine sentiments, cleverly positioning Angus Steakhouse as a 'locals-only hidden gem'. These posts are laced with mock seriousness about the restaurant's supposed superior steak sandwiches and its 'must-visit' status, in the hope of gamifying and manipulating AI-driven content to reflect these contrived accolades.</w:t>
      </w:r>
      <w:r/>
    </w:p>
    <w:p>
      <w:r/>
      <w:r>
        <w:t>Among the social media users spotting the trend was journalist Christian Calgie, who highlighted these antics via a tweet, noting the humorous irony of attempting to divert tourists from authentic eateries by overhyping an unremarkable one. The campaign draws attention to broader implications about AI's limitations in recognising contextual and nuanced information, while illustrating how easily technology can be manipulated by savvy users.</w:t>
      </w:r>
      <w:r/>
    </w:p>
    <w:p>
      <w:r/>
      <w:r>
        <w:t>The Angus Steakhouse pranking is not an isolated occurrence in this realm of digital manipulation. It brings to mind past instances, such as British journalist Oobah Butler's successful effort to have a non-existent restaurant top Tripadvisor's list, thereby exposing the pitfalls of trusting online reviews blindly.</w:t>
      </w:r>
      <w:r/>
    </w:p>
    <w:p>
      <w:r/>
      <w:r>
        <w:t>As technology continues to evolve and influence user-generated content, this prank serves as a stark example of the ease with which digital systems can be exploited, raising questions about the reliability of AI-generated recommendations.</w:t>
      </w:r>
      <w:r/>
    </w:p>
    <w:p>
      <w:r/>
      <w:r>
        <w:rPr>
          <w:b/>
        </w:rPr>
        <w:t>Joe Lycett's Humorous Take on Pansexuality Amid Baby Announcement</w:t>
      </w:r>
      <w:r/>
    </w:p>
    <w:p>
      <w:r/>
      <w:r>
        <w:t>Simultaneously, British comedian Joe Lycett has recently caught the public's eye for different reasons, offering both joyful news and a comedic take on pansexuality. The entertainer announced the birth of his first child on Instagram, dispelling any rumours that this was one of his frequent pranks. The child was welcomed into the world at Birmingham Women’s Hospital, with Lycett expressing gratitude towards the hospital staff for their care.</w:t>
      </w:r>
      <w:r/>
    </w:p>
    <w:p>
      <w:r/>
      <w:r>
        <w:t>In response to queries about his pansexuality—assumed by many to indicate attraction solely to men—Lycett deployed his characteristic humour in an Instagram post. He shared a playful painting featuring a pangolin alongside a whimsical explanation of pansexuality, devoid of any real connection to sexual orientation, instead hilariously linking it to smell-based mating rituals.</w:t>
      </w:r>
      <w:r/>
    </w:p>
    <w:p>
      <w:r/>
      <w:r>
        <w:t>Known for his sardonic wit, Lycett playfully clarified misconceptions about his identity, blending humour with personal insights typically seen in his public expressions. His partner, referred to humorously as 'Denise' to maintain her privacy, had been mentioned in a podcast months before, where Lycett outlined that his pansexuality broadly embraces attraction irrespective of gender.</w:t>
      </w:r>
      <w:r/>
    </w:p>
    <w:p>
      <w:r/>
      <w:r>
        <w:t>Lycett's light-hearted approach echoes broader discussions on sexual orientation, underlining his continual blend of educating and entertaining his audience through satire and personal narrative.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https://arstechnica.com/gadgets/2024/10/fake-restaurant-tips-on-reddit-a-reminder-of-google-ai-overviews-inherent-flaws/</w:t>
        </w:r>
      </w:hyperlink>
      <w:r>
        <w:t xml:space="preserve"> - Corroborates the trend on Reddit where Londoners give false restaurant recommendations to keep their favorites clear of tourists and social media influencers, highlighting the flaws in Google AI's overviews.</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Details the campaign by Londoners to leave ultra-positive reviews of Angus Steakhouse to divert tourists away from their favorite eating spots, and the mixed reviews the steakhouse has received in the past.</w:t>
      </w:r>
      <w:r/>
    </w:p>
    <w:p>
      <w:pPr>
        <w:pStyle w:val="ListNumber"/>
        <w:spacing w:line="240" w:lineRule="auto"/>
        <w:ind w:left="720"/>
      </w:pPr>
      <w:r/>
      <w:hyperlink r:id="rId12">
        <w:r>
          <w:rPr>
            <w:color w:val="0000EE"/>
            <w:u w:val="single"/>
          </w:rPr>
          <w:t>https://gizmodo.com/redditors-are-trying-to-poison-googles-ai-to-keep-tourists-out-of-the-good-restaurants-2000516156</w:t>
        </w:r>
      </w:hyperlink>
      <w:r>
        <w:t xml:space="preserve"> - Explains how Londoners are manipulating Google's AI-driven search outcomes by promoting Angus Steakhouse, a chain known for its touristy appeal and mediocre food, to steer influencers away from authentic local eateries.</w:t>
      </w:r>
      <w:r/>
    </w:p>
    <w:p>
      <w:pPr>
        <w:pStyle w:val="ListNumber"/>
        <w:spacing w:line="240" w:lineRule="auto"/>
        <w:ind w:left="720"/>
      </w:pPr>
      <w:r/>
      <w:hyperlink r:id="rId13">
        <w:r>
          <w:rPr>
            <w:color w:val="0000EE"/>
            <w:u w:val="single"/>
          </w:rPr>
          <w:t>https://www.reddit.com/r/OutOfTheLoop/comments/1gdmtyw/whats_going_on_with_the_angus_steakhouse/</w:t>
        </w:r>
      </w:hyperlink>
      <w:r>
        <w:t xml:space="preserve"> - Discusses the Reddit trend where users are humorously boosting Angus Steakhouse as the 'best steak sandwich in London' to mislead tourists and influencers, and the historical context of similar online pranks.</w:t>
      </w:r>
      <w:r/>
    </w:p>
    <w:p>
      <w:pPr>
        <w:pStyle w:val="ListNumber"/>
        <w:spacing w:line="240" w:lineRule="auto"/>
        <w:ind w:left="720"/>
      </w:pPr>
      <w:r/>
      <w:hyperlink r:id="rId14">
        <w:r>
          <w:rPr>
            <w:color w:val="0000EE"/>
            <w:u w:val="single"/>
          </w:rPr>
          <w:t>https://uk.news.yahoo.com/londoners-complain-local-hidden-gem-040000432.html</w:t>
        </w:r>
      </w:hyperlink>
      <w:r>
        <w:t xml:space="preserve"> - Reports on Londoners complaining about a local 'hidden gem' being ruined by influencers and how they are using online campaigns to divert tourists to Angus Steakhouse instead.</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Provides details on the strategic locations of Angus Steakhouse in tourist-heavy areas and its enduring presence despite its reputation among locals.</w:t>
      </w:r>
      <w:r/>
    </w:p>
    <w:p>
      <w:pPr>
        <w:pStyle w:val="ListNumber"/>
        <w:spacing w:line="240" w:lineRule="auto"/>
        <w:ind w:left="720"/>
      </w:pPr>
      <w:r/>
      <w:hyperlink r:id="rId12">
        <w:r>
          <w:rPr>
            <w:color w:val="0000EE"/>
            <w:u w:val="single"/>
          </w:rPr>
          <w:t>https://gizmodo.com/redditors-are-trying-to-poison-googles-ai-to-keep-tourists-out-of-the-good-restaurants-2000516156</w:t>
        </w:r>
      </w:hyperlink>
      <w:r>
        <w:t xml:space="preserve"> - Highlights journalist Christian Calgie's observation of the campaign and its broader implications about AI's limitations in recognizing contextual information.</w:t>
      </w:r>
      <w:r/>
    </w:p>
    <w:p>
      <w:pPr>
        <w:pStyle w:val="ListNumber"/>
        <w:spacing w:line="240" w:lineRule="auto"/>
        <w:ind w:left="720"/>
      </w:pPr>
      <w:r/>
      <w:hyperlink r:id="rId13">
        <w:r>
          <w:rPr>
            <w:color w:val="0000EE"/>
            <w:u w:val="single"/>
          </w:rPr>
          <w:t>https://www.reddit.com/r/OutOfTheLoop/comments/1gdmtyw/whats_going_on_with_the_angus_steakhouse/</w:t>
        </w:r>
      </w:hyperlink>
      <w:r>
        <w:t xml:space="preserve"> - Corroborates the humorous and ironic nature of the campaign, comparing it to other instances of digital manipulation like the case of Oobah Butler's non-existent restaurant on Tripadvisor.</w:t>
      </w:r>
      <w:r/>
    </w:p>
    <w:p>
      <w:pPr>
        <w:pStyle w:val="ListNumber"/>
        <w:spacing w:line="240" w:lineRule="auto"/>
        <w:ind w:left="720"/>
      </w:pPr>
      <w:r/>
      <w:hyperlink r:id="rId10">
        <w:r>
          <w:rPr>
            <w:color w:val="0000EE"/>
            <w:u w:val="single"/>
          </w:rPr>
          <w:t>https://arstechnica.com/gadgets/2024/10/fake-restaurant-tips-on-reddit-a-reminder-of-google-ai-overviews-inherent-flaws/</w:t>
        </w:r>
      </w:hyperlink>
      <w:r>
        <w:t xml:space="preserve"> - Further explains the exploitation of AI’s tendency to aggregate data without discerning genuine sentiments, positioning Angus Steakhouse as a 'locals-only hidden gem'.</w:t>
      </w:r>
      <w:r/>
    </w:p>
    <w:p>
      <w:pPr>
        <w:pStyle w:val="ListNumber"/>
        <w:spacing w:line="240" w:lineRule="auto"/>
        <w:ind w:left="720"/>
      </w:pPr>
      <w:r/>
      <w:hyperlink r:id="rId11">
        <w:r>
          <w:rPr>
            <w:color w:val="0000EE"/>
            <w:u w:val="single"/>
          </w:rPr>
          <w:t>https://www.standard.co.uk/news/london/london-angus-steakhouse-reddit-best-restaurants-reviews-steak-sandwich-food-influencers-tourists-b1190477.html</w:t>
        </w:r>
      </w:hyperlink>
      <w:r>
        <w:t xml:space="preserve"> - Details past criticisms of Angus Steakhouse, including reviews from food critics and the chain's reputation as a 'tourist trap'.</w:t>
      </w:r>
      <w:r/>
    </w:p>
    <w:p>
      <w:pPr>
        <w:pStyle w:val="ListNumber"/>
        <w:spacing w:line="240" w:lineRule="auto"/>
        <w:ind w:left="720"/>
      </w:pPr>
      <w:r/>
      <w:hyperlink r:id="rId12">
        <w:r>
          <w:rPr>
            <w:color w:val="0000EE"/>
            <w:u w:val="single"/>
          </w:rPr>
          <w:t>https://gizmodo.com/redditors-are-trying-to-poison-googles-ai-to-keep-tourists-out-of-the-good-restaurants-2000516156</w:t>
        </w:r>
      </w:hyperlink>
      <w:r>
        <w:t xml:space="preserve"> - Illustrates how the campaign raises questions about the reliability of AI-generated recommendations and the ease with which digital systems can be exploited.</w:t>
      </w:r>
      <w:r/>
    </w:p>
    <w:p>
      <w:pPr>
        <w:pStyle w:val="ListNumber"/>
        <w:spacing w:line="240" w:lineRule="auto"/>
        <w:ind w:left="720"/>
      </w:pPr>
      <w:r/>
      <w:hyperlink r:id="rId15">
        <w:r>
          <w:rPr>
            <w:color w:val="0000EE"/>
            <w:u w:val="single"/>
          </w:rPr>
          <w:t>https://www.independent.co.uk/life-style/ai-angus-steakhouse-reddit-london-b2637550.html</w:t>
        </w:r>
      </w:hyperlink>
      <w:r>
        <w:t xml:space="preserve"> - Please view link - unable to able to access data</w:t>
      </w:r>
      <w:r/>
    </w:p>
    <w:p>
      <w:pPr>
        <w:pStyle w:val="ListNumber"/>
        <w:spacing w:line="240" w:lineRule="auto"/>
        <w:ind w:left="720"/>
      </w:pPr>
      <w:r/>
      <w:hyperlink r:id="rId16">
        <w:r>
          <w:rPr>
            <w:color w:val="0000EE"/>
            <w:u w:val="single"/>
          </w:rPr>
          <w:t>https://www.independent.co.uk/life-style/joe-lycett-pansexual-baby-partner-sexuality-b2637998.html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stechnica.com/gadgets/2024/10/fake-restaurant-tips-on-reddit-a-reminder-of-google-ai-overviews-inherent-flaws/" TargetMode="External"/><Relationship Id="rId11" Type="http://schemas.openxmlformats.org/officeDocument/2006/relationships/hyperlink" Target="https://www.standard.co.uk/news/london/london-angus-steakhouse-reddit-best-restaurants-reviews-steak-sandwich-food-influencers-tourists-b1190477.html" TargetMode="External"/><Relationship Id="rId12" Type="http://schemas.openxmlformats.org/officeDocument/2006/relationships/hyperlink" Target="https://gizmodo.com/redditors-are-trying-to-poison-googles-ai-to-keep-tourists-out-of-the-good-restaurants-2000516156" TargetMode="External"/><Relationship Id="rId13" Type="http://schemas.openxmlformats.org/officeDocument/2006/relationships/hyperlink" Target="https://www.reddit.com/r/OutOfTheLoop/comments/1gdmtyw/whats_going_on_with_the_angus_steakhouse/" TargetMode="External"/><Relationship Id="rId14" Type="http://schemas.openxmlformats.org/officeDocument/2006/relationships/hyperlink" Target="https://uk.news.yahoo.com/londoners-complain-local-hidden-gem-040000432.html" TargetMode="External"/><Relationship Id="rId15" Type="http://schemas.openxmlformats.org/officeDocument/2006/relationships/hyperlink" Target="https://www.independent.co.uk/life-style/ai-angus-steakhouse-reddit-london-b2637550.html" TargetMode="External"/><Relationship Id="rId16" Type="http://schemas.openxmlformats.org/officeDocument/2006/relationships/hyperlink" Target="https://www.independent.co.uk/life-style/joe-lycett-pansexual-baby-partner-sexuality-b263799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