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Peter Cushing digitally resurrected for new Hammer Films documentary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fusion of history and technology, the iconic figure of Peter Cushing will make a comeback for modern audiences in a new documentary celebrating the legacy of Hammer Films. The documentary, titled "Hammer: Heroes, Legends and Monsters," is set to premiere on Sky Arts this Halloween and will be followed by a limited theatrical release. The event promises to commemorate the studio's 90th birthday with a poignant tribute to its stars.</w:t>
      </w:r>
      <w:r/>
    </w:p>
    <w:p>
      <w:r/>
      <w:r>
        <w:t>Peter Cushing, famed for his roles as Doctor Van Helsing and Baron Frankenstein in Hammer Films’ acclaimed Dracula and Frankenstein series, passed away in 1994. However, he will be digitally resurrected using AI technology. The documentary's producer, Deep Fusion Films, spearheaded by Ben Field, has embraced this deepfake technology to honour Cushing's impact on the Hammer legacy. Field emphasised that Cushing's contributions alongside Christopher Lee were pivotal in the development and success of Hammer Films, and his presence in this project serves to authentically narrate the studio's storied past.</w:t>
      </w:r>
      <w:r/>
    </w:p>
    <w:p>
      <w:r/>
      <w:r>
        <w:t>Describing this endeavour as both "powerful and poignant," Field assured that the technology is applied with great respect, aiming to enhance audience engagement with Hammer Films' history in a compelling yet respectful manner. The documentary is narrated by Charles Dance and will incorporate insights from other luminaries in the horror genre, including renowned filmmakers Tim Burton, John Carpenter, Joe Dante, and John Logan. These contributions will illuminate how Hammer’s distinctive storytelling and visual style continue to influence contemporary horror.</w:t>
      </w:r>
      <w:r/>
    </w:p>
    <w:p>
      <w:r/>
      <w:r>
        <w:t>The use of AI in media has been a topic of increasing interest, and this documentary seeks to set a precedent by not sensationalising but rather using technology as a medium to connect the past with present audiences. This innovative approach aims to provide a deeper understanding of Hammer's storied influence on the horror film genre.</w:t>
      </w:r>
      <w:r/>
    </w:p>
    <w:p>
      <w:r/>
      <w:r>
        <w:t>Moreover, fans of the late Michael Parkinson will also witness his digital reincarnation as Deep Fusion Films recently launched a podcast hosted by an AI version of the famed chat show host. This breakthrough continues to showcase the potential of AI technologies in reviving historical figures in modern media.</w:t>
      </w:r>
      <w:r/>
    </w:p>
    <w:p>
      <w:r/>
      <w:r>
        <w:t>The documentary marks another intriguing chapter in the enduring legacy of Hammer Films, tracing its journey from modest beginnings on London's Regent Street to becoming a defining name in horror cinema. Through the film, audiences will be taken on a journey to rediscover the studio's enduring charm and influence that persists in inspiring filmmakers around the world today.</w:t>
      </w:r>
      <w:r/>
    </w:p>
    <w:p>
      <w:r/>
      <w:r>
        <w:t>Kaleidoscope Film Distribution has secured global rights to the documentary, ensuring that audiences worldwide will have the opportunity to appreciate this unique tribute to the legends of Hammer Films. As the release date approaches, anticipation builds for this groundbreaking exploration of cinematic history brought to life through modern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https://deadline.com/2024/10/peter-cushing-ai-sky-hammer-heroes-monsters-1236158468/</w:t>
        </w:r>
      </w:hyperlink>
      <w:r>
        <w:t xml:space="preserve"> - Corroborates the use of AI to digitally resurrect Peter Cushing for the documentary 'Hammer: Heroes, Legends and Monsters'.</w:t>
      </w:r>
      <w:r/>
    </w:p>
    <w:p>
      <w:pPr>
        <w:pStyle w:val="ListNumber"/>
        <w:spacing w:line="240" w:lineRule="auto"/>
        <w:ind w:left="720"/>
      </w:pPr>
      <w:r/>
      <w:hyperlink r:id="rId11">
        <w:r>
          <w:rPr>
            <w:color w:val="0000EE"/>
            <w:u w:val="single"/>
          </w:rPr>
          <w:t>https://cinemaretro.com/index.php?%2Farchives%2F12851-HAMMER-HEROES%2C-LEGENDS-AND-MONSTERS-DEBUTS-31-OCTOBER.html</w:t>
        </w:r>
      </w:hyperlink>
      <w:r>
        <w:t xml:space="preserve"> - Confirms the documentary's premiere date on Sky Arts and the involvement of notable figures like Tim Burton and Charles Dance.</w:t>
      </w:r>
      <w:r/>
    </w:p>
    <w:p>
      <w:pPr>
        <w:pStyle w:val="ListNumber"/>
        <w:spacing w:line="240" w:lineRule="auto"/>
        <w:ind w:left="720"/>
      </w:pPr>
      <w:r/>
      <w:hyperlink r:id="rId12">
        <w:r>
          <w:rPr>
            <w:color w:val="0000EE"/>
            <w:u w:val="single"/>
          </w:rPr>
          <w:t>https://www.horrornewsnetwork.net/peter-cushing-to-live-again-thanks-to-ai-for-hammer/</w:t>
        </w:r>
      </w:hyperlink>
      <w:r>
        <w:t xml:space="preserve"> - Supports the information about Peter Cushing being digitally resurrected using AI technology for the Hammer documentary.</w:t>
      </w:r>
      <w:r/>
    </w:p>
    <w:p>
      <w:pPr>
        <w:pStyle w:val="ListNumber"/>
        <w:spacing w:line="240" w:lineRule="auto"/>
        <w:ind w:left="720"/>
      </w:pPr>
      <w:r/>
      <w:hyperlink r:id="rId13">
        <w:r>
          <w:rPr>
            <w:color w:val="0000EE"/>
            <w:u w:val="single"/>
          </w:rPr>
          <w:t>https://www.radiotimes.com/tv/documentaries/peter-cushing-ai-deepfake-hammer-documentary-newsupdate/</w:t>
        </w:r>
      </w:hyperlink>
      <w:r>
        <w:t xml:space="preserve"> - Details the use of deepfake AI technology to bring Peter Cushing back for the documentary.</w:t>
      </w:r>
      <w:r/>
    </w:p>
    <w:p>
      <w:pPr>
        <w:pStyle w:val="ListNumber"/>
        <w:spacing w:line="240" w:lineRule="auto"/>
        <w:ind w:left="720"/>
      </w:pPr>
      <w:r/>
      <w:hyperlink r:id="rId14">
        <w:r>
          <w:rPr>
            <w:color w:val="0000EE"/>
            <w:u w:val="single"/>
          </w:rPr>
          <w:t>https://blazingminds.co.uk/hammer-heroes-legends-and-monsters-heads-to-sky-arts/</w:t>
        </w:r>
      </w:hyperlink>
      <w:r>
        <w:t xml:space="preserve"> - Confirms the documentary's title, 'Hammer: Heroes, Legends and Monsters,' and its airing on Sky Arts.</w:t>
      </w:r>
      <w:r/>
    </w:p>
    <w:p>
      <w:pPr>
        <w:pStyle w:val="ListNumber"/>
        <w:spacing w:line="240" w:lineRule="auto"/>
        <w:ind w:left="720"/>
      </w:pPr>
      <w:r/>
      <w:hyperlink r:id="rId10">
        <w:r>
          <w:rPr>
            <w:color w:val="0000EE"/>
            <w:u w:val="single"/>
          </w:rPr>
          <w:t>https://deadline.com/2024/10/peter-cushing-ai-sky-hammer-heroes-monsters-1236158468/</w:t>
        </w:r>
      </w:hyperlink>
      <w:r>
        <w:t xml:space="preserve"> - Provides information on the producer, Deep Fusion Films, and their role in using AI technology.</w:t>
      </w:r>
      <w:r/>
    </w:p>
    <w:p>
      <w:pPr>
        <w:pStyle w:val="ListNumber"/>
        <w:spacing w:line="240" w:lineRule="auto"/>
        <w:ind w:left="720"/>
      </w:pPr>
      <w:r/>
      <w:hyperlink r:id="rId11">
        <w:r>
          <w:rPr>
            <w:color w:val="0000EE"/>
            <w:u w:val="single"/>
          </w:rPr>
          <w:t>https://cinemaretro.com/index.php?%2Farchives%2F12851-HAMMER-HEROES%2C-LEGENDS-AND-MONSTERS-DEBUTS-31-OCTOBER.html</w:t>
        </w:r>
      </w:hyperlink>
      <w:r>
        <w:t xml:space="preserve"> - Lists the contributors to the documentary, including Tim Burton, John Carpenter, Joe Dante, and John Logan.</w:t>
      </w:r>
      <w:r/>
    </w:p>
    <w:p>
      <w:pPr>
        <w:pStyle w:val="ListNumber"/>
        <w:spacing w:line="240" w:lineRule="auto"/>
        <w:ind w:left="720"/>
      </w:pPr>
      <w:r/>
      <w:hyperlink r:id="rId12">
        <w:r>
          <w:rPr>
            <w:color w:val="0000EE"/>
            <w:u w:val="single"/>
          </w:rPr>
          <w:t>https://www.horrornewsnetwork.net/peter-cushing-to-live-again-thanks-to-ai-for-hammer/</w:t>
        </w:r>
      </w:hyperlink>
      <w:r>
        <w:t xml:space="preserve"> - Highlights the significance of Peter Cushing and Christopher Lee in Hammer Films' history.</w:t>
      </w:r>
      <w:r/>
    </w:p>
    <w:p>
      <w:pPr>
        <w:pStyle w:val="ListNumber"/>
        <w:spacing w:line="240" w:lineRule="auto"/>
        <w:ind w:left="720"/>
      </w:pPr>
      <w:r/>
      <w:hyperlink r:id="rId13">
        <w:r>
          <w:rPr>
            <w:color w:val="0000EE"/>
            <w:u w:val="single"/>
          </w:rPr>
          <w:t>https://www.radiotimes.com/tv/documentaries/peter-cushing-ai-deepfake-hammer-documentary-newsupdate/</w:t>
        </w:r>
      </w:hyperlink>
      <w:r>
        <w:t xml:space="preserve"> - Explains the respectful and compelling manner in which the AI technology is applied in the documentary.</w:t>
      </w:r>
      <w:r/>
    </w:p>
    <w:p>
      <w:pPr>
        <w:pStyle w:val="ListNumber"/>
        <w:spacing w:line="240" w:lineRule="auto"/>
        <w:ind w:left="720"/>
      </w:pPr>
      <w:r/>
      <w:hyperlink r:id="rId14">
        <w:r>
          <w:rPr>
            <w:color w:val="0000EE"/>
            <w:u w:val="single"/>
          </w:rPr>
          <w:t>https://blazingminds.co.uk/hammer-heroes-legends-and-monsters-heads-to-sky-arts/</w:t>
        </w:r>
      </w:hyperlink>
      <w:r>
        <w:t xml:space="preserve"> - Mentions the global distribution rights secured by Kaleidoscope Film Distribution for the documentary.</w:t>
      </w:r>
      <w:r/>
    </w:p>
    <w:p>
      <w:pPr>
        <w:pStyle w:val="ListNumber"/>
        <w:spacing w:line="240" w:lineRule="auto"/>
        <w:ind w:left="720"/>
      </w:pPr>
      <w:r/>
      <w:hyperlink r:id="rId10">
        <w:r>
          <w:rPr>
            <w:color w:val="0000EE"/>
            <w:u w:val="single"/>
          </w:rPr>
          <w:t>https://deadline.com/2024/10/peter-cushing-ai-sky-hammer-heroes-monsters-1236158468/</w:t>
        </w:r>
      </w:hyperlink>
      <w:r>
        <w:t xml:space="preserve"> - Discusses the documentary as a tribute to Hammer Films' 90th birthday and its enduring legacy.</w:t>
      </w:r>
      <w:r/>
    </w:p>
    <w:p>
      <w:pPr>
        <w:pStyle w:val="ListNumber"/>
        <w:spacing w:line="240" w:lineRule="auto"/>
        <w:ind w:left="720"/>
      </w:pPr>
      <w:r/>
      <w:hyperlink r:id="rId10">
        <w:r>
          <w:rPr>
            <w:color w:val="0000EE"/>
            <w:u w:val="single"/>
          </w:rPr>
          <w:t>https://deadline.com/2024/10/peter-cushing-ai-sky-hammer-heroes-monsters-1236158468/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adline.com/2024/10/peter-cushing-ai-sky-hammer-heroes-monsters-1236158468/" TargetMode="External"/><Relationship Id="rId11" Type="http://schemas.openxmlformats.org/officeDocument/2006/relationships/hyperlink" Target="https://cinemaretro.com/index.php?%2Farchives%2F12851-HAMMER-HEROES%2C-LEGENDS-AND-MONSTERS-DEBUTS-31-OCTOBER.html" TargetMode="External"/><Relationship Id="rId12" Type="http://schemas.openxmlformats.org/officeDocument/2006/relationships/hyperlink" Target="https://www.horrornewsnetwork.net/peter-cushing-to-live-again-thanks-to-ai-for-hammer/" TargetMode="External"/><Relationship Id="rId13" Type="http://schemas.openxmlformats.org/officeDocument/2006/relationships/hyperlink" Target="https://www.radiotimes.com/tv/documentaries/peter-cushing-ai-deepfake-hammer-documentary-newsupdate/" TargetMode="External"/><Relationship Id="rId14" Type="http://schemas.openxmlformats.org/officeDocument/2006/relationships/hyperlink" Target="https://blazingminds.co.uk/hammer-heroes-legends-and-monsters-heads-to-sky-a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