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PLAY Airlines partners with InterLnkd to launch AI-driven shopping platform for travellers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PLAY Airlines has announced a pioneering partnership with InterLnkd to introduce an innovative AI-driven pre-travel shopping platform aimed at enriching passengers' travel experiences. This marks a significant leap forward, particularly for North American travellers, as PLAY becomes the first airline in the region to provide such a digital shopping service.</w:t>
      </w:r>
      <w:r/>
    </w:p>
    <w:p>
      <w:r/>
      <w:r>
        <w:t>Unveiled at the World Aviation Festival, the new platform seeks to redefine airline retail dynamics by seamlessly integrating with PLAY Airlines' post-booking process. The initiative offers passengers the convenience of planning and purchasing their vacation necessities well before departure. This high-tech service incorporates InterLnkd’s sophisticated matching engine, which personalises product recommendations based on the individual travel itineraries of passengers, thereby customising the shopping experience for each user.</w:t>
      </w:r>
      <w:r/>
    </w:p>
    <w:p>
      <w:r/>
      <w:r>
        <w:t>Promising Diverse Shopping Options</w:t>
      </w:r>
      <w:r/>
    </w:p>
    <w:p>
      <w:r/>
      <w:r>
        <w:t>The platform provides travellers with access to an array of prestigious brands and retailers, tailored by region. North American passengers have the option to shop at renowned stores such as Bloomingdale’s and CVS. Meanwhile, those flying from Europe can select from high-street and luxury retailers, including Marks &amp; Spencer, Selfridges, WHSmith, Harvey Nichols, and Asos. This diversity ensures travellers can easily find items from beauty essentials to fashion and other travel basics, making last-minute shopping runs a thing of the past.</w:t>
      </w:r>
      <w:r/>
    </w:p>
    <w:p>
      <w:r/>
      <w:r>
        <w:t>AI-Driven Travel Retail Innovation</w:t>
      </w:r>
      <w:r/>
    </w:p>
    <w:p>
      <w:r/>
      <w:r>
        <w:t>This strategic move is part of PLAY Airlines’ broader commitment to enhancing customer satisfaction and advancing retail innovation within the travel sector. By integrating this cutting-edge shopping platform, PLAY aims to cater to the evolving needs of modern travellers, providing them with more than just a journey but a holistic travel experience. The platform not only promises convenience but also represents an additional revenue stream for the airline, generated through passenger purchases without imposing extra costs on them.</w:t>
      </w:r>
      <w:r/>
    </w:p>
    <w:p>
      <w:r/>
      <w:r>
        <w:t>InterLnkd's Role and Ambitions</w:t>
      </w:r>
      <w:r/>
    </w:p>
    <w:p>
      <w:r/>
      <w:r>
        <w:t>For InterLnkd, this collaboration reaffirms its status as a leading e-commerce partner within the tourism industry. The company has previously demonstrated its expertise with similar initiatives, having secured £1 million in venture capital funding and built partnerships with key travel entities like Wizz Air and Thomas Cook. This synergy with PLAY Airlines reflects InterLnkd’s continued commitment to delivering customised retail solutions that enhance the tourist experience.</w:t>
      </w:r>
      <w:r/>
    </w:p>
    <w:p>
      <w:r/>
      <w:r>
        <w:t>Looking Ahead</w:t>
      </w:r>
      <w:r/>
    </w:p>
    <w:p>
      <w:r/>
      <w:r>
        <w:t>The collaboration between PLAY Airlines and InterLnkd offers mutual benefits, fostering increased passenger satisfaction and allowing PLAY to innovate beyond traditional aviation services. By intertwining digital shopping conveniences with travel plans, PLAY Airlines establishes itself as a trendsetter, pushing the boundaries of airline service offerings. This initiative not only meets the demands for enhanced digital experiences but also marks a significant shift in how airlines engage with their customers in the retail space, paving the way for potential future developments in airline retail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https://www.travolution.com/news/play-airlines-to-launch-curated-travel-shopping-platform/</w:t>
        </w:r>
      </w:hyperlink>
      <w:r>
        <w:t xml:space="preserve"> - Corroborates the partnership between PLAY airlines and InterLnkd to launch an AI-powered pre-travel shopping platform.</w:t>
      </w:r>
      <w:r/>
    </w:p>
    <w:p>
      <w:pPr>
        <w:pStyle w:val="ListNumber"/>
        <w:spacing w:line="240" w:lineRule="auto"/>
        <w:ind w:left="720"/>
      </w:pPr>
      <w:r/>
      <w:hyperlink r:id="rId11">
        <w:r>
          <w:rPr>
            <w:color w:val="0000EE"/>
            <w:u w:val="single"/>
          </w:rPr>
          <w:t>https://www.breakingtravelnews.com/news/article/play-airlines-to-launch-intelligent-shopping-platform-powered-by-interlnkd/</w:t>
        </w:r>
      </w:hyperlink>
      <w:r>
        <w:t xml:space="preserve"> - Supports the launch of the intelligent shopping platform and its integration into PLAY’s post-booking process.</w:t>
      </w:r>
      <w:r/>
    </w:p>
    <w:p>
      <w:pPr>
        <w:pStyle w:val="ListNumber"/>
        <w:spacing w:line="240" w:lineRule="auto"/>
        <w:ind w:left="720"/>
      </w:pPr>
      <w:r/>
      <w:hyperlink r:id="rId12">
        <w:r>
          <w:rPr>
            <w:color w:val="0000EE"/>
            <w:u w:val="single"/>
          </w:rPr>
          <w:t>https://appdevelopermagazine.com/pre-travel-shopping-platform-from-interlnkd-and-play-airlines/</w:t>
        </w:r>
      </w:hyperlink>
      <w:r>
        <w:t xml:space="preserve"> - Details the unveiling at the World Aviation Festival and the platform's personalization using InterLnkd’s matching engine.</w:t>
      </w:r>
      <w:r/>
    </w:p>
    <w:p>
      <w:pPr>
        <w:pStyle w:val="ListNumber"/>
        <w:spacing w:line="240" w:lineRule="auto"/>
        <w:ind w:left="720"/>
      </w:pPr>
      <w:r/>
      <w:hyperlink r:id="rId12">
        <w:r>
          <w:rPr>
            <w:color w:val="0000EE"/>
            <w:u w:val="single"/>
          </w:rPr>
          <w:t>https://appdevelopermagazine.com/pre-travel-shopping-platform-from-interlnkd-and-play-airlines/</w:t>
        </w:r>
      </w:hyperlink>
      <w:r>
        <w:t xml:space="preserve"> - Lists the diverse shopping options available to passengers, including brands like Bloomingdale’s, CVS, Marks &amp; Spencer, and Asos.</w:t>
      </w:r>
      <w:r/>
    </w:p>
    <w:p>
      <w:pPr>
        <w:pStyle w:val="ListNumber"/>
        <w:spacing w:line="240" w:lineRule="auto"/>
        <w:ind w:left="720"/>
      </w:pPr>
      <w:r/>
      <w:hyperlink r:id="rId13">
        <w:r>
          <w:rPr>
            <w:color w:val="0000EE"/>
            <w:u w:val="single"/>
          </w:rPr>
          <w:t>https://www.globalbrandsmagazine.com/play-airlines-shopping-platform/</w:t>
        </w:r>
      </w:hyperlink>
      <w:r>
        <w:t xml:space="preserve"> - Highlights the AI-driven travel retail innovation and its role in enhancing customer satisfaction.</w:t>
      </w:r>
      <w:r/>
    </w:p>
    <w:p>
      <w:pPr>
        <w:pStyle w:val="ListNumber"/>
        <w:spacing w:line="240" w:lineRule="auto"/>
        <w:ind w:left="720"/>
      </w:pPr>
      <w:r/>
      <w:hyperlink r:id="rId14">
        <w:r>
          <w:rPr>
            <w:color w:val="0000EE"/>
            <w:u w:val="single"/>
          </w:rPr>
          <w:t>https://www.travelandtourworld.com/news/article/interlnkd-and-play-airlines-collaborate-to-boost-travel-with-new-intelligent-shopping-solution/</w:t>
        </w:r>
      </w:hyperlink>
      <w:r>
        <w:t xml:space="preserve"> - Mentions the strategic move to advance retail innovation within the travel sector and provide a holistic travel experience.</w:t>
      </w:r>
      <w:r/>
    </w:p>
    <w:p>
      <w:pPr>
        <w:pStyle w:val="ListNumber"/>
        <w:spacing w:line="240" w:lineRule="auto"/>
        <w:ind w:left="720"/>
      </w:pPr>
      <w:r/>
      <w:hyperlink r:id="rId12">
        <w:r>
          <w:rPr>
            <w:color w:val="0000EE"/>
            <w:u w:val="single"/>
          </w:rPr>
          <w:t>https://appdevelopermagazine.com/pre-travel-shopping-platform-from-interlnkd-and-play-airlines/</w:t>
        </w:r>
      </w:hyperlink>
      <w:r>
        <w:t xml:space="preserve"> - Discusses InterLnkd’s role and ambitions, including its previous partnerships and funding.</w:t>
      </w:r>
      <w:r/>
    </w:p>
    <w:p>
      <w:pPr>
        <w:pStyle w:val="ListNumber"/>
        <w:spacing w:line="240" w:lineRule="auto"/>
        <w:ind w:left="720"/>
      </w:pPr>
      <w:r/>
      <w:hyperlink r:id="rId10">
        <w:r>
          <w:rPr>
            <w:color w:val="0000EE"/>
            <w:u w:val="single"/>
          </w:rPr>
          <w:t>https://www.travolution.com/news/play-airlines-to-launch-curated-travel-shopping-platform/</w:t>
        </w:r>
      </w:hyperlink>
      <w:r>
        <w:t xml:space="preserve"> - Supports the additional revenue stream generated for the airline through passenger purchases on the platform.</w:t>
      </w:r>
      <w:r/>
    </w:p>
    <w:p>
      <w:pPr>
        <w:pStyle w:val="ListNumber"/>
        <w:spacing w:line="240" w:lineRule="auto"/>
        <w:ind w:left="720"/>
      </w:pPr>
      <w:r/>
      <w:hyperlink r:id="rId11">
        <w:r>
          <w:rPr>
            <w:color w:val="0000EE"/>
            <w:u w:val="single"/>
          </w:rPr>
          <w:t>https://www.breakingtravelnews.com/news/article/play-airlines-to-launch-intelligent-shopping-platform-powered-by-interlnkd/</w:t>
        </w:r>
      </w:hyperlink>
      <w:r>
        <w:t xml:space="preserve"> - Corroborates the mutual benefits of the collaboration, including increased passenger satisfaction and innovation in airline services.</w:t>
      </w:r>
      <w:r/>
    </w:p>
    <w:p>
      <w:pPr>
        <w:pStyle w:val="ListNumber"/>
        <w:spacing w:line="240" w:lineRule="auto"/>
        <w:ind w:left="720"/>
      </w:pPr>
      <w:r/>
      <w:hyperlink r:id="rId12">
        <w:r>
          <w:rPr>
            <w:color w:val="0000EE"/>
            <w:u w:val="single"/>
          </w:rPr>
          <w:t>https://appdevelopermagazine.com/pre-travel-shopping-platform-from-interlnkd-and-play-airlines/</w:t>
        </w:r>
      </w:hyperlink>
      <w:r>
        <w:t xml:space="preserve"> - Details how the initiative meets demands for enhanced digital experiences and marks a shift in airline retail offerings.</w:t>
      </w:r>
      <w:r/>
    </w:p>
    <w:p>
      <w:pPr>
        <w:pStyle w:val="ListNumber"/>
        <w:spacing w:line="240" w:lineRule="auto"/>
        <w:ind w:left="720"/>
      </w:pPr>
      <w:r/>
      <w:hyperlink r:id="rId13">
        <w:r>
          <w:rPr>
            <w:color w:val="0000EE"/>
            <w:u w:val="single"/>
          </w:rPr>
          <w:t>https://www.globalbrandsmagazine.com/play-airlines-shopping-platform/</w:t>
        </w:r>
      </w:hyperlink>
      <w:r>
        <w:t xml:space="preserve"> - Highlights PLAY Airlines as a trendsetter in pushing the boundaries of airline service offerings through digital shopping conveniences.</w:t>
      </w:r>
      <w:r/>
    </w:p>
    <w:p>
      <w:pPr>
        <w:pStyle w:val="ListNumber"/>
        <w:spacing w:line="240" w:lineRule="auto"/>
        <w:ind w:left="720"/>
      </w:pPr>
      <w:r/>
      <w:hyperlink r:id="rId13">
        <w:r>
          <w:rPr>
            <w:color w:val="0000EE"/>
            <w:u w:val="single"/>
          </w:rPr>
          <w:t>https://www.globalbrandsmagazine.com/play-airlines-shopping-platform/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olution.com/news/play-airlines-to-launch-curated-travel-shopping-platform/" TargetMode="External"/><Relationship Id="rId11" Type="http://schemas.openxmlformats.org/officeDocument/2006/relationships/hyperlink" Target="https://www.breakingtravelnews.com/news/article/play-airlines-to-launch-intelligent-shopping-platform-powered-by-interlnkd/" TargetMode="External"/><Relationship Id="rId12" Type="http://schemas.openxmlformats.org/officeDocument/2006/relationships/hyperlink" Target="https://appdevelopermagazine.com/pre-travel-shopping-platform-from-interlnkd-and-play-airlines/" TargetMode="External"/><Relationship Id="rId13" Type="http://schemas.openxmlformats.org/officeDocument/2006/relationships/hyperlink" Target="https://www.globalbrandsmagazine.com/play-airlines-shopping-platform/" TargetMode="External"/><Relationship Id="rId14" Type="http://schemas.openxmlformats.org/officeDocument/2006/relationships/hyperlink" Target="https://www.travelandtourworld.com/news/article/interlnkd-and-play-airlines-collaborate-to-boost-travel-with-new-intelligent-shopping-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