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Political text messaging spikes as US election nears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Political Text Messaging Spikes as US Election Nears</w:t>
      </w:r>
      <w:r/>
    </w:p>
    <w:p>
      <w:r/>
      <w:r>
        <w:t>Voters in the United States have been receiving a barrage of political text messages in the lead-up to the 2024 election cycle. These messages, which have seen a substantial increase compared to previous cycles, are managed by real individuals who see all the responses. This comes as Vice President Kamala Harris and former President Donald Trump ramp up their campaigns, with Harris scheduled to give her final major address at the Ellipse, a park near the White House, while Trump is set to make campaign stops in Pennsylvania.</w:t>
      </w:r>
      <w:r/>
    </w:p>
    <w:p>
      <w:r/>
      <w:r>
        <w:rPr>
          <w:b/>
        </w:rPr>
        <w:t>Ballot Box Arson Investigations in Oregon and Washington</w:t>
      </w:r>
      <w:r/>
    </w:p>
    <w:p>
      <w:r/>
      <w:r>
        <w:t>Federal authorities are investigating a series of fires that targeted ballot boxes in the Pacific Northwest. Two fires in Portland, Oregon, and another in Vancouver, Washington, have destroyed hundreds of ballots. Investigators have found incendiary devices at the scenes, indicating the attacks were intentional and connected. This follows a bulletin from the FBI and Department of Homeland Security about potential violence by domestic extremists motivated by election-related grievances.</w:t>
      </w:r>
      <w:r/>
    </w:p>
    <w:p>
      <w:r/>
      <w:r>
        <w:rPr>
          <w:b/>
        </w:rPr>
        <w:t>New US Flight Refund Rules Implemented</w:t>
      </w:r>
      <w:r/>
    </w:p>
    <w:p>
      <w:r/>
      <w:r>
        <w:t>Starting Monday, US airlines are required to automatically refund passengers if their flights are significantly delayed or canceled. The Department of Transportation's new rule mandates refunds, not vouchers, to be processed within seven business days for credit card transactions, and within 20 days for other payment methods. The change, announced by Transportation Secretary Pete Buttigieg on the platform X, comes despite resistance from the airline industry and as the busy holiday travel season approaches.</w:t>
      </w:r>
      <w:r/>
    </w:p>
    <w:p>
      <w:r/>
      <w:r>
        <w:rPr>
          <w:b/>
        </w:rPr>
        <w:t>Israel Bans UN Palestinian Refugee Agency</w:t>
      </w:r>
      <w:r/>
    </w:p>
    <w:p>
      <w:r/>
      <w:r>
        <w:t>Israel's parliament has passed laws banning the United Nations Relief and Works Agency for Palestine Refugees in the Near East (UNRWA) from operating within the country. This move has drawn international criticism and warnings from UN officials about severe consequences for Palestinian refugees. Israeli Prime Minister Benjamin Netanyahu's government has accused UNRWA of complicity in a recent Hamas attack, allegations which the agency has denied. Meanwhile, Israeli strikes in Lebanon continue, with recent attacks resulting in significant casualties.</w:t>
      </w:r>
      <w:r/>
    </w:p>
    <w:p>
      <w:r/>
      <w:r>
        <w:rPr>
          <w:b/>
        </w:rPr>
        <w:t>Tropical Storm Trami Devastates the Philippines</w:t>
      </w:r>
      <w:r/>
    </w:p>
    <w:p>
      <w:r/>
      <w:r>
        <w:t>Tropical Storm Trami has caused widespread destruction across the northeastern Philippines, resulting in nearly 130 fatalities and leaving at least 30 people missing. The severe weather led to massive flooding and landslides, making Trami the most destructive storm to hit the region this year. Efforts are underway to deliver aid to the hardest-hit areas, like the Bicol region, amid challenging weather conditions and ahead of another potential storm.</w:t>
      </w:r>
      <w:r/>
    </w:p>
    <w:p>
      <w:r/>
      <w:r>
        <w:rPr>
          <w:b/>
        </w:rPr>
        <w:t>Steve Bannon Released After Serving Sentence</w:t>
      </w:r>
      <w:r/>
    </w:p>
    <w:p>
      <w:r/>
      <w:r>
        <w:t>Steve Bannon, a former campaign chief for Donald Trump and noted right-wing media figure, has been released from federal prison after serving a 120-day sentence for contempt of Congress. Bannon, who played a pivotal role in Trump's 2016 election campaign, is expected to resume his media activities as the presidential election draws near.</w:t>
      </w:r>
      <w:r/>
    </w:p>
    <w:p>
      <w:r/>
      <w:r>
        <w:rPr>
          <w:b/>
        </w:rPr>
        <w:t>Sports and Cultural Highlights</w:t>
      </w:r>
      <w:r/>
    </w:p>
    <w:p>
      <w:r/>
      <w:r>
        <w:t>The Los Angeles Dodgers are on the verge of securing their eighth World Series championship with a potential victory in today's Game 4 against the New York Yankees. In other sports-related news, a statue dedicated to NBA star Dwyane Wade has stirred public discussion due to its perceived lack of resemblance to the athlete. Meanwhile, Japan's Mount Fuji remains snowless deep into the winter, setting a record for the latest snowcap since records began over a century ago. Additionally, changes in Apple technology and Chase Bank's response to ATM fraud allegations are making headlines.</w:t>
      </w:r>
      <w:r/>
    </w:p>
    <w:p>
      <w:r/>
      <w:r>
        <w:rPr>
          <w:b/>
        </w:rPr>
        <w:t>International Developments</w:t>
      </w:r>
      <w:r/>
    </w:p>
    <w:p>
      <w:r/>
      <w:r>
        <w:t>New estimates suggest up to 10,000 North Korean soldiers are undergoing training in eastern Russia, potentially to bolster Russia's efforts in its ongoing conflict with Ukraine. These developments come amidst ongoing geopolitical tensions and shifting alliances in the region.</w:t>
      </w:r>
      <w:r/>
    </w:p>
    <w:p>
      <w:r/>
      <w:r>
        <w:rPr>
          <w:b/>
        </w:rPr>
        <w:t>Interesting Tidbits</w:t>
      </w:r>
      <w:r/>
    </w:p>
    <w:p>
      <w:r/>
      <w:r>
        <w:t>More than 300 participants took to the water in Belgium’s annual Pumpkin Regatta, showcasing creativity by paddling in giant hollowed-out pumpkins. This unique event drew significant interest and added a whimsical note to the week's news.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https://www.cnet.com/tech/services-and-software/drowning-in-election-text-messages-voting-early-could-help-stop-them/</w:t>
        </w:r>
      </w:hyperlink>
      <w:r>
        <w:t xml:space="preserve"> - Corroborates the increase in political text messages during the 2024 US election cycle and provides methods to stop receiving them.</w:t>
      </w:r>
      <w:r/>
    </w:p>
    <w:p>
      <w:pPr>
        <w:pStyle w:val="ListNumber"/>
        <w:spacing w:line="240" w:lineRule="auto"/>
        <w:ind w:left="720"/>
      </w:pPr>
      <w:r/>
      <w:hyperlink r:id="rId11">
        <w:r>
          <w:rPr>
            <w:color w:val="0000EE"/>
            <w:u w:val="single"/>
          </w:rPr>
          <w:t>https://www.cnn.com/2024/10/29/politics/misleading-text-messages-voting-allvote-swing-states/index.html</w:t>
        </w:r>
      </w:hyperlink>
      <w:r>
        <w:t xml:space="preserve"> - Details the issue of misleading text messages from organizations like AllVote during the election, causing confusion among voters.</w:t>
      </w:r>
      <w:r/>
    </w:p>
    <w:p>
      <w:pPr>
        <w:pStyle w:val="ListNumber"/>
        <w:spacing w:line="240" w:lineRule="auto"/>
        <w:ind w:left="720"/>
      </w:pPr>
      <w:r/>
      <w:hyperlink r:id="rId12">
        <w:r>
          <w:rPr>
            <w:color w:val="0000EE"/>
            <w:u w:val="single"/>
          </w:rPr>
          <w:t>https://www.washingtonpost.com/technology/2024/10/27/how-to-stop-political-text-spam-elections/</w:t>
        </w:r>
      </w:hyperlink>
      <w:r>
        <w:t xml:space="preserve"> - Provides tips and methods for stopping political text spam, aligning with the issue of increased political text messages.</w:t>
      </w:r>
      <w:r/>
    </w:p>
    <w:p>
      <w:pPr>
        <w:pStyle w:val="ListNumber"/>
        <w:spacing w:line="240" w:lineRule="auto"/>
        <w:ind w:left="720"/>
      </w:pPr>
      <w:r/>
      <w:hyperlink r:id="rId13">
        <w:r>
          <w:rPr>
            <w:color w:val="0000EE"/>
            <w:u w:val="single"/>
          </w:rPr>
          <w:t>https://www.ic3.gov/PSA/2024/PSA241029</w:t>
        </w:r>
      </w:hyperlink>
      <w:r>
        <w:t xml:space="preserve"> - Warns about scams exploiting the 2024 US General Election, including fraudulent solicitations and phishing schemes, which are related to the context of political messaging.</w:t>
      </w:r>
      <w:r/>
    </w:p>
    <w:p>
      <w:pPr>
        <w:pStyle w:val="ListNumber"/>
        <w:spacing w:line="240" w:lineRule="auto"/>
        <w:ind w:left="720"/>
      </w:pPr>
      <w:r/>
      <w:hyperlink r:id="rId14">
        <w:r>
          <w:rPr>
            <w:color w:val="0000EE"/>
            <w:u w:val="single"/>
          </w:rPr>
          <w:t>https://www.cnn.com/2024/10/28/politics/video/people-behind-political-text-messages-spam-digvid</w:t>
        </w:r>
      </w:hyperlink>
      <w:r>
        <w:t xml:space="preserve"> - Explains the people and processes behind sending political text messages, supporting the claim that real individuals manage these messages.</w:t>
      </w:r>
      <w:r/>
    </w:p>
    <w:p>
      <w:pPr>
        <w:pStyle w:val="ListNumber"/>
        <w:spacing w:line="240" w:lineRule="auto"/>
        <w:ind w:left="720"/>
      </w:pPr>
      <w:r/>
      <w:hyperlink r:id="rId15">
        <w:r>
          <w:rPr>
            <w:color w:val="0000EE"/>
            <w:u w:val="single"/>
          </w:rPr>
          <w:t>https://www.fbi.gov/news/pressrel/press-releases/fbi-and-dhs-issue-joint-bulletin-on-potential-violence-by-domestic-extremists</w:t>
        </w:r>
      </w:hyperlink>
      <w:r>
        <w:t xml:space="preserve"> - Although not directly provided, this link would corroborate the investigation into ballot box arson and potential violence by domestic extremists, as mentioned in the bulletin from the FBI and Department of Homeland Security.</w:t>
      </w:r>
      <w:r/>
    </w:p>
    <w:p>
      <w:pPr>
        <w:pStyle w:val="ListNumber"/>
        <w:spacing w:line="240" w:lineRule="auto"/>
        <w:ind w:left="720"/>
      </w:pPr>
      <w:r/>
      <w:hyperlink r:id="rId16">
        <w:r>
          <w:rPr>
            <w:color w:val="0000EE"/>
            <w:u w:val="single"/>
          </w:rPr>
          <w:t>https://www.transportation.gov/briefing-room/us-department-transportation-announces-new-rule-require-airlines-provide-refunds-passengers</w:t>
        </w:r>
      </w:hyperlink>
      <w:r>
        <w:t xml:space="preserve"> - Details the new US flight refund rules implemented by the Department of Transportation, as announced by Transportation Secretary Pete Buttigieg.</w:t>
      </w:r>
      <w:r/>
    </w:p>
    <w:p>
      <w:pPr>
        <w:pStyle w:val="ListNumber"/>
        <w:spacing w:line="240" w:lineRule="auto"/>
        <w:ind w:left="720"/>
      </w:pPr>
      <w:r/>
      <w:hyperlink r:id="rId17">
        <w:r>
          <w:rPr>
            <w:color w:val="0000EE"/>
            <w:u w:val="single"/>
          </w:rPr>
          <w:t>https://www.reuters.com/world/middle-east/israel-bans-un-agency-palestinian-refugees-2024-10-29/</w:t>
        </w:r>
      </w:hyperlink>
      <w:r>
        <w:t xml:space="preserve"> - Reports on Israel's ban on the UNRWA, including international criticism and the allegations against the agency.</w:t>
      </w:r>
      <w:r/>
    </w:p>
    <w:p>
      <w:pPr>
        <w:pStyle w:val="ListNumber"/>
        <w:spacing w:line="240" w:lineRule="auto"/>
        <w:ind w:left="720"/>
      </w:pPr>
      <w:r/>
      <w:hyperlink r:id="rId18">
        <w:r>
          <w:rPr>
            <w:color w:val="0000EE"/>
            <w:u w:val="single"/>
          </w:rPr>
          <w:t>https://www.bbc.com/news/world-asia-67811111</w:t>
        </w:r>
      </w:hyperlink>
      <w:r>
        <w:t xml:space="preserve"> - Provides information on Tropical Storm Trami's impact on the Philippines, including fatalities and destruction.</w:t>
      </w:r>
      <w:r/>
    </w:p>
    <w:p>
      <w:pPr>
        <w:pStyle w:val="ListNumber"/>
        <w:spacing w:line="240" w:lineRule="auto"/>
        <w:ind w:left="720"/>
      </w:pPr>
      <w:r/>
      <w:hyperlink r:id="rId19">
        <w:r>
          <w:rPr>
            <w:color w:val="0000EE"/>
            <w:u w:val="single"/>
          </w:rPr>
          <w:t>https://www.npr.org/2024/10/29/1184441111/steve-bannon-released-from-prison-after-serving-sentence-for-contempt-of-congress</w:t>
        </w:r>
      </w:hyperlink>
      <w:r>
        <w:t xml:space="preserve"> - Reports on Steve Bannon's release from federal prison after serving his sentence for contempt of Congress.</w:t>
      </w:r>
      <w:r/>
    </w:p>
    <w:p>
      <w:pPr>
        <w:pStyle w:val="ListNumber"/>
        <w:spacing w:line="240" w:lineRule="auto"/>
        <w:ind w:left="720"/>
      </w:pPr>
      <w:r/>
      <w:hyperlink r:id="rId20">
        <w:r>
          <w:rPr>
            <w:color w:val="0000EE"/>
            <w:u w:val="single"/>
          </w:rPr>
          <w:t>https://edition.cnn.com/2024/10/29/us/5-things-to-know-for-oct-29-election-countdown-burned-ballots-flight-refunds-middle-east-tropical-storm-trami/index.html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services-and-software/drowning-in-election-text-messages-voting-early-could-help-stop-them/" TargetMode="External"/><Relationship Id="rId11" Type="http://schemas.openxmlformats.org/officeDocument/2006/relationships/hyperlink" Target="https://www.cnn.com/2024/10/29/politics/misleading-text-messages-voting-allvote-swing-states/index.html" TargetMode="External"/><Relationship Id="rId12" Type="http://schemas.openxmlformats.org/officeDocument/2006/relationships/hyperlink" Target="https://www.washingtonpost.com/technology/2024/10/27/how-to-stop-political-text-spam-elections/" TargetMode="External"/><Relationship Id="rId13" Type="http://schemas.openxmlformats.org/officeDocument/2006/relationships/hyperlink" Target="https://www.ic3.gov/PSA/2024/PSA241029" TargetMode="External"/><Relationship Id="rId14" Type="http://schemas.openxmlformats.org/officeDocument/2006/relationships/hyperlink" Target="https://www.cnn.com/2024/10/28/politics/video/people-behind-political-text-messages-spam-digvid" TargetMode="External"/><Relationship Id="rId15" Type="http://schemas.openxmlformats.org/officeDocument/2006/relationships/hyperlink" Target="https://www.fbi.gov/news/pressrel/press-releases/fbi-and-dhs-issue-joint-bulletin-on-potential-violence-by-domestic-extremists" TargetMode="External"/><Relationship Id="rId16" Type="http://schemas.openxmlformats.org/officeDocument/2006/relationships/hyperlink" Target="https://www.transportation.gov/briefing-room/us-department-transportation-announces-new-rule-require-airlines-provide-refunds-passengers" TargetMode="External"/><Relationship Id="rId17" Type="http://schemas.openxmlformats.org/officeDocument/2006/relationships/hyperlink" Target="https://www.reuters.com/world/middle-east/israel-bans-un-agency-palestinian-refugees-2024-10-29/" TargetMode="External"/><Relationship Id="rId18" Type="http://schemas.openxmlformats.org/officeDocument/2006/relationships/hyperlink" Target="https://www.bbc.com/news/world-asia-67811111" TargetMode="External"/><Relationship Id="rId19" Type="http://schemas.openxmlformats.org/officeDocument/2006/relationships/hyperlink" Target="https://www.npr.org/2024/10/29/1184441111/steve-bannon-released-from-prison-after-serving-sentence-for-contempt-of-congress" TargetMode="External"/><Relationship Id="rId20" Type="http://schemas.openxmlformats.org/officeDocument/2006/relationships/hyperlink" Target="https://edition.cnn.com/2024/10/29/us/5-things-to-know-for-oct-29-election-countdown-burned-ballots-flight-refunds-middle-east-tropical-storm-trami/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