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Shotcut unveils update 24.10 featuring AI-powered speech to text capability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Shotcut Unveils Update 24.10 Featuring AI-Powered Speech to Text Capability</w:t>
      </w:r>
      <w:r/>
    </w:p>
    <w:p>
      <w:r/>
      <w:r>
        <w:t>Shotcut, the widely-used open-source video editing software, has launched its latest version, 24.10, marking a significant enhancement with the integration of its first artificial intelligence feature. This update, made available in late October 2023, introduces a new Speech to Text function, which utilises OpenAI’s Whisper technology, thanks to the whisper.cpp project.</w:t>
      </w:r>
      <w:r/>
    </w:p>
    <w:p>
      <w:r/>
      <w:r>
        <w:t>The introduction of this Speech to Text feature is notable as it signifies Shotcut's venture into AI-driven functionalities, seeking to enhance user experience through advanced transcription capabilities. Users will find a basic model embedded within the software that can be upgraded by downloading a more comprehensive model to expedite the transcription process. However, users are advised to anticipate occasional errors with this initial AI deployment. Moreover, it is important to note that the current version primarily supports devices with Apple Silicon GPUs.</w:t>
      </w:r>
      <w:r/>
    </w:p>
    <w:p>
      <w:r/>
      <w:r>
        <w:t>In addition to the AI feature, Shotcut 24.10 delivers several enhancements in video transition techniques. Noteworthy improvements include the Ripple Delete function, which allows users to restore all clips involved in a transition seamlessly. There is also the Lift feature, which uses non-ripple delete to bridge transition gaps with adjacent clips, along with an enhanced transition duration when repositioning adjacent clips without leaving any gaps.</w:t>
      </w:r>
      <w:r/>
    </w:p>
    <w:p>
      <w:r/>
      <w:r>
        <w:t xml:space="preserve">Additional updates to Shotcut 24.10 encompass the addition of a decimals </w:t>
      </w:r>
      <w:r>
        <w:t xml:space="preserve"> option for numeric keywords within the GPS Text video filter, a new “Show Project in Folder” option in the File menu, and a “Remove” feature added to the context menu under Projects. The release also introduces compatibility with the latest FFmpeg 7.1 multimedia framework.</w:t>
      </w:r>
      <w:r/>
    </w:p>
    <w:p>
      <w:r/>
      <w:r>
        <w:t>Structural adjustments include renaming the “Recent Projects” view to simply “Projects” and optimising the interface by automatically concealing the Reframe video filter and button when GPU Effects are active. The update also dispenses with the Export &gt; Video &gt; Resample button, streamlining the export process.</w:t>
      </w:r>
      <w:r/>
    </w:p>
    <w:p>
      <w:r/>
      <w:r>
        <w:t>The developers have focused on addressing several bugs in this release. Various issues have been resolved, including random timeline crashes and a crash linked to opening projects with a subtitle track void of items. Improvements have also been made to the GPS Offset option, the Slideshow Generator dialog, AVCHD video frame rate, the Reframe video filter, and the Time Remap filter.</w:t>
      </w:r>
      <w:r/>
    </w:p>
    <w:p>
      <w:r/>
      <w:r>
        <w:t>Users keen on exploring these new features can download Shotcut 24.10 directly from the official website. The software is available as a universal AppImage bundle compatible across most GNU/Linux distributions with no installation required. Additionally, Shotcut is accessible as a Flatpak app via Flathub.</w:t>
      </w:r>
      <w:r/>
    </w:p>
    <w:p>
      <w:r/>
      <w:r>
        <w:t>With these developments, Shotcut continues to cement its position as a reliable and feature-rich tool for video editing enthusiasts and professionals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https://www.shotcut.org/blog/new-release-241029/</w:t>
        </w:r>
      </w:hyperlink>
      <w:r>
        <w:t xml:space="preserve"> - Corroborates the introduction of the AI-powered Speech to Text feature using OpenAI's Whisper technology through the whisper.cpp project.</w:t>
      </w:r>
      <w:r/>
    </w:p>
    <w:p>
      <w:pPr>
        <w:pStyle w:val="ListNumber"/>
        <w:spacing w:line="240" w:lineRule="auto"/>
        <w:ind w:left="720"/>
      </w:pPr>
      <w:r/>
      <w:hyperlink r:id="rId10">
        <w:r>
          <w:rPr>
            <w:color w:val="0000EE"/>
            <w:u w:val="single"/>
          </w:rPr>
          <w:t>https://www.shotcut.org/blog/new-release-241029/</w:t>
        </w:r>
      </w:hyperlink>
      <w:r>
        <w:t xml:space="preserve"> - Details the basic model included in the software and the option to download a more comprehensive model for better transcription.</w:t>
      </w:r>
      <w:r/>
    </w:p>
    <w:p>
      <w:pPr>
        <w:pStyle w:val="ListNumber"/>
        <w:spacing w:line="240" w:lineRule="auto"/>
        <w:ind w:left="720"/>
      </w:pPr>
      <w:r/>
      <w:hyperlink r:id="rId11">
        <w:r>
          <w:rPr>
            <w:color w:val="0000EE"/>
            <w:u w:val="single"/>
          </w:rPr>
          <w:t>https://www.videohelp.com/software/Shotcut</w:t>
        </w:r>
      </w:hyperlink>
      <w:r>
        <w:t xml:space="preserve"> - Explains the occasional errors expected with the initial AI deployment and the primary support for Apple Silicon GPUs.</w:t>
      </w:r>
      <w:r/>
    </w:p>
    <w:p>
      <w:pPr>
        <w:pStyle w:val="ListNumber"/>
        <w:spacing w:line="240" w:lineRule="auto"/>
        <w:ind w:left="720"/>
      </w:pPr>
      <w:r/>
      <w:hyperlink r:id="rId11">
        <w:r>
          <w:rPr>
            <w:color w:val="0000EE"/>
            <w:u w:val="single"/>
          </w:rPr>
          <w:t>https://www.videohelp.com/software/Shotcut</w:t>
        </w:r>
      </w:hyperlink>
      <w:r>
        <w:t xml:space="preserve"> - Describes the improvements in video transition techniques, including the Ripple Delete and Lift functions.</w:t>
      </w:r>
      <w:r/>
    </w:p>
    <w:p>
      <w:pPr>
        <w:pStyle w:val="ListNumber"/>
        <w:spacing w:line="240" w:lineRule="auto"/>
        <w:ind w:left="720"/>
      </w:pPr>
      <w:r/>
      <w:hyperlink r:id="rId11">
        <w:r>
          <w:rPr>
            <w:color w:val="0000EE"/>
            <w:u w:val="single"/>
          </w:rPr>
          <w:t>https://www.videohelp.com/software/Shotcut</w:t>
        </w:r>
      </w:hyperlink>
      <w:r>
        <w:t xml:space="preserve"> - Mentions the enhanced transition duration when repositioning adjacent clips without leaving gaps.</w:t>
      </w:r>
      <w:r/>
    </w:p>
    <w:p>
      <w:pPr>
        <w:pStyle w:val="ListNumber"/>
        <w:spacing w:line="240" w:lineRule="auto"/>
        <w:ind w:left="720"/>
      </w:pPr>
      <w:r/>
      <w:hyperlink r:id="rId10">
        <w:r>
          <w:rPr>
            <w:color w:val="0000EE"/>
            <w:u w:val="single"/>
          </w:rPr>
          <w:t>https://www.shotcut.org/blog/new-release-241029/</w:t>
        </w:r>
      </w:hyperlink>
      <w:r>
        <w:t xml:space="preserve"> - Details the removal of the Export &gt; Video &gt; Resample button and other streamlining changes in the export process.</w:t>
      </w:r>
      <w:r/>
    </w:p>
    <w:p>
      <w:pPr>
        <w:pStyle w:val="ListNumber"/>
        <w:spacing w:line="240" w:lineRule="auto"/>
        <w:ind w:left="720"/>
      </w:pPr>
      <w:r/>
      <w:hyperlink r:id="rId11">
        <w:r>
          <w:rPr>
            <w:color w:val="0000EE"/>
            <w:u w:val="single"/>
          </w:rPr>
          <w:t>https://www.videohelp.com/software/Shotcut</w:t>
        </w:r>
      </w:hyperlink>
      <w:r>
        <w:t xml:space="preserve"> - Lists various bug fixes, including issues with timeline crashes and subtitle tracks.</w:t>
      </w:r>
      <w:r/>
    </w:p>
    <w:p>
      <w:pPr>
        <w:pStyle w:val="ListNumber"/>
        <w:spacing w:line="240" w:lineRule="auto"/>
        <w:ind w:left="720"/>
      </w:pPr>
      <w:r/>
      <w:hyperlink r:id="rId11">
        <w:r>
          <w:rPr>
            <w:color w:val="0000EE"/>
            <w:u w:val="single"/>
          </w:rPr>
          <w:t>https://www.videohelp.com/software/Shotcut</w:t>
        </w:r>
      </w:hyperlink>
      <w:r>
        <w:t xml:space="preserve"> - Mentions improvements to the GPS Offset option, Slideshow Generator dialog, AVCHD video frame rate, and other filters.</w:t>
      </w:r>
      <w:r/>
    </w:p>
    <w:p>
      <w:pPr>
        <w:pStyle w:val="ListNumber"/>
        <w:spacing w:line="240" w:lineRule="auto"/>
        <w:ind w:left="720"/>
      </w:pPr>
      <w:r/>
      <w:hyperlink r:id="rId10">
        <w:r>
          <w:rPr>
            <w:color w:val="0000EE"/>
            <w:u w:val="single"/>
          </w:rPr>
          <w:t>https://www.shotcut.org/blog/new-release-241029/</w:t>
        </w:r>
      </w:hyperlink>
      <w:r>
        <w:t xml:space="preserve"> - Explains the structural adjustments such as renaming the 'Recent Projects' view to 'Projects' and interface optimizations.</w:t>
      </w:r>
      <w:r/>
    </w:p>
    <w:p>
      <w:pPr>
        <w:pStyle w:val="ListNumber"/>
        <w:spacing w:line="240" w:lineRule="auto"/>
        <w:ind w:left="720"/>
      </w:pPr>
      <w:r/>
      <w:hyperlink r:id="rId11">
        <w:r>
          <w:rPr>
            <w:color w:val="0000EE"/>
            <w:u w:val="single"/>
          </w:rPr>
          <w:t>https://www.videohelp.com/software/Shotcut</w:t>
        </w:r>
      </w:hyperlink>
      <w:r>
        <w:t xml:space="preserve"> - Provides information on the availability of Shotcut 24.10 as a universal AppImage bundle and Flatpak app via Flathub.</w:t>
      </w:r>
      <w:r/>
    </w:p>
    <w:p>
      <w:pPr>
        <w:pStyle w:val="ListNumber"/>
        <w:spacing w:line="240" w:lineRule="auto"/>
        <w:ind w:left="720"/>
      </w:pPr>
      <w:r/>
      <w:hyperlink r:id="rId12">
        <w:r>
          <w:rPr>
            <w:color w:val="0000EE"/>
            <w:u w:val="single"/>
          </w:rPr>
          <w:t>https://www.threads.net/@9to5linux/post/DBuuMRuJjc3</w:t>
        </w:r>
      </w:hyperlink>
      <w:r>
        <w:t xml:space="preserve"> - Corroborates the release of Shotcut 24.10 with AI-powered speech-to-text feature and other enhancements.</w:t>
      </w:r>
      <w:r/>
    </w:p>
    <w:p>
      <w:pPr>
        <w:pStyle w:val="ListNumber"/>
        <w:spacing w:line="240" w:lineRule="auto"/>
        <w:ind w:left="720"/>
      </w:pPr>
      <w:r/>
      <w:hyperlink r:id="rId13">
        <w:r>
          <w:rPr>
            <w:color w:val="0000EE"/>
            <w:u w:val="single"/>
          </w:rPr>
          <w:t>https://9to5linux.com/shotcut-24-10-open-source-video-editor-released-with-ai-powered-speech-to-text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hotcut.org/blog/new-release-241029/" TargetMode="External"/><Relationship Id="rId11" Type="http://schemas.openxmlformats.org/officeDocument/2006/relationships/hyperlink" Target="https://www.videohelp.com/software/Shotcut" TargetMode="External"/><Relationship Id="rId12" Type="http://schemas.openxmlformats.org/officeDocument/2006/relationships/hyperlink" Target="https://www.threads.net/@9to5linux/post/DBuuMRuJjc3" TargetMode="External"/><Relationship Id="rId13" Type="http://schemas.openxmlformats.org/officeDocument/2006/relationships/hyperlink" Target="https://9to5linux.com/shotcut-24-10-open-source-video-editor-released-with-ai-powered-speech-to-tex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