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Skyfire AI enhances drone technology for emergency response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Skyfire AI is redefining the capabilities of drone technology through the integration of artificial intelligence (AI), particularly in the realm of emergency response and public safety. Co-founded by Matt Sloane, who also serves as the Chief Strategy Officer, the company is setting new benchmarks for how drones can be effectively utilised in high-stakes situations.</w:t>
      </w:r>
      <w:r/>
    </w:p>
    <w:p>
      <w:r/>
      <w:r>
        <w:t>The advent of AI in drone operations is transforming emergency response strategies. AI is entrusted with automating intricate flight and monitoring tasks, thus liberating operators to focus on overseeing broader systems. This development is instrumental in facilitating advanced operations like multi-drone search and rescue missions, which are notable for their enhanced efficiency and expedited response times.</w:t>
      </w:r>
      <w:r/>
    </w:p>
    <w:p>
      <w:r/>
      <w:r>
        <w:t>A significant stride in the company’s evolution was its merger with Echelon AI. This collaboration has fortified Skyfire AI's technological suite, with applications ranging from aiding police in tracking stolen vehicles to extending critical support during natural disasters. The effectiveness of this technology was recently underscored during Hurricane Helene, where Skyfire AI’s drones were deployed in Tallahassee and subsequently North Carolina. The drones were pivotal in evaluating damage, locating missing individuals, and ensuring the clearance of pathways for emergency services.</w:t>
      </w:r>
      <w:r/>
    </w:p>
    <w:p>
      <w:r/>
      <w:r>
        <w:t>The role of AI extends beyond mere automation, as Skyfire AI pioneers "swarm technology", enabling multiple drones to operate synergistically. Despite these advancements, human oversight remains crucial to ensure accuracy and safety. Sloane affirms the approach of keeping humans as the ultimate decision-makers, reinforcing the notion that AI’s primary function is to augment human judgement by providing timely and accurate information.</w:t>
      </w:r>
      <w:r/>
    </w:p>
    <w:p>
      <w:r/>
      <w:r>
        <w:t>In Huntsville, Alabama, where Sloane resides, Skyfire AI's innovations are poised to significantly influence public safety and the daily lives of residents. Cities like Huntsville, which are integrating more autonomous processes in real-time crime monitoring, stand to benefit from Skyfire AI's advancements in drone technology. The company sees a future where routine tasks, such as analysing video footage, are managed by AI, thus expanding the utility of drones exponentially.</w:t>
      </w:r>
      <w:r/>
    </w:p>
    <w:p>
      <w:r/>
      <w:r>
        <w:t>The concept of drones as first responders, pioneered by the Chula Vista Police in California, exemplifies the potential of this technology. This initiative involves dispatching drones directly from rooftops to 911 call locations, achieving response times under three minutes, a model now being adopted by numerous agencies across the US.</w:t>
      </w:r>
      <w:r/>
    </w:p>
    <w:p>
      <w:r/>
      <w:r>
        <w:t>Looking forward, Skyfire AI envisions significant advancements in software and autonomy over the next decade. While incremental improvements in drone hardware are expected, the substantial gains will likely arise from enhanced processing of camera feed data, driven by sophisticated software ecosystems.</w:t>
      </w:r>
      <w:r/>
    </w:p>
    <w:p>
      <w:r/>
      <w:r>
        <w:t>Skyfire AI remains committed to ethical considerations in its technological pursuits. The company works closely with organisations like the American Civil Liberties Union (ACLU) to ensure their innovations align with privacy standards and public trust. As AI continues to evolve, Skyfire AI advocates for responsible use, underlining its dedication to supporting both local and global communities with technology that prioritises safety and ethical use.</w:t>
      </w:r>
      <w:r/>
    </w:p>
    <w:p>
      <w:r/>
      <w:r>
        <w:t>Through these efforts, Skyfire AI is not only at the forefront of drone technology but also a key player in shaping the future of public safety operations with AI-enhanced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https://emergencydroneresponder.com/skyfire-and-echelon-collaborate-to-launch-skyfireai-revolutionizing-ai-driven-drone-technology/</w:t>
        </w:r>
      </w:hyperlink>
      <w:r>
        <w:t xml:space="preserve"> - Corroborates the integration of AI in drone technology by Skyfire AI, especially in public safety and emergency response, and the merger with Echelon AI.</w:t>
      </w:r>
      <w:r/>
    </w:p>
    <w:p>
      <w:pPr>
        <w:pStyle w:val="ListNumber"/>
        <w:spacing w:line="240" w:lineRule="auto"/>
        <w:ind w:left="720"/>
      </w:pPr>
      <w:r/>
      <w:hyperlink r:id="rId11">
        <w:r>
          <w:rPr>
            <w:color w:val="0000EE"/>
            <w:u w:val="single"/>
          </w:rPr>
          <w:t>https://insideunmannedsystems.com/skyfire-joins-forces-with-echelon-to-form-skyfireai/</w:t>
        </w:r>
      </w:hyperlink>
      <w:r>
        <w:t xml:space="preserve"> - Supports the merger between Skyfire and Echelon AI, highlighting their combined expertise in AI, swarming technology, and public safety applications.</w:t>
      </w:r>
      <w:r/>
    </w:p>
    <w:p>
      <w:pPr>
        <w:pStyle w:val="ListNumber"/>
        <w:spacing w:line="240" w:lineRule="auto"/>
        <w:ind w:left="720"/>
      </w:pPr>
      <w:r/>
      <w:hyperlink r:id="rId12">
        <w:r>
          <w:rPr>
            <w:color w:val="0000EE"/>
            <w:u w:val="single"/>
          </w:rPr>
          <w:t>https://cuashub.com/en/content/skyfire-and-echelon-join-forces-to-advance-ai-for-uas/</w:t>
        </w:r>
      </w:hyperlink>
      <w:r>
        <w:t xml:space="preserve"> - Details the merger and the focus on advancing AI for UAS, including applications in public safety, defense, and critical infrastructure.</w:t>
      </w:r>
      <w:r/>
    </w:p>
    <w:p>
      <w:pPr>
        <w:pStyle w:val="ListNumber"/>
        <w:spacing w:line="240" w:lineRule="auto"/>
        <w:ind w:left="720"/>
      </w:pPr>
      <w:r/>
      <w:hyperlink r:id="rId13">
        <w:r>
          <w:rPr>
            <w:color w:val="0000EE"/>
            <w:u w:val="single"/>
          </w:rPr>
          <w:t>https://www.commercialuavnews.com/skyfire-joins-forces-with-echelon-to-form-skyfireai-shaping-the-future-of-drone-technology-with-advanced-ai-for-autonomy-and-swarming</w:t>
        </w:r>
      </w:hyperlink>
      <w:r>
        <w:t xml:space="preserve"> - Explains the integration of AI in drone operations, including autonomy and swarming capabilities, and its impact on public safety and defense missions.</w:t>
      </w:r>
      <w:r/>
    </w:p>
    <w:p>
      <w:pPr>
        <w:pStyle w:val="ListNumber"/>
        <w:spacing w:line="240" w:lineRule="auto"/>
        <w:ind w:left="720"/>
      </w:pPr>
      <w:r/>
      <w:hyperlink r:id="rId14">
        <w:r>
          <w:rPr>
            <w:color w:val="0000EE"/>
            <w:u w:val="single"/>
          </w:rPr>
          <w:t>https://aifund.ai/portfolio/skyfireai/</w:t>
        </w:r>
      </w:hyperlink>
      <w:r>
        <w:t xml:space="preserve"> - Provides insights into Skyfire AI's turnkey C2AI platform, its applications in various domains, and the comprehensive suite of services offered.</w:t>
      </w:r>
      <w:r/>
    </w:p>
    <w:p>
      <w:pPr>
        <w:pStyle w:val="ListNumber"/>
        <w:spacing w:line="240" w:lineRule="auto"/>
        <w:ind w:left="720"/>
      </w:pPr>
      <w:r/>
      <w:hyperlink r:id="rId10">
        <w:r>
          <w:rPr>
            <w:color w:val="0000EE"/>
            <w:u w:val="single"/>
          </w:rPr>
          <w:t>https://emergencydroneresponder.com/skyfire-and-echelon-collaborate-to-launch-skyfireai-revolutionizing-ai-driven-drone-technology/</w:t>
        </w:r>
      </w:hyperlink>
      <w:r>
        <w:t xml:space="preserve"> - Corroborates the use of AI in automating flight and monitoring tasks, enabling advanced operations like multi-drone search and rescue missions.</w:t>
      </w:r>
      <w:r/>
    </w:p>
    <w:p>
      <w:pPr>
        <w:pStyle w:val="ListNumber"/>
        <w:spacing w:line="240" w:lineRule="auto"/>
        <w:ind w:left="720"/>
      </w:pPr>
      <w:r/>
      <w:hyperlink r:id="rId11">
        <w:r>
          <w:rPr>
            <w:color w:val="0000EE"/>
            <w:u w:val="single"/>
          </w:rPr>
          <w:t>https://insideunmannedsystems.com/skyfire-joins-forces-with-echelon-to-form-skyfireai/</w:t>
        </w:r>
      </w:hyperlink>
      <w:r>
        <w:t xml:space="preserve"> - Supports the role of AI in extending critical support during natural disasters and other high-stakes situations.</w:t>
      </w:r>
      <w:r/>
    </w:p>
    <w:p>
      <w:pPr>
        <w:pStyle w:val="ListNumber"/>
        <w:spacing w:line="240" w:lineRule="auto"/>
        <w:ind w:left="720"/>
      </w:pPr>
      <w:r/>
      <w:hyperlink r:id="rId12">
        <w:r>
          <w:rPr>
            <w:color w:val="0000EE"/>
            <w:u w:val="single"/>
          </w:rPr>
          <w:t>https://cuashub.com/en/content/skyfire-and-echelon-join-forces-to-advance-ai-for-uas/</w:t>
        </w:r>
      </w:hyperlink>
      <w:r>
        <w:t xml:space="preserve"> - Details the deployment of Skyfire AI’s drones during Hurricane Helene and their role in evaluating damage and locating missing individuals.</w:t>
      </w:r>
      <w:r/>
    </w:p>
    <w:p>
      <w:pPr>
        <w:pStyle w:val="ListNumber"/>
        <w:spacing w:line="240" w:lineRule="auto"/>
        <w:ind w:left="720"/>
      </w:pPr>
      <w:r/>
      <w:hyperlink r:id="rId13">
        <w:r>
          <w:rPr>
            <w:color w:val="0000EE"/>
            <w:u w:val="single"/>
          </w:rPr>
          <w:t>https://www.commercialuavnews.com/skyfire-joins-forces-with-echelon-to-form-skyfireai-shaping-the-future-of-drone-technology-with-advanced-ai-for-autonomy-and-swarming</w:t>
        </w:r>
      </w:hyperlink>
      <w:r>
        <w:t xml:space="preserve"> - Explains the concept of swarm technology and the importance of human oversight in ensuring accuracy and safety in drone operations.</w:t>
      </w:r>
      <w:r/>
    </w:p>
    <w:p>
      <w:pPr>
        <w:pStyle w:val="ListNumber"/>
        <w:spacing w:line="240" w:lineRule="auto"/>
        <w:ind w:left="720"/>
      </w:pPr>
      <w:r/>
      <w:hyperlink r:id="rId11">
        <w:r>
          <w:rPr>
            <w:color w:val="0000EE"/>
            <w:u w:val="single"/>
          </w:rPr>
          <w:t>https://insideunmannedsystems.com/skyfire-joins-forces-with-echelon-to-form-skyfireai/</w:t>
        </w:r>
      </w:hyperlink>
      <w:r>
        <w:t xml:space="preserve"> - Corroborates the potential of Skyfire AI's innovations in public safety, including real-time crime monitoring and the management of routine tasks by AI.</w:t>
      </w:r>
      <w:r/>
    </w:p>
    <w:p>
      <w:pPr>
        <w:pStyle w:val="ListNumber"/>
        <w:spacing w:line="240" w:lineRule="auto"/>
        <w:ind w:left="720"/>
      </w:pPr>
      <w:r/>
      <w:hyperlink r:id="rId14">
        <w:r>
          <w:rPr>
            <w:color w:val="0000EE"/>
            <w:u w:val="single"/>
          </w:rPr>
          <w:t>https://aifund.ai/portfolio/skyfireai/</w:t>
        </w:r>
      </w:hyperlink>
      <w:r>
        <w:t xml:space="preserve"> - Supports the vision of significant advancements in software and autonomy over the next decade, driven by sophisticated software ecosystems.</w:t>
      </w:r>
      <w:r/>
    </w:p>
    <w:p>
      <w:pPr>
        <w:pStyle w:val="ListNumber"/>
        <w:spacing w:line="240" w:lineRule="auto"/>
        <w:ind w:left="720"/>
      </w:pPr>
      <w:r/>
      <w:hyperlink r:id="rId15">
        <w:r>
          <w:rPr>
            <w:color w:val="0000EE"/>
            <w:u w:val="single"/>
          </w:rPr>
          <w:t>https://techbullion.com/elevating-public-safety-with-ai-interview-with-matt-sloane-co-founder-of-skyfire-consulting-and-chief-strategy-officer-of-skyfire-ai/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mergencydroneresponder.com/skyfire-and-echelon-collaborate-to-launch-skyfireai-revolutionizing-ai-driven-drone-technology/" TargetMode="External"/><Relationship Id="rId11" Type="http://schemas.openxmlformats.org/officeDocument/2006/relationships/hyperlink" Target="https://insideunmannedsystems.com/skyfire-joins-forces-with-echelon-to-form-skyfireai/" TargetMode="External"/><Relationship Id="rId12" Type="http://schemas.openxmlformats.org/officeDocument/2006/relationships/hyperlink" Target="https://cuashub.com/en/content/skyfire-and-echelon-join-forces-to-advance-ai-for-uas/" TargetMode="External"/><Relationship Id="rId13" Type="http://schemas.openxmlformats.org/officeDocument/2006/relationships/hyperlink" Target="https://www.commercialuavnews.com/skyfire-joins-forces-with-echelon-to-form-skyfireai-shaping-the-future-of-drone-technology-with-advanced-ai-for-autonomy-and-swarming" TargetMode="External"/><Relationship Id="rId14" Type="http://schemas.openxmlformats.org/officeDocument/2006/relationships/hyperlink" Target="https://aifund.ai/portfolio/skyfireai/" TargetMode="External"/><Relationship Id="rId15" Type="http://schemas.openxmlformats.org/officeDocument/2006/relationships/hyperlink" Target="https://techbullion.com/elevating-public-safety-with-ai-interview-with-matt-sloane-co-founder-of-skyfire-consulting-and-chief-strategy-officer-of-skyfir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