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boyfriends and their impact on modern relationships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increasing prevalence of AI-powered virtual companions, often referred to as "AI boyfriends," is significantly altering the landscape of modern relationships. These digitally created entities, which are the result of sophisticated artificial intelligence technology, are particularly resonating with the younger generation that has grown up in an era dominated by digital connectivity.</w:t>
      </w:r>
      <w:r/>
    </w:p>
    <w:p>
      <w:r/>
      <w:r>
        <w:t xml:space="preserve">AI companions are ingeniously designed to emulate human interactions and provide users with emotional support, fulfilling some of the needs typically met through human companionship. This technological development is indicative of broader cultural shifts in how relationships are formed and maintained, rather than being a mere passing fad. </w:t>
      </w:r>
      <w:r/>
    </w:p>
    <w:p>
      <w:r/>
      <w:r>
        <w:t xml:space="preserve">Modern societal structures, where the demands on time and attention have grown due to professional and social commitments, have rendered traditional dating increasingly challenging for many. As a result, individuals often find themselves unable to invest in or even begin intimate relationships. For those facing these difficulties, AI boyfriends present a convenient solution, offering some features of companionship without the complexities inherent in human relationships. </w:t>
      </w:r>
      <w:r/>
    </w:p>
    <w:p>
      <w:r/>
      <w:r>
        <w:t>A report published in Psychology Today reveals that a notable 40% of Gen Z respondents are open to the idea of AI relationships. This statistic underscores a significant transformation in how younger people perceive and utilise technology within their personal lives, highlighting an evolving understanding of relationships in the digital age.</w:t>
      </w:r>
      <w:r/>
    </w:p>
    <w:p>
      <w:r/>
      <w:r>
        <w:t>Several factors might explain this trend among young people. One is the flexibility and customisability that AI companions offer, which can be tailored to respond to the user's emotional needs without the unpredictability of human relationships. Moreover, AI boyfriends are available at all times, fitting seamlessly into the user's schedule, and helping overcome the logistical issues that often plague traditional dating.</w:t>
      </w:r>
      <w:r/>
    </w:p>
    <w:p>
      <w:r/>
      <w:r>
        <w:t>This technological phenomenon is not restricted to a single geography but is a widespread occurrence in various parts of the world. With continuous developments in artificial intelligence, these virtual companions are expected to evolve further, potentially offering even more nuanced interactions that might closely resemble human behaviours.</w:t>
      </w:r>
      <w:r/>
    </w:p>
    <w:p>
      <w:r/>
      <w:r>
        <w:t>As AI technology advances, it is likely to continue influencing the landscape of personal relationships, prompting discussions about the implications of substituting technology for human interaction. This evolution, fuelled by the desires and needs of a digitally connected generation, highlights a significant shift in societal priorities and the ways in which companionship is sought and experienced.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https://www.toolify.ai/ai-news/unveiling-the-impact-of-ai-boyfriends-on-real-relationships-1841642</w:t>
        </w:r>
      </w:hyperlink>
      <w:r>
        <w:t xml:space="preserve"> - This article discusses how AI boyfriends are designed to emulate human interactions and provide emotional support, and it highlights the potential consequences of relying on these virtual companions, such as unrealistic expectations and difficulties in forming real-life relationships.</w:t>
      </w:r>
      <w:r/>
    </w:p>
    <w:p>
      <w:pPr>
        <w:pStyle w:val="ListNumber"/>
        <w:spacing w:line="240" w:lineRule="auto"/>
        <w:ind w:left="720"/>
      </w:pPr>
      <w:r/>
      <w:hyperlink r:id="rId11">
        <w:r>
          <w:rPr>
            <w:color w:val="0000EE"/>
            <w:u w:val="single"/>
          </w:rPr>
          <w:t>https://www.forbes.com/sites/neilsahota/2024/07/18/how-ai-companions-are-redefining-human-relationships-in-the-digital-age/</w:t>
        </w:r>
      </w:hyperlink>
      <w:r>
        <w:t xml:space="preserve"> - This article explains how AI companions are becoming more prevalent and sophisticated, offering support and companionship that can be tailored to individual needs, and it discusses the broader implications of these relationships on traditional dating and marriage.</w:t>
      </w:r>
      <w:r/>
    </w:p>
    <w:p>
      <w:pPr>
        <w:pStyle w:val="ListNumber"/>
        <w:spacing w:line="240" w:lineRule="auto"/>
        <w:ind w:left="720"/>
      </w:pPr>
      <w:r/>
      <w:hyperlink r:id="rId12">
        <w:r>
          <w:rPr>
            <w:color w:val="0000EE"/>
            <w:u w:val="single"/>
          </w:rPr>
          <w:t>https://www.deseret.com/2023/9/6/23841752/ai-artificial-intelligence-chatgpt-relationships-real-life/</w:t>
        </w:r>
      </w:hyperlink>
      <w:r>
        <w:t xml:space="preserve"> - This article addresses the potential risks and benefits of AI relationships, including the risk of forming emotional affairs with AI and the potential for AI to make human exchanges harder to find or nurture.</w:t>
      </w:r>
      <w:r/>
    </w:p>
    <w:p>
      <w:pPr>
        <w:pStyle w:val="ListNumber"/>
        <w:spacing w:line="240" w:lineRule="auto"/>
        <w:ind w:left="720"/>
      </w:pPr>
      <w:r/>
      <w:hyperlink r:id="rId10">
        <w:r>
          <w:rPr>
            <w:color w:val="0000EE"/>
            <w:u w:val="single"/>
          </w:rPr>
          <w:t>https://www.toolify.ai/ai-news/unveiling-the-impact-of-ai-boyfriends-on-real-relationships-1841642</w:t>
        </w:r>
      </w:hyperlink>
      <w:r>
        <w:t xml:space="preserve"> - This article mentions the convenience and availability of AI companions, which fit seamlessly into users' schedules, helping to overcome logistical issues in traditional dating.</w:t>
      </w:r>
      <w:r/>
    </w:p>
    <w:p>
      <w:pPr>
        <w:pStyle w:val="ListNumber"/>
        <w:spacing w:line="240" w:lineRule="auto"/>
        <w:ind w:left="720"/>
      </w:pPr>
      <w:r/>
      <w:hyperlink r:id="rId11">
        <w:r>
          <w:rPr>
            <w:color w:val="0000EE"/>
            <w:u w:val="single"/>
          </w:rPr>
          <w:t>https://www.forbes.com/sites/neilsahota/2024/07/18/how-ai-companions-are-redefining-human-relationships-in-the-digital-age/</w:t>
        </w:r>
      </w:hyperlink>
      <w:r>
        <w:t xml:space="preserve"> - This article discusses the flexibility and customisability of AI companions, which can be tailored to respond to users' emotional needs without the unpredictability of human relationships.</w:t>
      </w:r>
      <w:r/>
    </w:p>
    <w:p>
      <w:pPr>
        <w:pStyle w:val="ListNumber"/>
        <w:spacing w:line="240" w:lineRule="auto"/>
        <w:ind w:left="720"/>
      </w:pPr>
      <w:r/>
      <w:hyperlink r:id="rId12">
        <w:r>
          <w:rPr>
            <w:color w:val="0000EE"/>
            <w:u w:val="single"/>
          </w:rPr>
          <w:t>https://www.deseret.com/2023/9/6/23841752/ai-artificial-intelligence-chatgpt-relationships-real-life/</w:t>
        </w:r>
      </w:hyperlink>
      <w:r>
        <w:t xml:space="preserve"> - This article highlights the broader cultural shifts in how relationships are formed and maintained, indicating that the rise of AI companions is not a mere passing fad but a significant transformation.</w:t>
      </w:r>
      <w:r/>
    </w:p>
    <w:p>
      <w:pPr>
        <w:pStyle w:val="ListNumber"/>
        <w:spacing w:line="240" w:lineRule="auto"/>
        <w:ind w:left="720"/>
      </w:pPr>
      <w:r/>
      <w:hyperlink r:id="rId10">
        <w:r>
          <w:rPr>
            <w:color w:val="0000EE"/>
            <w:u w:val="single"/>
          </w:rPr>
          <w:t>https://www.toolify.ai/ai-news/unveiling-the-impact-of-ai-boyfriends-on-real-relationships-1841642</w:t>
        </w:r>
      </w:hyperlink>
      <w:r>
        <w:t xml:space="preserve"> - This article notes that the increasing prevalence of AI boyfriends is particularly resonating with the younger generation that has grown up in an era dominated by digital connectivity.</w:t>
      </w:r>
      <w:r/>
    </w:p>
    <w:p>
      <w:pPr>
        <w:pStyle w:val="ListNumber"/>
        <w:spacing w:line="240" w:lineRule="auto"/>
        <w:ind w:left="720"/>
      </w:pPr>
      <w:r/>
      <w:hyperlink r:id="rId11">
        <w:r>
          <w:rPr>
            <w:color w:val="0000EE"/>
            <w:u w:val="single"/>
          </w:rPr>
          <w:t>https://www.forbes.com/sites/neilsahota/2024/07/18/how-ai-companions-are-redefining-human-relationships-in-the-digital-age/</w:t>
        </w:r>
      </w:hyperlink>
      <w:r>
        <w:t xml:space="preserve"> - This article mentions that AI companions are expected to evolve further with continuous developments in artificial intelligence, potentially offering more nuanced interactions that closely resemble human behaviors.</w:t>
      </w:r>
      <w:r/>
    </w:p>
    <w:p>
      <w:pPr>
        <w:pStyle w:val="ListNumber"/>
        <w:spacing w:line="240" w:lineRule="auto"/>
        <w:ind w:left="720"/>
      </w:pPr>
      <w:r/>
      <w:hyperlink r:id="rId12">
        <w:r>
          <w:rPr>
            <w:color w:val="0000EE"/>
            <w:u w:val="single"/>
          </w:rPr>
          <w:t>https://www.deseret.com/2023/9/6/23841752/ai-artificial-intelligence-chatgpt-relationships-real-life/</w:t>
        </w:r>
      </w:hyperlink>
      <w:r>
        <w:t xml:space="preserve"> - This article discusses the societal implications of substituting technology for human interaction, highlighting a significant shift in societal priorities and the ways in which companionship is sought and experienced.</w:t>
      </w:r>
      <w:r/>
    </w:p>
    <w:p>
      <w:pPr>
        <w:pStyle w:val="ListNumber"/>
        <w:spacing w:line="240" w:lineRule="auto"/>
        <w:ind w:left="720"/>
      </w:pPr>
      <w:r/>
      <w:hyperlink r:id="rId13">
        <w:r>
          <w:rPr>
            <w:color w:val="0000EE"/>
            <w:u w:val="single"/>
          </w:rPr>
          <w:t>https://forum.effectivealtruism.org/posts/qNbwGQzPR8sshwrRh/ai-romantic-partners-will-harm-society-if-they-go</w:t>
        </w:r>
      </w:hyperlink>
      <w:r>
        <w:t xml:space="preserve"> - This article explores the potential long-term effects of AI relationships on society, including the reduction in the number of people entering committed relationships and the impact on fertility rates.</w:t>
      </w:r>
      <w:r/>
    </w:p>
    <w:p>
      <w:pPr>
        <w:pStyle w:val="ListNumber"/>
        <w:spacing w:line="240" w:lineRule="auto"/>
        <w:ind w:left="720"/>
      </w:pPr>
      <w:r/>
      <w:hyperlink r:id="rId14">
        <w:r>
          <w:rPr>
            <w:color w:val="0000EE"/>
            <w:u w:val="single"/>
          </w:rPr>
          <w:t>https://www.reddit.com/r/changemyview/comments/123xflz/cmv_the_possible_rise_of_romantic_relationships/</w:t>
        </w:r>
      </w:hyperlink>
      <w:r>
        <w:t xml:space="preserve"> - This discussion highlights the expectation of a rise in romantic relationships between humans and AI, and it delves into the societal problems that could arise from such relationships.</w:t>
      </w:r>
      <w:r/>
    </w:p>
    <w:p>
      <w:pPr>
        <w:pStyle w:val="ListNumber"/>
        <w:spacing w:line="240" w:lineRule="auto"/>
        <w:ind w:left="720"/>
      </w:pPr>
      <w:r/>
      <w:hyperlink r:id="rId15">
        <w:r>
          <w:rPr>
            <w:color w:val="0000EE"/>
            <w:u w:val="single"/>
          </w:rPr>
          <w:t>https://www.analyticsinsight.net/artificial-intelligence/rise-of-ai-boyfriends-understanding-the-cultural-shift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olify.ai/ai-news/unveiling-the-impact-of-ai-boyfriends-on-real-relationships-1841642" TargetMode="External"/><Relationship Id="rId11" Type="http://schemas.openxmlformats.org/officeDocument/2006/relationships/hyperlink" Target="https://www.forbes.com/sites/neilsahota/2024/07/18/how-ai-companions-are-redefining-human-relationships-in-the-digital-age/" TargetMode="External"/><Relationship Id="rId12" Type="http://schemas.openxmlformats.org/officeDocument/2006/relationships/hyperlink" Target="https://www.deseret.com/2023/9/6/23841752/ai-artificial-intelligence-chatgpt-relationships-real-life/" TargetMode="External"/><Relationship Id="rId13" Type="http://schemas.openxmlformats.org/officeDocument/2006/relationships/hyperlink" Target="https://forum.effectivealtruism.org/posts/qNbwGQzPR8sshwrRh/ai-romantic-partners-will-harm-society-if-they-go" TargetMode="External"/><Relationship Id="rId14" Type="http://schemas.openxmlformats.org/officeDocument/2006/relationships/hyperlink" Target="https://www.reddit.com/r/changemyview/comments/123xflz/cmv_the_possible_rise_of_romantic_relationships/" TargetMode="External"/><Relationship Id="rId15" Type="http://schemas.openxmlformats.org/officeDocument/2006/relationships/hyperlink" Target="https://www.analyticsinsight.net/artificial-intelligence/rise-of-ai-boyfriends-understanding-the-cultural-shi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