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risks of predictive text: a deep dive into technology's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Risks of Predictive Text: A Deep Dive into Technology's Implications</w:t>
      </w:r>
      <w:r/>
    </w:p>
    <w:p>
      <w:r/>
      <w:r>
        <w:t>In the rapidly evolving realm of digital communication, predictive text technology promises to enhance efficiency and streamline user interactions by offering word and phrase suggestions based on typed inputs. As this technology becomes increasingly embedded in smartphones and software applications worldwide, several critical concerns arise regarding its impact on language skills, privacy, communication nuances, bias, and linguistic accuracy.</w:t>
      </w:r>
      <w:r/>
    </w:p>
    <w:p>
      <w:r/>
      <w:r>
        <w:rPr>
          <w:b/>
        </w:rPr>
        <w:t>Skill Deterioration through Over-Reliance</w:t>
      </w:r>
      <w:r/>
    </w:p>
    <w:p>
      <w:r/>
      <w:r>
        <w:t>One of the primary concerns with the prevalent use of predictive text technology is its potential to diminish essential language skills. Regular reliance on software to suggest spellings and complete sentences may erode users' active involvement in language use. This tool dependency poses a significant threat, particularly within academic settings. Students might lean excessively on predictive suggestions, potentially stunting the development of robust spelling, grammar, and vocabulary capabilities — essential components for effective communication and linguistic proficiency.</w:t>
      </w:r>
      <w:r/>
    </w:p>
    <w:p>
      <w:r/>
      <w:r>
        <w:rPr>
          <w:b/>
        </w:rPr>
        <w:t>Privacy Concerns with Data Usage</w:t>
      </w:r>
      <w:r/>
    </w:p>
    <w:p>
      <w:r/>
      <w:r>
        <w:t>Predictive text technology requires extensive data to function optimally, often tapping into users' past text entries and location information. Such comprehensive data collection raises significant privacy issues. Sensitive user data might be stored, posing risks of misuse, especially when inadequate data protection policies are in place. This threat becomes more pronounced in scenarios where third-party entities access such data, potentially leading to privacy breaches and subsequent exploitation of personal information.</w:t>
      </w:r>
      <w:r/>
    </w:p>
    <w:p>
      <w:r/>
      <w:r>
        <w:rPr>
          <w:b/>
        </w:rPr>
        <w:t>Lack of Emotional Nuance</w:t>
      </w:r>
      <w:r/>
    </w:p>
    <w:p>
      <w:r/>
      <w:r>
        <w:t>While predictive text assists in drafting messages efficiently, it lacks an understanding of emotional context and tonal subtleties. As a result, suggested wordings may sometimes misalign with the original intention of the user. In particular, this shortcoming may result in inappropriate or misleading communications in settings where tone and nuance are critical, such as in professional environments or emotionally charged conversations. Consequently, misunderstandings and communication breakdowns could occur more frequently.</w:t>
      </w:r>
      <w:r/>
    </w:p>
    <w:p>
      <w:r/>
      <w:r>
        <w:rPr>
          <w:b/>
        </w:rPr>
        <w:t>Bias in AI Algorithms</w:t>
      </w:r>
      <w:r/>
    </w:p>
    <w:p>
      <w:r/>
      <w:r>
        <w:t>The datasets underpinning predictive text AI are derived from extensive language corpora that inherently reflect societal biases. Hence, despite efforts to address these biases, the technology can inadvertently perpetuate stereotypes and cultural insensitivities. This concern highlights a broader challenge in AI development, where algorithms may reproduce underlying biases present in the training data, thereby transmitting unintended negative stereotypes through digital communication channels.</w:t>
      </w:r>
      <w:r/>
    </w:p>
    <w:p>
      <w:r/>
      <w:r>
        <w:rPr>
          <w:b/>
        </w:rPr>
        <w:t>Grammatical Challenges across Languages</w:t>
      </w:r>
      <w:r/>
    </w:p>
    <w:p>
      <w:r/>
      <w:r>
        <w:t>While predictive text systems generally offer multilingual support, their accuracy varies significantly across different languages. For instance, complex grammatical structures found in languages such as Finnish or Hungarian present challenges to the technology, in contrast to the relatively simpler structures of more widely used languages like English or Spanish. Such disparities could irritate users and limit the utility and appeal of predictive text technology among non-English-speaking populations.</w:t>
      </w:r>
      <w:r/>
    </w:p>
    <w:p>
      <w:r/>
      <w:r>
        <w:t>In conclusion, as predictive text technology becomes more ingrained in daily communication, these concerns necessitate careful consideration. While it undoubtedly offers numerous benefits, understanding its implications on privacy, language skills, and cross-cultural communication remains paramount for its responsible integration into technological ecosystems.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https://en.wikipedia.org/wiki/Predictive_text</w:t>
        </w:r>
      </w:hyperlink>
      <w:r>
        <w:t xml:space="preserve"> - This source explains the mechanics of predictive text, including its reliance on dictionaries and user databases, and the potential for errors such as textonyms and disambiguation failures, which corroborate the concerns about linguistic accuracy and skill deterioration.</w:t>
      </w:r>
      <w:r/>
    </w:p>
    <w:p>
      <w:pPr>
        <w:pStyle w:val="ListNumber"/>
        <w:spacing w:line="240" w:lineRule="auto"/>
        <w:ind w:left="720"/>
      </w:pPr>
      <w:r/>
      <w:hyperlink r:id="rId11">
        <w:r>
          <w:rPr>
            <w:color w:val="0000EE"/>
            <w:u w:val="single"/>
          </w:rPr>
          <w:t>https://answers.microsoft.com/en-us/msoffice/forum/all/preventing-predictive-text-data-from-being-sent-to/dad61600-3021-430e-bab9-e1101663c7bb</w:t>
        </w:r>
      </w:hyperlink>
      <w:r>
        <w:t xml:space="preserve"> - This article discusses the privacy concerns associated with predictive text data transmission, highlighting the issue of data being sent to servers for machine learning, which aligns with the privacy concerns mentioned.</w:t>
      </w:r>
      <w:r/>
    </w:p>
    <w:p>
      <w:pPr>
        <w:pStyle w:val="ListNumber"/>
        <w:spacing w:line="240" w:lineRule="auto"/>
        <w:ind w:left="720"/>
      </w:pPr>
      <w:r/>
      <w:hyperlink r:id="rId12">
        <w:r>
          <w:rPr>
            <w:color w:val="0000EE"/>
            <w:u w:val="single"/>
          </w:rPr>
          <w:t>https://www.ultimateproof.co.uk/the-dangers-of-using-predictive-text-in-business4c28a5ac</w:t>
        </w:r>
      </w:hyperlink>
      <w:r>
        <w:t xml:space="preserve"> - This source details the dangers of predictive text in business settings, including the potential for embarrassing mistakes and the impact on professional communication, supporting the points about lack of emotional nuance and grammatical challenges.</w:t>
      </w:r>
      <w:r/>
    </w:p>
    <w:p>
      <w:pPr>
        <w:pStyle w:val="ListNumber"/>
        <w:spacing w:line="240" w:lineRule="auto"/>
        <w:ind w:left="720"/>
      </w:pPr>
      <w:r/>
      <w:hyperlink r:id="rId13">
        <w:r>
          <w:rPr>
            <w:color w:val="0000EE"/>
            <w:u w:val="single"/>
          </w:rPr>
          <w:t>https://www.bbc.com/future/article/20190812-how-ai-powered-predictive-text-affects-your-brain</w:t>
        </w:r>
      </w:hyperlink>
      <w:r>
        <w:t xml:space="preserve"> - This article explores the impact of predictive text on language skills, particularly in children, and discusses the potential for bias in AI algorithms, which corroborates the concerns about skill deterioration and bias.</w:t>
      </w:r>
      <w:r/>
    </w:p>
    <w:p>
      <w:pPr>
        <w:pStyle w:val="ListNumber"/>
        <w:spacing w:line="240" w:lineRule="auto"/>
        <w:ind w:left="720"/>
      </w:pPr>
      <w:r/>
      <w:hyperlink r:id="rId13">
        <w:r>
          <w:rPr>
            <w:color w:val="0000EE"/>
            <w:u w:val="single"/>
          </w:rPr>
          <w:t>https://www.bbc.com/future/article/20190812-how-ai-powered-predictive-text-affects-your-brain</w:t>
        </w:r>
      </w:hyperlink>
      <w:r>
        <w:t xml:space="preserve"> - This source also discusses how predictive text can affect the way people use language, including the introduction of biases and the impact on grammatical construction, supporting the points about bias and linguistic accuracy.</w:t>
      </w:r>
      <w:r/>
    </w:p>
    <w:p>
      <w:pPr>
        <w:pStyle w:val="ListNumber"/>
        <w:spacing w:line="240" w:lineRule="auto"/>
        <w:ind w:left="720"/>
      </w:pPr>
      <w:r/>
      <w:hyperlink r:id="rId10">
        <w:r>
          <w:rPr>
            <w:color w:val="0000EE"/>
            <w:u w:val="single"/>
          </w:rPr>
          <w:t>https://en.wikipedia.org/wiki/Predictive_text</w:t>
        </w:r>
      </w:hyperlink>
      <w:r>
        <w:t xml:space="preserve"> - This source further explains the challenges of predictive text across different languages, such as agglutinative languages, which supports the discussion on grammatical challenges across languages.</w:t>
      </w:r>
      <w:r/>
    </w:p>
    <w:p>
      <w:pPr>
        <w:pStyle w:val="ListNumber"/>
        <w:spacing w:line="240" w:lineRule="auto"/>
        <w:ind w:left="720"/>
      </w:pPr>
      <w:r/>
      <w:hyperlink r:id="rId12">
        <w:r>
          <w:rPr>
            <w:color w:val="0000EE"/>
            <w:u w:val="single"/>
          </w:rPr>
          <w:t>https://www.ultimateproof.co.uk/the-dangers-of-using-predictive-text-in-business4c28a5ac</w:t>
        </w:r>
      </w:hyperlink>
      <w:r>
        <w:t xml:space="preserve"> - This article highlights the importance of proofreading despite the use of predictive text, emphasizing the need for careful review to avoid misunderstandings, which aligns with the concerns about lack of emotional nuance and communication breakdowns.</w:t>
      </w:r>
      <w:r/>
    </w:p>
    <w:p>
      <w:pPr>
        <w:pStyle w:val="ListNumber"/>
        <w:spacing w:line="240" w:lineRule="auto"/>
        <w:ind w:left="720"/>
      </w:pPr>
      <w:r/>
      <w:hyperlink r:id="rId11">
        <w:r>
          <w:rPr>
            <w:color w:val="0000EE"/>
            <w:u w:val="single"/>
          </w:rPr>
          <w:t>https://answers.microsoft.com/en-us/msoffice/forum/all/preventing-predictive-text-data-from-being-sent-to/dad61600-3021-430e-bab9-e1101663c7bb</w:t>
        </w:r>
      </w:hyperlink>
      <w:r>
        <w:t xml:space="preserve"> - This source raises concerns about data transmission and storage, particularly in regulated environments, which supports the discussion on privacy concerns with data usage.</w:t>
      </w:r>
      <w:r/>
    </w:p>
    <w:p>
      <w:pPr>
        <w:pStyle w:val="ListNumber"/>
        <w:spacing w:line="240" w:lineRule="auto"/>
        <w:ind w:left="720"/>
      </w:pPr>
      <w:r/>
      <w:hyperlink r:id="rId13">
        <w:r>
          <w:rPr>
            <w:color w:val="0000EE"/>
            <w:u w:val="single"/>
          </w:rPr>
          <w:t>https://www.bbc.com/future/article/20190812-how-ai-powered-predictive-text-affects-your-brain</w:t>
        </w:r>
      </w:hyperlink>
      <w:r>
        <w:t xml:space="preserve"> - This article mentions the study on secondary school children and university students, showing how predictive text can affect spelling and grammatical skills, which supports the point about skill deterioration through over-reliance.</w:t>
      </w:r>
      <w:r/>
    </w:p>
    <w:p>
      <w:pPr>
        <w:pStyle w:val="ListNumber"/>
        <w:spacing w:line="240" w:lineRule="auto"/>
        <w:ind w:left="720"/>
      </w:pPr>
      <w:r/>
      <w:hyperlink r:id="rId12">
        <w:r>
          <w:rPr>
            <w:color w:val="0000EE"/>
            <w:u w:val="single"/>
          </w:rPr>
          <w:t>https://www.ultimateproof.co.uk/the-dangers-of-using-predictive-text-in-business4c28a5ac</w:t>
        </w:r>
      </w:hyperlink>
      <w:r>
        <w:t xml:space="preserve"> - This source provides examples of predictive text errors in professional documents, highlighting the confusion and misunderstandings that can arise, which supports the discussion on lack of emotional nuance and communication breakdowns.</w:t>
      </w:r>
      <w:r/>
    </w:p>
    <w:p>
      <w:pPr>
        <w:pStyle w:val="ListNumber"/>
        <w:spacing w:line="240" w:lineRule="auto"/>
        <w:ind w:left="720"/>
      </w:pPr>
      <w:r/>
      <w:hyperlink r:id="rId13">
        <w:r>
          <w:rPr>
            <w:color w:val="0000EE"/>
            <w:u w:val="single"/>
          </w:rPr>
          <w:t>https://www.bbc.com/future/article/20190812-how-ai-powered-predictive-text-affects-your-brain</w:t>
        </w:r>
      </w:hyperlink>
      <w:r>
        <w:t xml:space="preserve"> - This article discusses the potential for predictive text to introduce biases and affect what people write, which aligns with the concerns about bias in AI algorithms.</w:t>
      </w:r>
      <w:r/>
    </w:p>
    <w:p>
      <w:pPr>
        <w:pStyle w:val="ListNumber"/>
        <w:spacing w:line="240" w:lineRule="auto"/>
        <w:ind w:left="720"/>
      </w:pPr>
      <w:r/>
      <w:hyperlink r:id="rId14">
        <w:r>
          <w:rPr>
            <w:color w:val="0000EE"/>
            <w:u w:val="single"/>
          </w:rPr>
          <w:t>https://www.analyticsinsight.net/artificial-intelligence/predictive-text-ai-pros-and-cons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Predictive_text" TargetMode="External"/><Relationship Id="rId11" Type="http://schemas.openxmlformats.org/officeDocument/2006/relationships/hyperlink" Target="https://answers.microsoft.com/en-us/msoffice/forum/all/preventing-predictive-text-data-from-being-sent-to/dad61600-3021-430e-bab9-e1101663c7bb" TargetMode="External"/><Relationship Id="rId12" Type="http://schemas.openxmlformats.org/officeDocument/2006/relationships/hyperlink" Target="https://www.ultimateproof.co.uk/the-dangers-of-using-predictive-text-in-business4c28a5ac" TargetMode="External"/><Relationship Id="rId13" Type="http://schemas.openxmlformats.org/officeDocument/2006/relationships/hyperlink" Target="https://www.bbc.com/future/article/20190812-how-ai-powered-predictive-text-affects-your-brain" TargetMode="External"/><Relationship Id="rId14" Type="http://schemas.openxmlformats.org/officeDocument/2006/relationships/hyperlink" Target="https://www.analyticsinsight.net/artificial-intelligence/predictive-text-ai-pros-and-c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