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artificial intelligence in modern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unequivocally solidified its place in modern society, with applications that extend from everyday convenience to facilitating groundbreaking scientific and creative developments. These advancements underscore AI’s role as an indispensable tool for progress, offering capabilities previously beyond human reach. As we venture further along this path, significant questions arise about AI’s future role, not just as an assistant but as a potential dominator in fields ranging from scientific research to creative arts.</w:t>
      </w:r>
      <w:r/>
    </w:p>
    <w:p>
      <w:r/>
      <w:r>
        <w:t>AI's Current Applications and Impact</w:t>
      </w:r>
      <w:r/>
    </w:p>
    <w:p>
      <w:r/>
      <w:r>
        <w:t>At present, AI is widely deployed across various industries, driving efficiencies in processes and contributing to resolving some of humanity's critical challenges. One such application is in energy management, where AI is used to forecast supply and demand, enhancing the integration and efficiency of renewable energy sources. AI-driven cyber-physical systems (CPS) are instrumental in optimizing industrial operations, which reduces energy consumption and emissions, demonstrating AI’s impact on environmental sustainability.</w:t>
      </w:r>
      <w:r/>
    </w:p>
    <w:p>
      <w:r/>
      <w:r>
        <w:t>Leading companies are harnessing AI to target complex global issues. Google DeepMind’s AI technologies have significantly cut energy consumption in data centres by optimising their cooling systems, achieving over a 30% reduction. Similarly, Microsoft’s AI for Earth programme addresses environmental concerns such as species protection and ecosystem monitoring. In healthcare, initiatives like AI4Health employ AI to improve patient diagnostics and treatment plans, leading to better healthcare outcomes.</w:t>
      </w:r>
      <w:r/>
    </w:p>
    <w:p>
      <w:r/>
      <w:r>
        <w:t>Advancements in AI Technology</w:t>
      </w:r>
      <w:r/>
    </w:p>
    <w:p>
      <w:r/>
      <w:r>
        <w:t>A pivotal development in AI is the emergence of large language models (LLMs) like ChatGPT, Claude, and Google’s Gemini. These advanced systems are revolutionising how information is engaged with and generated. They are instrumental for students, researchers, and professionals who use these models to explore topics, scan academic literature swiftly, and analyse trends — all contributing to the democratisation of information access. This AI-facilitated accessibility empowers more people to engage with complex data and make informed decisions.</w:t>
      </w:r>
      <w:r/>
    </w:p>
    <w:p>
      <w:r/>
      <w:r>
        <w:t>Computational power, a cornerstone of AI's evolution, continues to grow exponentially. The accuracy of AI systems, as measured by the MMLU Benchmark, illustrates just how far AI has come. For example, OpenAI's 2023 release, GPT-4, achieved a groundbreaking 86% accuracy, highlighting the unmatched processing capabilities that surpass average human performance.</w:t>
      </w:r>
      <w:r/>
    </w:p>
    <w:p>
      <w:r/>
      <w:r>
        <w:t>AI and the Nobel Prizes</w:t>
      </w:r>
      <w:r/>
    </w:p>
    <w:p>
      <w:r/>
      <w:r>
        <w:t>AI's profound impact on the natural sciences has been acknowledged with two of the 2024 Nobel Prizes. One accolade was awarded for pioneering work in neural networks, the backbone of modern AI architectures. Another was for utilising AI to decipher the 3D structures of proteins, a milestone in biology achieved through AI's unparalleled data handling and pattern recognition capacities. These awards raise intriguing possibilities for AI’s contribution to future Nobel Prize achievements across diverse fields, from literature to peace-building.</w:t>
      </w:r>
      <w:r/>
    </w:p>
    <w:p>
      <w:r/>
      <w:r>
        <w:t>Creative and Future Explorations in AI</w:t>
      </w:r>
      <w:r/>
    </w:p>
    <w:p>
      <w:r/>
      <w:r>
        <w:t>The creative domain is not immune to AI’s influence, with the technology encroaching into areas historically dominated by human creativity. AI-generated music and literature, capable of deceiving experts, prompt speculation about whether AI will eventually surpass human creative capabilities. Furthermore, there is potential for AI to offer new insights into age-old human challenges such as achieving global peace. Could AI, with its advanced problem-solving capabilities, propose viable solutions to entrenched geopolitical conflicts?</w:t>
      </w:r>
      <w:r/>
    </w:p>
    <w:p>
      <w:r/>
      <w:r>
        <w:t>Looking forward, the potential advancements in AI are both exciting and daunting. The technology stands to redefine not only scientific and creative endeavours but also challenge our understanding of creativity and innovation itself. AI's evolving role might shift from being a complementary force to an active participant in shaping the future.</w:t>
      </w:r>
      <w:r/>
    </w:p>
    <w:p>
      <w:r/>
      <w:r>
        <w:t>In summary, AI's rapid growth and integration into various aspects of human endeavour signal a transformation that parallels the industrial revolution's impact. As AI continues to influence everything from daily tasks to groundbreaking scientific discoveries, the potential for future advancements appears boundless, posing both opportunities and challenges for human society to navigate.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https://www.techuk.org/resource/ai-and-society-a-case-study-on-positive-social-change.html</w:t>
        </w:r>
      </w:hyperlink>
      <w:r>
        <w:t xml:space="preserve"> - This article discusses AI's impact on various sectors, including healthcare, business, and education, highlighting its role in streamlining processes, improving diagnostics, and enhancing decision-making.</w:t>
      </w:r>
      <w:r/>
    </w:p>
    <w:p>
      <w:pPr>
        <w:pStyle w:val="ListNumber"/>
        <w:spacing w:line="240" w:lineRule="auto"/>
        <w:ind w:left="720"/>
      </w:pPr>
      <w:r/>
      <w:hyperlink r:id="rId11">
        <w:r>
          <w:rPr>
            <w:color w:val="0000EE"/>
            <w:u w:val="single"/>
          </w:rPr>
          <w:t>https://iabac.org/blog/what-is-the-role-of-artificial-intelligence-in-modern-society</w:t>
        </w:r>
      </w:hyperlink>
      <w:r>
        <w:t xml:space="preserve"> - This source details AI's transformative role in modern society, including its impact on efficiency, innovation, and addressing societal challenges across industries like healthcare, finance, and education.</w:t>
      </w:r>
      <w:r/>
    </w:p>
    <w:p>
      <w:pPr>
        <w:pStyle w:val="ListNumber"/>
        <w:spacing w:line="240" w:lineRule="auto"/>
        <w:ind w:left="720"/>
      </w:pPr>
      <w:r/>
      <w:hyperlink r:id="rId12">
        <w:r>
          <w:rPr>
            <w:color w:val="0000EE"/>
            <w:u w:val="single"/>
          </w:rPr>
          <w:t>https://www.brookings.edu/articles/how-artificial-intelligence-is-transforming-the-world/</w:t>
        </w:r>
      </w:hyperlink>
      <w:r>
        <w:t xml:space="preserve"> - This article explores AI's applications in diverse sectors such as finance, national security, healthcare, and transportation, and discusses its economic and societal impacts.</w:t>
      </w:r>
      <w:r/>
    </w:p>
    <w:p>
      <w:pPr>
        <w:pStyle w:val="ListNumber"/>
        <w:spacing w:line="240" w:lineRule="auto"/>
        <w:ind w:left="720"/>
      </w:pPr>
      <w:r/>
      <w:hyperlink r:id="rId13">
        <w:r>
          <w:rPr>
            <w:color w:val="0000EE"/>
            <w:u w:val="single"/>
          </w:rPr>
          <w:t>https://www.forbes.com/sites/kalinabryant/2023/12/13/how-ai-is-impacting-society-and-shaping-the-future/</w:t>
        </w:r>
      </w:hyperlink>
      <w:r>
        <w:t xml:space="preserve"> - This Forbes article highlights AI's role in reshaping society and industries, emphasizing its potential for automation, ethical considerations, and its impact on various professional fields.</w:t>
      </w:r>
      <w:r/>
    </w:p>
    <w:p>
      <w:pPr>
        <w:pStyle w:val="ListNumber"/>
        <w:spacing w:line="240" w:lineRule="auto"/>
        <w:ind w:left="720"/>
      </w:pPr>
      <w:r/>
      <w:hyperlink r:id="rId14">
        <w:r>
          <w:rPr>
            <w:color w:val="0000EE"/>
            <w:u w:val="single"/>
          </w:rPr>
          <w:t>https://www.3dbear.io/blog/the-impact-of-ai-how-artificial-intelligence-is-transforming-society</w:t>
        </w:r>
      </w:hyperlink>
      <w:r>
        <w:t xml:space="preserve"> - This blog post discusses AI's impact on industries like healthcare, finance, and education, and its potential to revolutionize many aspects of modern life.</w:t>
      </w:r>
      <w:r/>
    </w:p>
    <w:p>
      <w:pPr>
        <w:pStyle w:val="ListNumber"/>
        <w:spacing w:line="240" w:lineRule="auto"/>
        <w:ind w:left="720"/>
      </w:pPr>
      <w:r/>
      <w:hyperlink r:id="rId10">
        <w:r>
          <w:rPr>
            <w:color w:val="0000EE"/>
            <w:u w:val="single"/>
          </w:rPr>
          <w:t>https://www.techuk.org/resource/ai-and-society-a-case-study-on-positive-social-change.html</w:t>
        </w:r>
      </w:hyperlink>
      <w:r>
        <w:t xml:space="preserve"> - This source provides examples of AI's use in energy management and environmental sustainability, such as optimizing industrial operations and reducing energy consumption.</w:t>
      </w:r>
      <w:r/>
    </w:p>
    <w:p>
      <w:pPr>
        <w:pStyle w:val="ListNumber"/>
        <w:spacing w:line="240" w:lineRule="auto"/>
        <w:ind w:left="720"/>
      </w:pPr>
      <w:r/>
      <w:hyperlink r:id="rId12">
        <w:r>
          <w:rPr>
            <w:color w:val="0000EE"/>
            <w:u w:val="single"/>
          </w:rPr>
          <w:t>https://www.brookings.edu/articles/how-artificial-intelligence-is-transforming-the-world/</w:t>
        </w:r>
      </w:hyperlink>
      <w:r>
        <w:t xml:space="preserve"> - This article mentions Google DeepMind's AI technologies reducing energy consumption in data centers and Microsoft's AI for Earth program addressing environmental concerns.</w:t>
      </w:r>
      <w:r/>
    </w:p>
    <w:p>
      <w:pPr>
        <w:pStyle w:val="ListNumber"/>
        <w:spacing w:line="240" w:lineRule="auto"/>
        <w:ind w:left="720"/>
      </w:pPr>
      <w:r/>
      <w:hyperlink r:id="rId11">
        <w:r>
          <w:rPr>
            <w:color w:val="0000EE"/>
            <w:u w:val="single"/>
          </w:rPr>
          <w:t>https://iabac.org/blog/what-is-the-role-of-artificial-intelligence-in-modern-society</w:t>
        </w:r>
      </w:hyperlink>
      <w:r>
        <w:t xml:space="preserve"> - This source discusses the emergence of large language models and their impact on information access and generation, contributing to the democratization of information.</w:t>
      </w:r>
      <w:r/>
    </w:p>
    <w:p>
      <w:pPr>
        <w:pStyle w:val="ListNumber"/>
        <w:spacing w:line="240" w:lineRule="auto"/>
        <w:ind w:left="720"/>
      </w:pPr>
      <w:r/>
      <w:hyperlink r:id="rId13">
        <w:r>
          <w:rPr>
            <w:color w:val="0000EE"/>
            <w:u w:val="single"/>
          </w:rPr>
          <w:t>https://www.forbes.com/sites/kalinabryant/2023/12/13/how-ai-is-impacting-society-and-shaping-the-future/</w:t>
        </w:r>
      </w:hyperlink>
      <w:r>
        <w:t xml:space="preserve"> - This article touches on the growing computational power of AI systems and their increasing accuracy, such as OpenAI's GPT-4 achieving high accuracy levels.</w:t>
      </w:r>
      <w:r/>
    </w:p>
    <w:p>
      <w:pPr>
        <w:pStyle w:val="ListNumber"/>
        <w:spacing w:line="240" w:lineRule="auto"/>
        <w:ind w:left="720"/>
      </w:pPr>
      <w:r/>
      <w:hyperlink r:id="rId12">
        <w:r>
          <w:rPr>
            <w:color w:val="0000EE"/>
            <w:u w:val="single"/>
          </w:rPr>
          <w:t>https://www.brookings.edu/articles/how-artificial-intelligence-is-transforming-the-world/</w:t>
        </w:r>
      </w:hyperlink>
      <w:r>
        <w:t xml:space="preserve"> - This source discusses AI's impact on the natural sciences, including its role in deciphering the 3D structures of proteins and its potential for future scientific breakthroughs.</w:t>
      </w:r>
      <w:r/>
    </w:p>
    <w:p>
      <w:pPr>
        <w:pStyle w:val="ListNumber"/>
        <w:spacing w:line="240" w:lineRule="auto"/>
        <w:ind w:left="720"/>
      </w:pPr>
      <w:r/>
      <w:hyperlink r:id="rId14">
        <w:r>
          <w:rPr>
            <w:color w:val="0000EE"/>
            <w:u w:val="single"/>
          </w:rPr>
          <w:t>https://www.3dbear.io/blog/the-impact-of-ai-how-artificial-intelligence-is-transforming-society</w:t>
        </w:r>
      </w:hyperlink>
      <w:r>
        <w:t xml:space="preserve"> - This blog post explores AI's creative potential, including AI-generated music and literature, and its potential to offer new insights into human challenges like achieving global peace.</w:t>
      </w:r>
      <w:r/>
    </w:p>
    <w:p>
      <w:pPr>
        <w:pStyle w:val="ListNumber"/>
        <w:spacing w:line="240" w:lineRule="auto"/>
        <w:ind w:left="720"/>
      </w:pPr>
      <w:r/>
      <w:hyperlink r:id="rId15">
        <w:r>
          <w:rPr>
            <w:color w:val="0000EE"/>
            <w:u w:val="single"/>
          </w:rPr>
          <w:t>https://uxmag.com/articles/the-ascent-of-ai-is-it-already-shaping-every-breakthrough-and-even-taking-over-creativity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uk.org/resource/ai-and-society-a-case-study-on-positive-social-change.html" TargetMode="External"/><Relationship Id="rId11" Type="http://schemas.openxmlformats.org/officeDocument/2006/relationships/hyperlink" Target="https://iabac.org/blog/what-is-the-role-of-artificial-intelligence-in-modern-society" TargetMode="External"/><Relationship Id="rId12" Type="http://schemas.openxmlformats.org/officeDocument/2006/relationships/hyperlink" Target="https://www.brookings.edu/articles/how-artificial-intelligence-is-transforming-the-world/" TargetMode="External"/><Relationship Id="rId13" Type="http://schemas.openxmlformats.org/officeDocument/2006/relationships/hyperlink" Target="https://www.forbes.com/sites/kalinabryant/2023/12/13/how-ai-is-impacting-society-and-shaping-the-future/" TargetMode="External"/><Relationship Id="rId14" Type="http://schemas.openxmlformats.org/officeDocument/2006/relationships/hyperlink" Target="https://www.3dbear.io/blog/the-impact-of-ai-how-artificial-intelligence-is-transforming-society" TargetMode="External"/><Relationship Id="rId15" Type="http://schemas.openxmlformats.org/officeDocument/2006/relationships/hyperlink" Target="https://uxmag.com/articles/the-ascent-of-ai-is-it-already-shaping-every-breakthrough-and-even-taking-over-crea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