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UNIFI Music launches AI platform Sasha to transform artist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UNIFI Music is pioneering a transformative approach to artist management through the development of an AI-driven platform named Sasha. The platform is strategically designed to assist emerging musicians in overcoming the daunting challenges of securing competent management, which is often a significant hurdle in the early stages of their careers.</w:t>
      </w:r>
      <w:r/>
    </w:p>
    <w:p>
      <w:r/>
      <w:r>
        <w:t>The music industry is renowned for its competitive nature and the multitude of tasks artists must address beyond their core expertise of creating music. These tasks include managing social media engagement, booking performances, navigating streaming platforms, and promoting their work. Recognising these challenges, UNIFI Music, under the leadership of its founder and CEO La'Shion Robinson, is set to introduce an innovative solution that taps into the potential of artificial intelligence (AI) to streamline these processes.</w:t>
      </w:r>
      <w:r/>
    </w:p>
    <w:p>
      <w:r/>
      <w:r>
        <w:t>Sasha, UNIFI Music's AI-powered platform, is envisioned as a comprehensive management toolbox that empowers artists with a variety of features to support their career progression. The platform is not merely a customised AI model but incorporates large language models (LLMs) to offer personalised guidance that is multilingual and adaptable to the artist's specific needs.</w:t>
      </w:r>
      <w:r/>
    </w:p>
    <w:p>
      <w:r/>
      <w:r>
        <w:t>A notable aspect of Sasha is its integration with UNIFI's "LinkedIn for Music" platform, which facilitates connections between artists and industry professionals. This aspect is crucial for fostering valuable relationships and expanding opportunities within the music industry. According to Robinson, this AI initiative represents a brand-new trajectory for AI in music management and aims to redefine the traditional role of artist managers by assuming tasks often delegated to assistant managers. This includes handling venue research, scheduling social media posts, and managing transportation logistics.</w:t>
      </w:r>
      <w:r/>
    </w:p>
    <w:p>
      <w:r/>
      <w:r>
        <w:t>Currently, the platform can assist with social media recommendations and venue identification. However, future updates will enable Sasha to manage more complex duties such as contract negotiation, strategic release planning, and tour management. Robinson suggests that this approach could transform the role of a manager, creating a 'super manager' capable of providing strategic, tactical, and emotional guidance throughout an artist’s career.</w:t>
      </w:r>
      <w:r/>
    </w:p>
    <w:p>
      <w:r/>
      <w:r>
        <w:t>While AI-generated music presents its own set of controversies within the industry, UNIFI Music is exploring AI’s potential in a different realm, focusing on management solutions that democratise access to essential tools and resources for artists. This approach could potentially revolutionise the way emerging musicians navigate the industry, offering a more level playing field and catapulting lesser-known artists into the spotlight with enhanced industry insight and experience.</w:t>
      </w:r>
      <w:r/>
    </w:p>
    <w:p>
      <w:r/>
      <w:r>
        <w:t>UNIFI Music’s efforts to leverage AI in artist management herald a potentially significant shift in the music industry's approach to nurturing talent, promising a future where emerging artists have better support structures in place to guide them towards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https://www.unifimusic.ai</w:t>
        </w:r>
      </w:hyperlink>
      <w:r>
        <w:t xml:space="preserve"> - This link corroborates the introduction of Sasha, UNIFI Music's AI-driven music manager, and its role in assisting artists with various management tasks.</w:t>
      </w:r>
      <w:r/>
    </w:p>
    <w:p>
      <w:pPr>
        <w:pStyle w:val="ListNumber"/>
        <w:spacing w:line="240" w:lineRule="auto"/>
        <w:ind w:left="720"/>
      </w:pPr>
      <w:r/>
      <w:hyperlink r:id="rId11">
        <w:r>
          <w:rPr>
            <w:color w:val="0000EE"/>
            <w:u w:val="single"/>
          </w:rPr>
          <w:t>https://apps.apple.com/us/app/unifi-music/id1496783409</w:t>
        </w:r>
      </w:hyperlink>
      <w:r>
        <w:t xml:space="preserve"> - This link provides details on the features of Sasha, including drafting booking contracts and managing social media posts, as part of the UNIFI Music app.</w:t>
      </w:r>
      <w:r/>
    </w:p>
    <w:p>
      <w:pPr>
        <w:pStyle w:val="ListNumber"/>
        <w:spacing w:line="240" w:lineRule="auto"/>
        <w:ind w:left="720"/>
      </w:pPr>
      <w:r/>
      <w:hyperlink r:id="rId12">
        <w:r>
          <w:rPr>
            <w:color w:val="0000EE"/>
            <w:u w:val="single"/>
          </w:rPr>
          <w:t>https://www.linkedin.com/company/unifi-music</w:t>
        </w:r>
      </w:hyperlink>
      <w:r>
        <w:t xml:space="preserve"> - This link explains how Sasha helps with assistant-type tasks such as social media, research, and ideation, and integrates with UNIFI Music's platform.</w:t>
      </w:r>
      <w:r/>
    </w:p>
    <w:p>
      <w:pPr>
        <w:pStyle w:val="ListNumber"/>
        <w:spacing w:line="240" w:lineRule="auto"/>
        <w:ind w:left="720"/>
      </w:pPr>
      <w:r/>
      <w:hyperlink r:id="rId13">
        <w:r>
          <w:rPr>
            <w:color w:val="0000EE"/>
            <w:u w:val="single"/>
          </w:rPr>
          <w:t>https://apps.apple.com/fi/app/unifi-music/id1496783409</w:t>
        </w:r>
      </w:hyperlink>
      <w:r>
        <w:t xml:space="preserve"> - This link confirms the addition of Sasha as a major feature in the 2024 update of the UNIFI Music app and its capabilities in managing various artist tasks.</w:t>
      </w:r>
      <w:r/>
    </w:p>
    <w:p>
      <w:pPr>
        <w:pStyle w:val="ListNumber"/>
        <w:spacing w:line="240" w:lineRule="auto"/>
        <w:ind w:left="720"/>
      </w:pPr>
      <w:r/>
      <w:hyperlink r:id="rId10">
        <w:r>
          <w:rPr>
            <w:color w:val="0000EE"/>
            <w:u w:val="single"/>
          </w:rPr>
          <w:t>https://www.unifimusic.ai</w:t>
        </w:r>
      </w:hyperlink>
      <w:r>
        <w:t xml:space="preserve"> - This link highlights UNIFI Music's focus on providing a platform for independent artists and the role of Sasha in supporting their career progression.</w:t>
      </w:r>
      <w:r/>
    </w:p>
    <w:p>
      <w:pPr>
        <w:pStyle w:val="ListNumber"/>
        <w:spacing w:line="240" w:lineRule="auto"/>
        <w:ind w:left="720"/>
      </w:pPr>
      <w:r/>
      <w:hyperlink r:id="rId11">
        <w:r>
          <w:rPr>
            <w:color w:val="0000EE"/>
            <w:u w:val="single"/>
          </w:rPr>
          <w:t>https://apps.apple.com/us/app/unifi-music/id1496783409</w:t>
        </w:r>
      </w:hyperlink>
      <w:r>
        <w:t xml:space="preserve"> - This link details the integration of Sasha with UNIFI's platform, facilitating connections between artists and industry professionals.</w:t>
      </w:r>
      <w:r/>
    </w:p>
    <w:p>
      <w:pPr>
        <w:pStyle w:val="ListNumber"/>
        <w:spacing w:line="240" w:lineRule="auto"/>
        <w:ind w:left="720"/>
      </w:pPr>
      <w:r/>
      <w:hyperlink r:id="rId10">
        <w:r>
          <w:rPr>
            <w:color w:val="0000EE"/>
            <w:u w:val="single"/>
          </w:rPr>
          <w:t>https://www.unifimusic.ai</w:t>
        </w:r>
      </w:hyperlink>
      <w:r>
        <w:t xml:space="preserve"> - This link explains how Sasha can handle tasks such as venue research, scheduling social media posts, and managing transportation logistics.</w:t>
      </w:r>
      <w:r/>
    </w:p>
    <w:p>
      <w:pPr>
        <w:pStyle w:val="ListNumber"/>
        <w:spacing w:line="240" w:lineRule="auto"/>
        <w:ind w:left="720"/>
      </w:pPr>
      <w:r/>
      <w:hyperlink r:id="rId11">
        <w:r>
          <w:rPr>
            <w:color w:val="0000EE"/>
            <w:u w:val="single"/>
          </w:rPr>
          <w:t>https://apps.apple.com/us/app/unifi-music/id1496783409</w:t>
        </w:r>
      </w:hyperlink>
      <w:r>
        <w:t xml:space="preserve"> - This link mentions future updates that will enable Sasha to manage more complex duties like contract negotiation and tour management.</w:t>
      </w:r>
      <w:r/>
    </w:p>
    <w:p>
      <w:pPr>
        <w:pStyle w:val="ListNumber"/>
        <w:spacing w:line="240" w:lineRule="auto"/>
        <w:ind w:left="720"/>
      </w:pPr>
      <w:r/>
      <w:hyperlink r:id="rId12">
        <w:r>
          <w:rPr>
            <w:color w:val="0000EE"/>
            <w:u w:val="single"/>
          </w:rPr>
          <w:t>https://www.linkedin.com/company/unifi-music</w:t>
        </w:r>
      </w:hyperlink>
      <w:r>
        <w:t xml:space="preserve"> - This link supports the idea that UNIFI Music is leveraging AI to democratize access to essential tools and resources for artists.</w:t>
      </w:r>
      <w:r/>
    </w:p>
    <w:p>
      <w:pPr>
        <w:pStyle w:val="ListNumber"/>
        <w:spacing w:line="240" w:lineRule="auto"/>
        <w:ind w:left="720"/>
      </w:pPr>
      <w:r/>
      <w:hyperlink r:id="rId10">
        <w:r>
          <w:rPr>
            <w:color w:val="0000EE"/>
            <w:u w:val="single"/>
          </w:rPr>
          <w:t>https://www.unifimusic.ai</w:t>
        </w:r>
      </w:hyperlink>
      <w:r>
        <w:t xml:space="preserve"> - This link discusses how UNIFI Music's AI initiative aims to redefine the traditional role of artist managers and provide a more level playing field for emerging musicians.</w:t>
      </w:r>
      <w:r/>
    </w:p>
    <w:p>
      <w:pPr>
        <w:pStyle w:val="ListNumber"/>
        <w:spacing w:line="240" w:lineRule="auto"/>
        <w:ind w:left="720"/>
      </w:pPr>
      <w:r/>
      <w:hyperlink r:id="rId14">
        <w:r>
          <w:rPr>
            <w:color w:val="0000EE"/>
            <w:u w:val="single"/>
          </w:rPr>
          <w:t>https://www.digitalmusicnews.com/2024/10/29/unifi-music-ai-artist-management/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fimusic.ai" TargetMode="External"/><Relationship Id="rId11" Type="http://schemas.openxmlformats.org/officeDocument/2006/relationships/hyperlink" Target="https://apps.apple.com/us/app/unifi-music/id1496783409" TargetMode="External"/><Relationship Id="rId12" Type="http://schemas.openxmlformats.org/officeDocument/2006/relationships/hyperlink" Target="https://www.linkedin.com/company/unifi-music" TargetMode="External"/><Relationship Id="rId13" Type="http://schemas.openxmlformats.org/officeDocument/2006/relationships/hyperlink" Target="https://apps.apple.com/fi/app/unifi-music/id1496783409" TargetMode="External"/><Relationship Id="rId14" Type="http://schemas.openxmlformats.org/officeDocument/2006/relationships/hyperlink" Target="https://www.digitalmusicnews.com/2024/10/29/unifi-music-ai-artis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