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and fundus imaging pave new paths in early Alzheimer's detection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and Fundus Imaging Pave New Paths in Early Alzheimer's Detection</w:t>
      </w:r>
      <w:r/>
    </w:p>
    <w:p>
      <w:r/>
      <w:r>
        <w:t>Recent advancements in medical technology have brought new hope in the fight against Alzheimer’s disease, particularly with the application of artificial intelligence (AI) and fundus imaging. In an illuminating discussion with Healio, Dr. Alokkumar Jha, an accomplished researcher holding a PhD, MSc, and BE, delved into the promising results of this innovative approach in neurology research and potential therapeutic interventions.</w:t>
      </w:r>
      <w:r/>
    </w:p>
    <w:p>
      <w:r/>
      <w:r>
        <w:t>The technique involves the use of fundus imaging, a procedure that captures detailed images of the inner back wall of the eye. This method is integrated with AI algorithms to help predict the development of Alzheimer's disease. According to Dr. Jha, the combined use of AI with fundus images has reached a prediction accuracy rate of approximately 85%. He emphasised that this significant milestone was achieved partly due to the novel application of fundus images in this context.</w:t>
      </w:r>
      <w:r/>
    </w:p>
    <w:p>
      <w:r/>
      <w:r>
        <w:t>Fundus imaging traditionally focuses on detecting eye conditions, yet its application in predicting neurological disorders such as Alzheimer's could signify a breakthrough in early detection techniques. The back inner wall of the eye, or the retina, can provide crucial insights into brain health, as changes in the retina have been found to correlate with neurodegenerative changes in the brain. By analysing these images with advanced AI, researchers can potentially identify markers indicative of Alzheimer's disease progression much earlier than traditional methods might allow.</w:t>
      </w:r>
      <w:r/>
    </w:p>
    <w:p>
      <w:r/>
      <w:r>
        <w:t>This innovation in medical diagnostics not only highlights the evolving role of AI in healthcare but also suggests a future where neurology can be tackled with precision tools grounded in interdisciplinary collaboration involving ophthalmology and computer sciences. The development underlines the growing trend of utilising AI technology to tackle complex medical issues by leveraging existing diagnostic tools in new, transformative ways.</w:t>
      </w:r>
      <w:r/>
    </w:p>
    <w:p>
      <w:r/>
      <w:r>
        <w:t>As research continues, the integration of AI and fundus imaging may revolutionise how Alzheimer's is detected, providing a powerful tool for researchers and clinicians in understanding and managing the disease more effectively. Such advancements could potentially lead to earlier interventions, better patient outcomes, and novel therapies tailored specifically to slow or halt the progression of Alzheimer's disease.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https://pmc.ncbi.nlm.nih.gov/articles/PMC10444735/</w:t>
        </w:r>
      </w:hyperlink>
      <w:r>
        <w:t xml:space="preserve"> - This article discusses the use of ocular biomarkers and AI for detecting Alzheimer's disease, highlighting the potential of eye biomarkers such as tears, corneal nerves, retina, and visual function in early detection.</w:t>
      </w:r>
      <w:r/>
    </w:p>
    <w:p>
      <w:pPr>
        <w:pStyle w:val="ListNumber"/>
        <w:spacing w:line="240" w:lineRule="auto"/>
        <w:ind w:left="720"/>
      </w:pPr>
      <w:r/>
      <w:hyperlink r:id="rId11">
        <w:r>
          <w:rPr>
            <w:color w:val="0000EE"/>
            <w:u w:val="single"/>
          </w:rPr>
          <w:t>https://www.nature.com/articles/s41746-024-01292-5</w:t>
        </w:r>
      </w:hyperlink>
      <w:r>
        <w:t xml:space="preserve"> - This study introduces the Eye-AD model, a deep learning framework that uses OCTA images of retinal microvasculature to detect Early-onset Alzheimer's Disease (EOAD) and Mild Cognitive Impairment (MCI) with high accuracy.</w:t>
      </w:r>
      <w:r/>
    </w:p>
    <w:p>
      <w:pPr>
        <w:pStyle w:val="ListNumber"/>
        <w:spacing w:line="240" w:lineRule="auto"/>
        <w:ind w:left="720"/>
      </w:pPr>
      <w:r/>
      <w:hyperlink r:id="rId12">
        <w:r>
          <w:rPr>
            <w:color w:val="0000EE"/>
            <w:u w:val="single"/>
          </w:rPr>
          <w:t>https://europe.ophthalmologytimes.com/view/retinal-imaging-to-detect-alzheimer-disease-machine-learning-model</w:t>
        </w:r>
      </w:hyperlink>
      <w:r>
        <w:t xml:space="preserve"> - This article describes a machine learning model developed by Duke University that uses multimodal retinal imaging data to detect symptomatic Alzheimer's disease, emphasizing the potential of retinal imaging as a non-invasive diagnostic tool.</w:t>
      </w:r>
      <w:r/>
    </w:p>
    <w:p>
      <w:pPr>
        <w:pStyle w:val="ListNumber"/>
        <w:spacing w:line="240" w:lineRule="auto"/>
        <w:ind w:left="720"/>
      </w:pPr>
      <w:r/>
      <w:hyperlink r:id="rId13">
        <w:r>
          <w:rPr>
            <w:color w:val="0000EE"/>
            <w:u w:val="single"/>
          </w:rPr>
          <w:t>https://www.news-medical.net/news/20241022/AI-model-analyzes-retinal-images-to-detect-early-Alzheimere28099s-disease-and-cognitive-decline.aspx</w:t>
        </w:r>
      </w:hyperlink>
      <w:r>
        <w:t xml:space="preserve"> - This article details the Eye-AD model's ability to analyze high-resolution retinal images to detect Alzheimer's disease and mild cognitive impairment early, highlighting its accuracy, cost-effectiveness, and non-invasive nature.</w:t>
      </w:r>
      <w:r/>
    </w:p>
    <w:p>
      <w:pPr>
        <w:pStyle w:val="ListNumber"/>
        <w:spacing w:line="240" w:lineRule="auto"/>
        <w:ind w:left="720"/>
      </w:pPr>
      <w:r/>
      <w:hyperlink r:id="rId10">
        <w:r>
          <w:rPr>
            <w:color w:val="0000EE"/>
            <w:u w:val="single"/>
          </w:rPr>
          <w:t>https://pmc.ncbi.nlm.nih.gov/articles/PMC10444735/</w:t>
        </w:r>
      </w:hyperlink>
      <w:r>
        <w:t xml:space="preserve"> - The article explains how changes in the retina can correlate with neurodegenerative changes in the brain, supporting the use of retinal imaging for predicting neurological disorders like Alzheimer's.</w:t>
      </w:r>
      <w:r/>
    </w:p>
    <w:p>
      <w:pPr>
        <w:pStyle w:val="ListNumber"/>
        <w:spacing w:line="240" w:lineRule="auto"/>
        <w:ind w:left="720"/>
      </w:pPr>
      <w:r/>
      <w:hyperlink r:id="rId11">
        <w:r>
          <w:rPr>
            <w:color w:val="0000EE"/>
            <w:u w:val="single"/>
          </w:rPr>
          <w:t>https://www.nature.com/articles/s41746-024-01292-5</w:t>
        </w:r>
      </w:hyperlink>
      <w:r>
        <w:t xml:space="preserve"> - This study shows that the integration of AI with fundus images, specifically OCTA images, can achieve high prediction accuracy rates for Alzheimer's disease and mild cognitive impairment.</w:t>
      </w:r>
      <w:r/>
    </w:p>
    <w:p>
      <w:pPr>
        <w:pStyle w:val="ListNumber"/>
        <w:spacing w:line="240" w:lineRule="auto"/>
        <w:ind w:left="720"/>
      </w:pPr>
      <w:r/>
      <w:hyperlink r:id="rId12">
        <w:r>
          <w:rPr>
            <w:color w:val="0000EE"/>
            <w:u w:val="single"/>
          </w:rPr>
          <w:t>https://europe.ophthalmologytimes.com/view/retinal-imaging-to-detect-alzheimer-disease-machine-learning-model</w:t>
        </w:r>
      </w:hyperlink>
      <w:r>
        <w:t xml:space="preserve"> - The article highlights the interdisciplinary collaboration between ophthalmology and computer sciences in developing AI models for early Alzheimer's detection using retinal imaging.</w:t>
      </w:r>
      <w:r/>
    </w:p>
    <w:p>
      <w:pPr>
        <w:pStyle w:val="ListNumber"/>
        <w:spacing w:line="240" w:lineRule="auto"/>
        <w:ind w:left="720"/>
      </w:pPr>
      <w:r/>
      <w:hyperlink r:id="rId13">
        <w:r>
          <w:rPr>
            <w:color w:val="0000EE"/>
            <w:u w:val="single"/>
          </w:rPr>
          <w:t>https://www.news-medical.net/news/20241022/AI-model-analyzes-retinal-images-to-detect-early-Alzheimere28099s-disease-and-cognitive-decline.aspx</w:t>
        </w:r>
      </w:hyperlink>
      <w:r>
        <w:t xml:space="preserve"> - This article discusses how the Eye-AD model's use of AI and fundus imaging could revolutionize Alzheimer's detection, enabling earlier interventions and better patient outcomes.</w:t>
      </w:r>
      <w:r/>
    </w:p>
    <w:p>
      <w:pPr>
        <w:pStyle w:val="ListNumber"/>
        <w:spacing w:line="240" w:lineRule="auto"/>
        <w:ind w:left="720"/>
      </w:pPr>
      <w:r/>
      <w:hyperlink r:id="rId10">
        <w:r>
          <w:rPr>
            <w:color w:val="0000EE"/>
            <w:u w:val="single"/>
          </w:rPr>
          <w:t>https://pmc.ncbi.nlm.nih.gov/articles/PMC10444735/</w:t>
        </w:r>
      </w:hyperlink>
      <w:r>
        <w:t xml:space="preserve"> - The study emphasizes the evolving role of AI in healthcare, particularly in leveraging existing diagnostic tools like fundus imaging in new and transformative ways for neurology.</w:t>
      </w:r>
      <w:r/>
    </w:p>
    <w:p>
      <w:pPr>
        <w:pStyle w:val="ListNumber"/>
        <w:spacing w:line="240" w:lineRule="auto"/>
        <w:ind w:left="720"/>
      </w:pPr>
      <w:r/>
      <w:hyperlink r:id="rId11">
        <w:r>
          <w:rPr>
            <w:color w:val="0000EE"/>
            <w:u w:val="single"/>
          </w:rPr>
          <w:t>https://www.nature.com/articles/s41746-024-01292-5</w:t>
        </w:r>
      </w:hyperlink>
      <w:r>
        <w:t xml:space="preserve"> - This research underscores the importance of the deeper retinal layers in detecting early dementia stages, aligning with the idea that changes in the retina can provide crucial insights into brain health.</w:t>
      </w:r>
      <w:r/>
    </w:p>
    <w:p>
      <w:pPr>
        <w:pStyle w:val="ListNumber"/>
        <w:spacing w:line="240" w:lineRule="auto"/>
        <w:ind w:left="720"/>
      </w:pPr>
      <w:r/>
      <w:hyperlink r:id="rId12">
        <w:r>
          <w:rPr>
            <w:color w:val="0000EE"/>
            <w:u w:val="single"/>
          </w:rPr>
          <w:t>https://europe.ophthalmologytimes.com/view/retinal-imaging-to-detect-alzheimer-disease-machine-learning-model</w:t>
        </w:r>
      </w:hyperlink>
      <w:r>
        <w:t xml:space="preserve"> - The article mentions the potential for these advancements to lead to novel therapies tailored to slow or halt the progression of Alzheimer's disease through earlier and more accurate detection.</w:t>
      </w:r>
      <w:r/>
    </w:p>
    <w:p>
      <w:pPr>
        <w:pStyle w:val="ListNumber"/>
        <w:spacing w:line="240" w:lineRule="auto"/>
        <w:ind w:left="720"/>
      </w:pPr>
      <w:r/>
      <w:hyperlink r:id="rId14">
        <w:r>
          <w:rPr>
            <w:color w:val="0000EE"/>
            <w:u w:val="single"/>
          </w:rPr>
          <w:t>https://www.healio.com/news/neurology/20241029/video-ai-fundus-imaging-used-in-early-alzheimers-detection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pmc.ncbi.nlm.nih.gov/articles/PMC10444735/" TargetMode="External"/><Relationship Id="rId11" Type="http://schemas.openxmlformats.org/officeDocument/2006/relationships/hyperlink" Target="https://www.nature.com/articles/s41746-024-01292-5" TargetMode="External"/><Relationship Id="rId12" Type="http://schemas.openxmlformats.org/officeDocument/2006/relationships/hyperlink" Target="https://europe.ophthalmologytimes.com/view/retinal-imaging-to-detect-alzheimer-disease-machine-learning-model" TargetMode="External"/><Relationship Id="rId13" Type="http://schemas.openxmlformats.org/officeDocument/2006/relationships/hyperlink" Target="https://www.news-medical.net/news/20241022/AI-model-analyzes-retinal-images-to-detect-early-Alzheimere28099s-disease-and-cognitive-decline.aspx" TargetMode="External"/><Relationship Id="rId14" Type="http://schemas.openxmlformats.org/officeDocument/2006/relationships/hyperlink" Target="https://www.healio.com/news/neurology/20241029/video-ai-fundus-imaging-used-in-early-alzheimers-detec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