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Ease launches free online photo enhancement tool</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AI Ease has introduced a free online photo enhancement tool that is making waves in the digital photography space. Designed to elevate the quality of images without the need for expensive software or professional equipment, this tool is particularly useful for individuals or professionals looking to enhance photos for personal projects, social media, or professional portfolios.</w:t>
      </w:r>
      <w:r/>
    </w:p>
    <w:p>
      <w:r/>
      <w:r>
        <w:t>The AI Ease photo enhancer provides users with the ability to significantly improve the quality of their images. The tool enhances sharpness, clarity, and colour, producing photos that are sharper, cleaner, and crisper. This results in images that are more engaging and capable of conveying greater emotion, making them ideal for digital platforms or print.</w:t>
      </w:r>
      <w:r/>
    </w:p>
    <w:p>
      <w:r/>
      <w:r>
        <w:t>AI Ease distinguishes itself with several key features, serving as a standout application in the realm of digital photo editing. Notably, the tool is completely free — a major advantage over many other photo enhancers that require subscriptions or present a paywall. Users can access its features immediately without the need to sign up, offering convenience alongside cost savings.</w:t>
      </w:r>
      <w:r/>
    </w:p>
    <w:p>
      <w:r/>
      <w:r>
        <w:t>One of the primary advantages of the AI Ease tool is its automatic and rapid enhancement feature. The tool employs advanced artificial intelligence to assess and enhance photos almost instantaneously. Once an image is uploaded, the AI performs adjustments to sharpness, colour, and clarity, breathing new life into the photo without necessitating extensive manual editing.</w:t>
      </w:r>
      <w:r/>
    </w:p>
    <w:p>
      <w:r/>
      <w:r>
        <w:t>In addition to its automatic enhancement feature, AI Ease offers three unique AI models tailored to varied enhancement needs. The General Model is suitable for everyday image improvements, enhancing sharpness and brightness in a comprehensive manner. The Art Image Model is geared towards more creative photographs— those requiring additional artistic touches for portraits or landscapes. Meanwhile, the Restore &amp; Colorize Model is perfect for reviving older images, restoring faded colours to original vibrancy and clarity.</w:t>
      </w:r>
      <w:r/>
    </w:p>
    <w:p>
      <w:r/>
      <w:r>
        <w:t>Another convenient feature of AI Ease’s tool is its batch processing capability. Users can upload up to 20 images at once, allowing for efficient enhancement of multiple photos, saving time and effort — especially useful for photo albums or project series.</w:t>
      </w:r>
      <w:r/>
    </w:p>
    <w:p>
      <w:r/>
      <w:r>
        <w:t>Further adding to its versatility, AI Ease allows images to be upscaled by 2x or 4x, enabling users to enlarge their photos without sacrificing detail. This feature is particularly advantageous for those wishing to print images in larger formats or view them on bigger screens.</w:t>
      </w:r>
      <w:r/>
    </w:p>
    <w:p>
      <w:r/>
      <w:r>
        <w:t>To utilise the AI Ease photo enhancer, users begin by uploading their images directly from their device. The tool then automatically enhances these images, though users also have the option to select specific AI models or upscale settings to tailor the results to their preferences. Once satisfied with the enhancements, users can easily download and share their improved photos.</w:t>
      </w:r>
      <w:r/>
    </w:p>
    <w:p>
      <w:r/>
      <w:r>
        <w:t>The AI Ease free photo enhancer stands as an accessible, comprehensive solution for anyone looking to improve their image quality effortlessly. It combines ease of use with extensive functionality at no cost, making it an attractive option for both casual users and professionals. Whether the goal is to share crisp new vacation photos on social media or restore cherished memories, this tool provides an effective means to enhance photo quality with minimal effort.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https://www.aiease.ai</w:t>
        </w:r>
      </w:hyperlink>
      <w:r>
        <w:t xml:space="preserve"> - This link corroborates the introduction of AI Ease's free online photo enhancement tool and its ability to elevate image quality without expensive software or professional equipment.</w:t>
      </w:r>
      <w:r/>
    </w:p>
    <w:p>
      <w:pPr>
        <w:pStyle w:val="ListNumber"/>
        <w:spacing w:line="240" w:lineRule="auto"/>
        <w:ind w:left="720"/>
      </w:pPr>
      <w:r/>
      <w:hyperlink r:id="rId10">
        <w:r>
          <w:rPr>
            <w:color w:val="0000EE"/>
            <w:u w:val="single"/>
          </w:rPr>
          <w:t>https://www.aiease.ai</w:t>
        </w:r>
      </w:hyperlink>
      <w:r>
        <w:t xml:space="preserve"> - This link supports the claim that the AI Ease photo enhancer improves sharpness, clarity, and color, producing sharper, cleaner, and crisper photos.</w:t>
      </w:r>
      <w:r/>
    </w:p>
    <w:p>
      <w:pPr>
        <w:pStyle w:val="ListNumber"/>
        <w:spacing w:line="240" w:lineRule="auto"/>
        <w:ind w:left="720"/>
      </w:pPr>
      <w:r/>
      <w:hyperlink r:id="rId10">
        <w:r>
          <w:rPr>
            <w:color w:val="0000EE"/>
            <w:u w:val="single"/>
          </w:rPr>
          <w:t>https://www.aiease.ai</w:t>
        </w:r>
      </w:hyperlink>
      <w:r>
        <w:t xml:space="preserve"> - This link confirms that AI Ease is completely free and does not require subscriptions or a paywall, offering convenience and cost savings.</w:t>
      </w:r>
      <w:r/>
    </w:p>
    <w:p>
      <w:pPr>
        <w:pStyle w:val="ListNumber"/>
        <w:spacing w:line="240" w:lineRule="auto"/>
        <w:ind w:left="720"/>
      </w:pPr>
      <w:r/>
      <w:hyperlink r:id="rId10">
        <w:r>
          <w:rPr>
            <w:color w:val="0000EE"/>
            <w:u w:val="single"/>
          </w:rPr>
          <w:t>https://www.aiease.ai</w:t>
        </w:r>
      </w:hyperlink>
      <w:r>
        <w:t xml:space="preserve"> - This link explains the automatic and rapid enhancement feature of AI Ease, which employs advanced AI to assess and enhance photos almost instantaneously.</w:t>
      </w:r>
      <w:r/>
    </w:p>
    <w:p>
      <w:pPr>
        <w:pStyle w:val="ListNumber"/>
        <w:spacing w:line="240" w:lineRule="auto"/>
        <w:ind w:left="720"/>
      </w:pPr>
      <w:r/>
      <w:hyperlink r:id="rId10">
        <w:r>
          <w:rPr>
            <w:color w:val="0000EE"/>
            <w:u w:val="single"/>
          </w:rPr>
          <w:t>https://www.aiease.ai</w:t>
        </w:r>
      </w:hyperlink>
      <w:r>
        <w:t xml:space="preserve"> - This link details the three unique AI models offered by AI Ease, including the General Model, Art Image Model, and Restore &amp; Colorize Model.</w:t>
      </w:r>
      <w:r/>
    </w:p>
    <w:p>
      <w:pPr>
        <w:pStyle w:val="ListNumber"/>
        <w:spacing w:line="240" w:lineRule="auto"/>
        <w:ind w:left="720"/>
      </w:pPr>
      <w:r/>
      <w:hyperlink r:id="rId10">
        <w:r>
          <w:rPr>
            <w:color w:val="0000EE"/>
            <w:u w:val="single"/>
          </w:rPr>
          <w:t>https://www.aiease.ai</w:t>
        </w:r>
      </w:hyperlink>
      <w:r>
        <w:t xml:space="preserve"> - This link highlights AI Ease's batch processing capability, allowing users to upload up to 20 images at once for efficient enhancement.</w:t>
      </w:r>
      <w:r/>
    </w:p>
    <w:p>
      <w:pPr>
        <w:pStyle w:val="ListNumber"/>
        <w:spacing w:line="240" w:lineRule="auto"/>
        <w:ind w:left="720"/>
      </w:pPr>
      <w:r/>
      <w:hyperlink r:id="rId10">
        <w:r>
          <w:rPr>
            <w:color w:val="0000EE"/>
            <w:u w:val="single"/>
          </w:rPr>
          <w:t>https://www.aiease.ai</w:t>
        </w:r>
      </w:hyperlink>
      <w:r>
        <w:t xml:space="preserve"> - This link explains the feature of AI Ease that allows images to be upscaled by 2x or 4x without sacrificing detail.</w:t>
      </w:r>
      <w:r/>
    </w:p>
    <w:p>
      <w:pPr>
        <w:pStyle w:val="ListNumber"/>
        <w:spacing w:line="240" w:lineRule="auto"/>
        <w:ind w:left="720"/>
      </w:pPr>
      <w:r/>
      <w:hyperlink r:id="rId10">
        <w:r>
          <w:rPr>
            <w:color w:val="0000EE"/>
            <w:u w:val="single"/>
          </w:rPr>
          <w:t>https://www.aiease.ai</w:t>
        </w:r>
      </w:hyperlink>
      <w:r>
        <w:t xml:space="preserve"> - This link describes the process of using the AI Ease photo enhancer, including uploading images, selecting AI models or upscale settings, and downloading enhanced photos.</w:t>
      </w:r>
      <w:r/>
    </w:p>
    <w:p>
      <w:pPr>
        <w:pStyle w:val="ListNumber"/>
        <w:spacing w:line="240" w:lineRule="auto"/>
        <w:ind w:left="720"/>
      </w:pPr>
      <w:r/>
      <w:hyperlink r:id="rId11">
        <w:r>
          <w:rPr>
            <w:color w:val="0000EE"/>
            <w:u w:val="single"/>
          </w:rPr>
          <w:t>https://www.aiease.ai/headshot-generator/</w:t>
        </w:r>
      </w:hyperlink>
      <w:r>
        <w:t xml:space="preserve"> - This link supports the versatility of AI Ease, including its ability to generate professional headshots and restore old photos, in addition to general image enhancement.</w:t>
      </w:r>
      <w:r/>
    </w:p>
    <w:p>
      <w:pPr>
        <w:pStyle w:val="ListNumber"/>
        <w:spacing w:line="240" w:lineRule="auto"/>
        <w:ind w:left="720"/>
      </w:pPr>
      <w:r/>
      <w:hyperlink r:id="rId11">
        <w:r>
          <w:rPr>
            <w:color w:val="0000EE"/>
            <w:u w:val="single"/>
          </w:rPr>
          <w:t>https://www.aiease.ai/headshot-generator/</w:t>
        </w:r>
      </w:hyperlink>
      <w:r>
        <w:t xml:space="preserve"> - This link confirms that AI Ease is an accessible and comprehensive solution for improving image quality, suitable for both casual users and professionals.</w:t>
      </w:r>
      <w:r/>
    </w:p>
    <w:p>
      <w:pPr>
        <w:pStyle w:val="ListNumber"/>
        <w:spacing w:line="240" w:lineRule="auto"/>
        <w:ind w:left="720"/>
      </w:pPr>
      <w:r/>
      <w:hyperlink r:id="rId12">
        <w:r>
          <w:rPr>
            <w:color w:val="0000EE"/>
            <w:u w:val="single"/>
          </w:rPr>
          <w:t>https://techbullion.com/how-to-enhance-photo-quality-for-free-with-ai-ease/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iease.ai" TargetMode="External"/><Relationship Id="rId11" Type="http://schemas.openxmlformats.org/officeDocument/2006/relationships/hyperlink" Target="https://www.aiease.ai/headshot-generator/" TargetMode="External"/><Relationship Id="rId12" Type="http://schemas.openxmlformats.org/officeDocument/2006/relationships/hyperlink" Target="https://techbullion.com/how-to-enhance-photo-quality-for-free-with-ai-eas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