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voice scams target Rutherford County residents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Voice Scams Target Rutherford County Residents</w:t>
      </w:r>
      <w:r/>
    </w:p>
    <w:p>
      <w:r/>
      <w:r>
        <w:t xml:space="preserve">Rutherford County has recently witnessed a surge in phone scams engineered by scammers exploiting advanced artificial intelligence technology to manipulate voices. These scams have become increasingly sophisticated, targeting unsuspecting residents by using the fabricated voices of local law enforcement officials. </w:t>
      </w:r>
      <w:r/>
    </w:p>
    <w:p>
      <w:r/>
      <w:r>
        <w:t>Over the past few weeks, several residents have reported receiving phone calls that appear to be from the Rutherford County Sheriff’s Department. In these scams, the caller convincingly impersonates Captain Holten of the department, instructing the recipient to transfer $7500 in Bitcoin to evade supposed jail time. This tactic capitalises on the trust and authority associated with the sheriff's office, inadvertently making individuals more prone to compliance.</w:t>
      </w:r>
      <w:r/>
    </w:p>
    <w:p>
      <w:r/>
      <w:r>
        <w:t>The impact of these scams was made evident when a resident of Rutherford County fell victim to this deception. Heeding the fraudulent instructions, the individual transferred Bitcoin to the scammer, resulting in a financial loss that highlights the effectiveness and danger of these AI-fuelled scams.</w:t>
      </w:r>
      <w:r/>
    </w:p>
    <w:p>
      <w:r/>
      <w:r>
        <w:t>Sheriff’s officials are keen to emphasise that the department does not engage in phone calls demanding money or payments of any kind. Instead, they communicate that any such directive should immediately raise suspicions of fraudulent activity. The Sheriff's Office is working to inform the community about these malicious practices and discourage residents from complying with any similar demands over the phone.</w:t>
      </w:r>
      <w:r/>
    </w:p>
    <w:p>
      <w:r/>
      <w:r>
        <w:t>As investigations continue, local authorities are likely considering collaborations with cybersecurity experts to mitigate risks associated with AI-manipulated audio recordings. This technological challenge poses a significant threat, not only in Rutherford County but potentially to other regions as well, as the accessibility of AI tools continues to rise.</w:t>
      </w:r>
      <w:r/>
    </w:p>
    <w:p>
      <w:r/>
      <w:r>
        <w:t>The rise of AI in scams underscores the evolving landscape of fraudulent schemes, prompting a need for increased vigilance and awareness among residents. While authorities focus on diluting the impact and reach of such scams, individuals are advised to remain cautious and verify any unexpected communications they receive from purported officials.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https://www.wgnsradio.com/article/89490/ai-driven-scam-uses-sheriffs-captains-voice-to-steal-7500-in-bitcoin</w:t>
        </w:r>
      </w:hyperlink>
      <w:r>
        <w:t xml:space="preserve"> - Corroborates the use of AI to mimic Sheriff's Captain Will Holton's voice and the scam involving $7,500 in Bitcoin.</w:t>
      </w:r>
      <w:r/>
    </w:p>
    <w:p>
      <w:pPr>
        <w:pStyle w:val="ListNumber"/>
        <w:spacing w:line="240" w:lineRule="auto"/>
        <w:ind w:left="720"/>
      </w:pPr>
      <w:r/>
      <w:hyperlink r:id="rId11">
        <w:r>
          <w:rPr>
            <w:color w:val="0000EE"/>
            <w:u w:val="single"/>
          </w:rPr>
          <w:t>https://www.yahoo.com/news/scammers-ai-steal-thousands-rutherford-215514548.html</w:t>
        </w:r>
      </w:hyperlink>
      <w:r>
        <w:t xml:space="preserve"> - Supports the investigation by deputies into the AI-driven scam targeting Rutherford County residents.</w:t>
      </w:r>
      <w:r/>
    </w:p>
    <w:p>
      <w:pPr>
        <w:pStyle w:val="ListNumber"/>
        <w:spacing w:line="240" w:lineRule="auto"/>
        <w:ind w:left="720"/>
      </w:pPr>
      <w:r/>
      <w:hyperlink r:id="rId12">
        <w:r>
          <w:rPr>
            <w:color w:val="0000EE"/>
            <w:u w:val="single"/>
          </w:rPr>
          <w:t>https://www.newschannel5.com/news/rutherford-county-sheriffs-office-warns-of-ai-bitcoin-scam</w:t>
        </w:r>
      </w:hyperlink>
      <w:r>
        <w:t xml:space="preserve"> - Confirms the warning by the Rutherford County Sheriff's Office about the AI bitcoin scam.</w:t>
      </w:r>
      <w:r/>
    </w:p>
    <w:p>
      <w:pPr>
        <w:pStyle w:val="ListNumber"/>
        <w:spacing w:line="240" w:lineRule="auto"/>
        <w:ind w:left="720"/>
      </w:pPr>
      <w:r/>
      <w:hyperlink r:id="rId13">
        <w:r>
          <w:rPr>
            <w:color w:val="0000EE"/>
            <w:u w:val="single"/>
          </w:rPr>
          <w:t>https://www.wkrn.com/news/local-news/scammers-use-ai-to-steal-thousands-from-rutherford-county-resident-deputies-say/</w:t>
        </w:r>
      </w:hyperlink>
      <w:r>
        <w:t xml:space="preserve"> - Details the scam involving AI and the impersonation of Sheriff's Capt. Will Holton to steal thousands.</w:t>
      </w:r>
      <w:r/>
    </w:p>
    <w:p>
      <w:pPr>
        <w:pStyle w:val="ListNumber"/>
        <w:spacing w:line="240" w:lineRule="auto"/>
        <w:ind w:left="720"/>
      </w:pPr>
      <w:r/>
      <w:hyperlink r:id="rId10">
        <w:r>
          <w:rPr>
            <w:color w:val="0000EE"/>
            <w:u w:val="single"/>
          </w:rPr>
          <w:t>https://www.wgnsradio.com/article/89490/ai-driven-scam-uses-sheriffs-captains-voice-to-steal-7500-in-bitcoin</w:t>
        </w:r>
      </w:hyperlink>
      <w:r>
        <w:t xml:space="preserve"> - Explains that the scammer used the Sheriff’s Office dispatch number and directed the victim to a bitcoin ATM.</w:t>
      </w:r>
      <w:r/>
    </w:p>
    <w:p>
      <w:pPr>
        <w:pStyle w:val="ListNumber"/>
        <w:spacing w:line="240" w:lineRule="auto"/>
        <w:ind w:left="720"/>
      </w:pPr>
      <w:r/>
      <w:hyperlink r:id="rId11">
        <w:r>
          <w:rPr>
            <w:color w:val="0000EE"/>
            <w:u w:val="single"/>
          </w:rPr>
          <w:t>https://www.yahoo.com/news/scammers-ai-steal-thousands-rutherford-215514548.html</w:t>
        </w:r>
      </w:hyperlink>
      <w:r>
        <w:t xml:space="preserve"> - Highlights the financial loss suffered by the victim who transferred Bitcoin to the scammer.</w:t>
      </w:r>
      <w:r/>
    </w:p>
    <w:p>
      <w:pPr>
        <w:pStyle w:val="ListNumber"/>
        <w:spacing w:line="240" w:lineRule="auto"/>
        <w:ind w:left="720"/>
      </w:pPr>
      <w:r/>
      <w:hyperlink r:id="rId12">
        <w:r>
          <w:rPr>
            <w:color w:val="0000EE"/>
            <w:u w:val="single"/>
          </w:rPr>
          <w:t>https://www.newschannel5.com/news/rutherford-county-sheriffs-office-warns-of-ai-bitcoin-scam</w:t>
        </w:r>
      </w:hyperlink>
      <w:r>
        <w:t xml:space="preserve"> - Emphasizes that the Sheriff’s Office does not demand money or payments over the phone.</w:t>
      </w:r>
      <w:r/>
    </w:p>
    <w:p>
      <w:pPr>
        <w:pStyle w:val="ListNumber"/>
        <w:spacing w:line="240" w:lineRule="auto"/>
        <w:ind w:left="720"/>
      </w:pPr>
      <w:r/>
      <w:hyperlink r:id="rId13">
        <w:r>
          <w:rPr>
            <w:color w:val="0000EE"/>
            <w:u w:val="single"/>
          </w:rPr>
          <w:t>https://www.wkrn.com/news/local-news/scammers-use-ai-to-steal-thousands-from-rutherford-county-resident-deputies-say/</w:t>
        </w:r>
      </w:hyperlink>
      <w:r>
        <w:t xml:space="preserve"> - Warns residents to be cautious and verify any unexpected communications from purported officials.</w:t>
      </w:r>
      <w:r/>
    </w:p>
    <w:p>
      <w:pPr>
        <w:pStyle w:val="ListNumber"/>
        <w:spacing w:line="240" w:lineRule="auto"/>
        <w:ind w:left="720"/>
      </w:pPr>
      <w:r/>
      <w:hyperlink r:id="rId10">
        <w:r>
          <w:rPr>
            <w:color w:val="0000EE"/>
            <w:u w:val="single"/>
          </w:rPr>
          <w:t>https://www.wgnsradio.com/article/89490/ai-driven-scam-uses-sheriffs-captains-voice-to-steal-7500-in-bitcoin</w:t>
        </w:r>
      </w:hyperlink>
      <w:r>
        <w:t xml:space="preserve"> - Mentions the investigation by Sheriff’s Detective Jesse Gammel and the difficulty in retrieving the stolen money.</w:t>
      </w:r>
      <w:r/>
    </w:p>
    <w:p>
      <w:pPr>
        <w:pStyle w:val="ListNumber"/>
        <w:spacing w:line="240" w:lineRule="auto"/>
        <w:ind w:left="720"/>
      </w:pPr>
      <w:r/>
      <w:hyperlink r:id="rId11">
        <w:r>
          <w:rPr>
            <w:color w:val="0000EE"/>
            <w:u w:val="single"/>
          </w:rPr>
          <w:t>https://www.yahoo.com/news/scammers-ai-steal-thousands-rutherford-215514548.html</w:t>
        </w:r>
      </w:hyperlink>
      <w:r>
        <w:t xml:space="preserve"> - Discusses the evolving landscape of fraudulent schemes using AI technology.</w:t>
      </w:r>
      <w:r/>
    </w:p>
    <w:p>
      <w:pPr>
        <w:pStyle w:val="ListNumber"/>
        <w:spacing w:line="240" w:lineRule="auto"/>
        <w:ind w:left="720"/>
      </w:pPr>
      <w:r/>
      <w:hyperlink r:id="rId12">
        <w:r>
          <w:rPr>
            <w:color w:val="0000EE"/>
            <w:u w:val="single"/>
          </w:rPr>
          <w:t>https://www.newschannel5.com/news/rutherford-county-sheriffs-office-warns-of-ai-bitcoin-scam</w:t>
        </w:r>
      </w:hyperlink>
      <w:r>
        <w:t xml:space="preserve"> - Highlights the need for increased vigilance and awareness among residents due to AI-manipulated audio recordings.</w:t>
      </w:r>
      <w:r/>
    </w:p>
    <w:p>
      <w:pPr>
        <w:pStyle w:val="ListNumber"/>
        <w:spacing w:line="240" w:lineRule="auto"/>
        <w:ind w:left="720"/>
      </w:pPr>
      <w:r/>
      <w:hyperlink r:id="rId14">
        <w:r>
          <w:rPr>
            <w:color w:val="0000EE"/>
            <w:u w:val="single"/>
          </w:rPr>
          <w:t>https://www.middletennesseenews.net/post/scammers-are-using-ai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gnsradio.com/article/89490/ai-driven-scam-uses-sheriffs-captains-voice-to-steal-7500-in-bitcoin" TargetMode="External"/><Relationship Id="rId11" Type="http://schemas.openxmlformats.org/officeDocument/2006/relationships/hyperlink" Target="https://www.yahoo.com/news/scammers-ai-steal-thousands-rutherford-215514548.html" TargetMode="External"/><Relationship Id="rId12" Type="http://schemas.openxmlformats.org/officeDocument/2006/relationships/hyperlink" Target="https://www.newschannel5.com/news/rutherford-county-sheriffs-office-warns-of-ai-bitcoin-scam" TargetMode="External"/><Relationship Id="rId13" Type="http://schemas.openxmlformats.org/officeDocument/2006/relationships/hyperlink" Target="https://www.wkrn.com/news/local-news/scammers-use-ai-to-steal-thousands-from-rutherford-county-resident-deputies-say/" TargetMode="External"/><Relationship Id="rId14" Type="http://schemas.openxmlformats.org/officeDocument/2006/relationships/hyperlink" Target="https://www.middletennesseenews.net/post/scammers-are-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