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Anthology and Obrizum forge landmark partnership to revolutionise digital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Anthology and Obrizum Forge Landmark Partnership to Revolutionise Digital Learning</w:t>
      </w:r>
      <w:r/>
    </w:p>
    <w:p>
      <w:r/>
      <w:r>
        <w:t>In a significant development within the educational technology sector, Anthology, a leading global provider of education solutions, has announced a strategic partnership with Obrizum, an innovative AI-driven learning technology company. Revealed during Anthology's annual user conference, Anthology Together, in July 2024, this partnership aims to redefine the landscape of digital learning by delivering hyper-personalised and adaptive educational experiences to millions of Blackboard users worldwide.</w:t>
      </w:r>
      <w:r/>
    </w:p>
    <w:p>
      <w:r/>
      <w:r>
        <w:t>The integration of Obrizum’s advanced course curation and personalisation engines with Anthology's existing educational platforms is expected to spearhead transformative changes in course development. This alliance promises substantial enhancements in student engagement and rapid achievement of educational competencies, potentially setting a new standard for how digital learning environments are crafted and experienced.</w:t>
      </w:r>
      <w:r/>
    </w:p>
    <w:p>
      <w:r/>
      <w:r>
        <w:t>"We are very excited about this collaboration with Obrizum," stated Nicolaas Matthijs, Anthology's chief product officer. "With their cutting-edge AI technologies, we are positioned to lead the charge in AI-driven EdTech innovation. Our objective is to ensure that each learner and educator has access to the most effective tools for educational success."</w:t>
      </w:r>
      <w:r/>
    </w:p>
    <w:p>
      <w:r/>
      <w:r>
        <w:t>Anthology's conference, which attracted thousands of clients and partners, served as the perfect venue to unveil this strategic initiative. The integration is poised to offer educational institutions across the globe the potential to diversify their offerings significantly, catering to evolving student expectations with newly refined digital courses and tools.</w:t>
      </w:r>
      <w:r/>
    </w:p>
    <w:p>
      <w:r/>
      <w:r>
        <w:t>CEO of Obrizum, Dr. Chibeza Agley, expressed enthusiasm for the venture, indicating, "Through this partnership, Anthology will leverage our multi-patented, AI-powered learning technology to develop deeply tailored experiences for its global users. Our mission aligns perfectly with the goal of becoming the global leader in measuring human learning within digital environments."</w:t>
      </w:r>
      <w:r/>
    </w:p>
    <w:p>
      <w:r/>
      <w:r>
        <w:t>Dr. Agley further highlighted that this collaboration aims to bridge the measurement gap in digital learning, thereby improving the quality and utility of data that informs educational decisions. This focus on enhanced data analytics is anticipated to contribute to more informed decision-making processes, ultimately benefiting educational outcomes for students and educators alike.</w:t>
      </w:r>
      <w:r/>
    </w:p>
    <w:p>
      <w:r/>
      <w:r>
        <w:t>As the educational landscape shifts towards more personalised and technologically integrated learning solutions, the partnership between Anthology and Obrizum stands to make a significant impact. By bringing together their expertise and technological prowess, they are on track to deliver state-of-the-art educational tools and insights, paving the way for a new era of digital learning.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https://www.anthology.com/news/anthology-partners-with-obrizum-to-revolutionize-ai-powered-learning-for-blackboard-users</w:t>
        </w:r>
      </w:hyperlink>
      <w:r>
        <w:t xml:space="preserve"> - Corroborates the partnership between Anthology and Obrizum, and the integration of Obrizum’s AI-powered learning technology into Blackboard.</w:t>
      </w:r>
      <w:r/>
    </w:p>
    <w:p>
      <w:pPr>
        <w:pStyle w:val="ListNumber"/>
        <w:spacing w:line="240" w:lineRule="auto"/>
        <w:ind w:left="720"/>
      </w:pPr>
      <w:r/>
      <w:hyperlink r:id="rId11">
        <w:r>
          <w:rPr>
            <w:color w:val="0000EE"/>
            <w:u w:val="single"/>
          </w:rPr>
          <w:t>https://www.edtechinnovationhub.com/news/anthology-and-obrizum-partner-to-launch-ai</w:t>
        </w:r>
      </w:hyperlink>
      <w:r>
        <w:t xml:space="preserve"> - Supports the details of the partnership, including the use of AI to develop tailored learning journeys and provide valuable insights for educators.</w:t>
      </w:r>
      <w:r/>
    </w:p>
    <w:p>
      <w:pPr>
        <w:pStyle w:val="ListNumber"/>
        <w:spacing w:line="240" w:lineRule="auto"/>
        <w:ind w:left="720"/>
      </w:pPr>
      <w:r/>
      <w:hyperlink r:id="rId12">
        <w:r>
          <w:rPr>
            <w:color w:val="0000EE"/>
            <w:u w:val="single"/>
          </w:rPr>
          <w:t>https://www.prnewswire.com/news-releases/anthology-partners-with-obrizum-to-revolutionize-ai-powered-learning-for-blackboard-users-worldwide-302278708.html</w:t>
        </w:r>
      </w:hyperlink>
      <w:r>
        <w:t xml:space="preserve"> - Provides additional details on the partnership, including the announcement at Anthology’s annual user conference and the benefits of integrating Obrizum’s technology.</w:t>
      </w:r>
      <w:r/>
    </w:p>
    <w:p>
      <w:pPr>
        <w:pStyle w:val="ListNumber"/>
        <w:spacing w:line="240" w:lineRule="auto"/>
        <w:ind w:left="720"/>
      </w:pPr>
      <w:r/>
      <w:hyperlink r:id="rId10">
        <w:r>
          <w:rPr>
            <w:color w:val="0000EE"/>
            <w:u w:val="single"/>
          </w:rPr>
          <w:t>https://www.anthology.com/news/anthology-partners-with-obrizum-to-revolutionize-ai-powered-learning-for-blackboard-users</w:t>
        </w:r>
      </w:hyperlink>
      <w:r>
        <w:t xml:space="preserve"> - Quotes from Nicolaas Matthijs and Dr. Chibeza Agley on the objectives and benefits of the partnership.</w:t>
      </w:r>
      <w:r/>
    </w:p>
    <w:p>
      <w:pPr>
        <w:pStyle w:val="ListNumber"/>
        <w:spacing w:line="240" w:lineRule="auto"/>
        <w:ind w:left="720"/>
      </w:pPr>
      <w:r/>
      <w:hyperlink r:id="rId11">
        <w:r>
          <w:rPr>
            <w:color w:val="0000EE"/>
            <w:u w:val="single"/>
          </w:rPr>
          <w:t>https://www.edtechinnovationhub.com/news/anthology-and-obrizum-partner-to-launch-ai</w:t>
        </w:r>
      </w:hyperlink>
      <w:r>
        <w:t xml:space="preserve"> - Explains how the integration will enhance course development, student engagement, and speed to competency.</w:t>
      </w:r>
      <w:r/>
    </w:p>
    <w:p>
      <w:pPr>
        <w:pStyle w:val="ListNumber"/>
        <w:spacing w:line="240" w:lineRule="auto"/>
        <w:ind w:left="720"/>
      </w:pPr>
      <w:r/>
      <w:hyperlink r:id="rId12">
        <w:r>
          <w:rPr>
            <w:color w:val="0000EE"/>
            <w:u w:val="single"/>
          </w:rPr>
          <w:t>https://www.prnewswire.com/news-releases/anthology-partners-with-obrizum-to-revolutionize-ai-powered-learning-for-blackboard-users-worldwide-302278708.html</w:t>
        </w:r>
      </w:hyperlink>
      <w:r>
        <w:t xml:space="preserve"> - Details the potential for educational institutions to diversify their offerings and cater to evolving student expectations.</w:t>
      </w:r>
      <w:r/>
    </w:p>
    <w:p>
      <w:pPr>
        <w:pStyle w:val="ListNumber"/>
        <w:spacing w:line="240" w:lineRule="auto"/>
        <w:ind w:left="720"/>
      </w:pPr>
      <w:r/>
      <w:hyperlink r:id="rId10">
        <w:r>
          <w:rPr>
            <w:color w:val="0000EE"/>
            <w:u w:val="single"/>
          </w:rPr>
          <w:t>https://www.anthology.com/news/anthology-partners-with-obrizum-to-revolutionize-ai-powered-learning-for-blackboard-users</w:t>
        </w:r>
      </w:hyperlink>
      <w:r>
        <w:t xml:space="preserve"> - Describes the role of Obrizum’s explainable AI technology and its deployment at scale for various industries.</w:t>
      </w:r>
      <w:r/>
    </w:p>
    <w:p>
      <w:pPr>
        <w:pStyle w:val="ListNumber"/>
        <w:spacing w:line="240" w:lineRule="auto"/>
        <w:ind w:left="720"/>
      </w:pPr>
      <w:r/>
      <w:hyperlink r:id="rId11">
        <w:r>
          <w:rPr>
            <w:color w:val="0000EE"/>
            <w:u w:val="single"/>
          </w:rPr>
          <w:t>https://www.edtechinnovationhub.com/news/anthology-and-obrizum-partner-to-launch-ai</w:t>
        </w:r>
      </w:hyperlink>
      <w:r>
        <w:t xml:space="preserve"> - Highlights the use of Obrizum’s intelligent course curation, personalization engines, and diagnostic analytics.</w:t>
      </w:r>
      <w:r/>
    </w:p>
    <w:p>
      <w:pPr>
        <w:pStyle w:val="ListNumber"/>
        <w:spacing w:line="240" w:lineRule="auto"/>
        <w:ind w:left="720"/>
      </w:pPr>
      <w:r/>
      <w:hyperlink r:id="rId13">
        <w:r>
          <w:rPr>
            <w:color w:val="0000EE"/>
            <w:u w:val="single"/>
          </w:rPr>
          <w:t>https://obrizum.com</w:t>
        </w:r>
      </w:hyperlink>
      <w:r>
        <w:t xml:space="preserve"> - Provides an overview of Obrizum’s true adaptive learning platform and its capabilities in personalization and data-driven insights.</w:t>
      </w:r>
      <w:r/>
    </w:p>
    <w:p>
      <w:pPr>
        <w:pStyle w:val="ListNumber"/>
        <w:spacing w:line="240" w:lineRule="auto"/>
        <w:ind w:left="720"/>
      </w:pPr>
      <w:r/>
      <w:hyperlink r:id="rId12">
        <w:r>
          <w:rPr>
            <w:color w:val="0000EE"/>
            <w:u w:val="single"/>
          </w:rPr>
          <w:t>https://www.prnewswire.com/news-releases/anthology-partners-with-obrizum-to-revolutionize-ai-powered-learning-for-blackboard-users-worldwide-302278708.html</w:t>
        </w:r>
      </w:hyperlink>
      <w:r>
        <w:t xml:space="preserve"> - Corroborates Dr. Agley’s statement on bridging the measurement gap in digital learning and improving data quality.</w:t>
      </w:r>
      <w:r/>
    </w:p>
    <w:p>
      <w:pPr>
        <w:pStyle w:val="ListNumber"/>
        <w:spacing w:line="240" w:lineRule="auto"/>
        <w:ind w:left="720"/>
      </w:pPr>
      <w:r/>
      <w:hyperlink r:id="rId10">
        <w:r>
          <w:rPr>
            <w:color w:val="0000EE"/>
            <w:u w:val="single"/>
          </w:rPr>
          <w:t>https://www.anthology.com/news/anthology-partners-with-obrizum-to-revolutionize-ai-powered-learning-for-blackboard-users</w:t>
        </w:r>
      </w:hyperlink>
      <w:r>
        <w:t xml:space="preserve"> - Describes the broader mission of Anthology and Obrizum in advancing educational technology and improving learning outcomes.</w:t>
      </w:r>
      <w:r/>
    </w:p>
    <w:p>
      <w:pPr>
        <w:pStyle w:val="ListNumber"/>
        <w:spacing w:line="240" w:lineRule="auto"/>
        <w:ind w:left="720"/>
      </w:pPr>
      <w:r/>
      <w:hyperlink r:id="rId14">
        <w:r>
          <w:rPr>
            <w:color w:val="0000EE"/>
            <w:u w:val="single"/>
          </w:rPr>
          <w:t>https://thepienews.com/obrizum-anthology-partner-to-deliver-ai-powered-learning/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thology.com/news/anthology-partners-with-obrizum-to-revolutionize-ai-powered-learning-for-blackboard-users" TargetMode="External"/><Relationship Id="rId11" Type="http://schemas.openxmlformats.org/officeDocument/2006/relationships/hyperlink" Target="https://www.edtechinnovationhub.com/news/anthology-and-obrizum-partner-to-launch-ai" TargetMode="External"/><Relationship Id="rId12" Type="http://schemas.openxmlformats.org/officeDocument/2006/relationships/hyperlink" Target="https://www.prnewswire.com/news-releases/anthology-partners-with-obrizum-to-revolutionize-ai-powered-learning-for-blackboard-users-worldwide-302278708.html" TargetMode="External"/><Relationship Id="rId13" Type="http://schemas.openxmlformats.org/officeDocument/2006/relationships/hyperlink" Target="https://obrizum.com" TargetMode="External"/><Relationship Id="rId14" Type="http://schemas.openxmlformats.org/officeDocument/2006/relationships/hyperlink" Target="https://thepienews.com/obrizum-anthology-partner-to-deliver-ai-powered-le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