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Apple to launch AI feature for summarising app reviews in the App Store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Apple is set to introduce an innovative AI feature that aims to streamline the process of evaluating app reviews in the App Store. This upcoming capability will employ artificial intelligence to generate concise summaries of app reviews, providing users with a snapshot of the most commonly mentioned feedback, both positive and negative, before they decide to download an app. This feature is expected to significantly enhance user experience by offering a quick overview of app performance and usability, thus saving time and effort for users who otherwise would have to sift through a potentially overwhelming number of individual reviews.</w:t>
      </w:r>
      <w:r/>
    </w:p>
    <w:p>
      <w:r/>
      <w:r>
        <w:t>The AI-generated summaries will be integrated into app product pages on the App Store, displaying alongside existing elements like descriptions, screenshots, and ratings. The summaries will be dynamic, updating in real-time as new reviews are submitted, thereby ensuring they remain current. It is understood that this feature will initially be available in select regions, with possible expansion in the future.</w:t>
      </w:r>
      <w:r/>
    </w:p>
    <w:p>
      <w:r/>
      <w:r>
        <w:t>A threshold will be set for the number of reviews an app must receive before it becomes eligible for the AI summary feature. This condition is likely intended to ensure that the summaries reflect a broad spectrum of user feedback, thereby maintaining their accuracy and reliability. Developers will have the option to report summaries they believe misrepresent their apps, allowing Apple to review and amend any discrepancies if necessary.</w:t>
      </w:r>
      <w:r/>
    </w:p>
    <w:p>
      <w:r/>
      <w:r>
        <w:t>This development is part of a broader series of AI enhancements that Apple has been introducing across its platforms. Earlier updates to iOS 18.1 and macOS Sequoia 15.1 included improved text and notification summarization features, signalling Apple's commitment to leveraging AI to improve user information management.</w:t>
      </w:r>
      <w:r/>
    </w:p>
    <w:p>
      <w:r/>
      <w:r>
        <w:t>The AI-driven summaries' launch date remains unspecified, but clues within the App Store API suggest that the feature might be on the verge of release. Its implementation aligns with Apple's objective of enhancing the App Store ecosystem through AI, potentially paving the way for further advancements, such as personalized app recommendations and improved search functionalities.</w:t>
      </w:r>
      <w:r/>
    </w:p>
    <w:p>
      <w:r/>
      <w:r>
        <w:t>Apple's venture into AI-driven summaries follows in the footsteps of Amazon, which recently adopted a similar approach to condense customer feedback on product listings. Notably, Google Play Store could potentially adopt a similar feature, given Google's focus on developing AI technologies such as Gemini.</w:t>
      </w:r>
      <w:r/>
    </w:p>
    <w:p>
      <w:r/>
      <w:r>
        <w:t>The introduction of AI summaries in Apple's App Store not only promises to benefit users by making app evaluation more efficient but also provides developers with insights into user preferences and areas needing improvement. This feature will enable developers to highlight recent updates or improvements effectively, potentially boosting app visibility and download rates.</w:t>
      </w:r>
      <w:r/>
    </w:p>
    <w:p>
      <w:r/>
      <w:r>
        <w:t>Despite the potential advantages, the introduction of this feature also comes with challenges, particularly concerning data privacy and the accurate interpretation of user sentiments. Apple is known for its strong stance on privacy, and it will be essential to ensure that these AI capabilities align with its privacy standards.</w:t>
      </w:r>
      <w:r/>
    </w:p>
    <w:p>
      <w:r/>
      <w:r>
        <w:t>In summary, Apple's new AI feature is poised to mark a significant shift in how users and developers interact with the App Store by providing a more streamlined, transparent, and user-friendly experience. The company’s continuous efforts on AI integration showcase its commitment to innovation and enhancing user engagement across its services.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https://macdailynews.com/2024/10/30/apples-app-store-soon-to-offer-ai-generated-summaries-of-user-app-reviews/</w:t>
        </w:r>
      </w:hyperlink>
      <w:r>
        <w:t xml:space="preserve"> - Corroborates the introduction of AI-generated summaries of user app reviews in the App Store and their integration into app product pages.</w:t>
      </w:r>
      <w:r/>
    </w:p>
    <w:p>
      <w:pPr>
        <w:pStyle w:val="ListNumber"/>
        <w:spacing w:line="240" w:lineRule="auto"/>
        <w:ind w:left="720"/>
      </w:pPr>
      <w:r/>
      <w:hyperlink r:id="rId11">
        <w:r>
          <w:rPr>
            <w:color w:val="0000EE"/>
            <w:u w:val="single"/>
          </w:rPr>
          <w:t>https://www.techtimes.com/articles/308091/20241030/apple-brings-new-app-store-feature-which-summarizes-reviews-so-you-dont-have.htm</w:t>
        </w:r>
      </w:hyperlink>
      <w:r>
        <w:t xml:space="preserve"> - Supports the feature of AI-generated summaries for app reviews, including dynamic updates and the threshold for the number of reviews required.</w:t>
      </w:r>
      <w:r/>
    </w:p>
    <w:p>
      <w:pPr>
        <w:pStyle w:val="ListNumber"/>
        <w:spacing w:line="240" w:lineRule="auto"/>
        <w:ind w:left="720"/>
      </w:pPr>
      <w:r/>
      <w:hyperlink r:id="rId10">
        <w:r>
          <w:rPr>
            <w:color w:val="0000EE"/>
            <w:u w:val="single"/>
          </w:rPr>
          <w:t>https://macdailynews.com/2024/10/30/apples-app-store-soon-to-offer-ai-generated-summaries-of-user-app-reviews/</w:t>
        </w:r>
      </w:hyperlink>
      <w:r>
        <w:t xml:space="preserve"> - Mentions the feature's initial availability in select regions with possible future expansion.</w:t>
      </w:r>
      <w:r/>
    </w:p>
    <w:p>
      <w:pPr>
        <w:pStyle w:val="ListNumber"/>
        <w:spacing w:line="240" w:lineRule="auto"/>
        <w:ind w:left="720"/>
      </w:pPr>
      <w:r/>
      <w:hyperlink r:id="rId11">
        <w:r>
          <w:rPr>
            <w:color w:val="0000EE"/>
            <w:u w:val="single"/>
          </w:rPr>
          <w:t>https://www.techtimes.com/articles/308091/20241030/apple-brings-new-app-store-feature-which-summarizes-reviews-so-you-dont-have.htm</w:t>
        </w:r>
      </w:hyperlink>
      <w:r>
        <w:t xml:space="preserve"> - Explains the option for developers to report and amend summaries that misrepresent their apps.</w:t>
      </w:r>
      <w:r/>
    </w:p>
    <w:p>
      <w:pPr>
        <w:pStyle w:val="ListNumber"/>
        <w:spacing w:line="240" w:lineRule="auto"/>
        <w:ind w:left="720"/>
      </w:pPr>
      <w:r/>
      <w:hyperlink r:id="rId10">
        <w:r>
          <w:rPr>
            <w:color w:val="0000EE"/>
            <w:u w:val="single"/>
          </w:rPr>
          <w:t>https://macdailynews.com/2024/10/30/apples-app-store-soon-to-offer-ai-generated-summaries-of-user-app-reviews/</w:t>
        </w:r>
      </w:hyperlink>
      <w:r>
        <w:t xml:space="preserve"> - Discusses the broader series of AI enhancements across Apple's platforms, including text and notification summarization features.</w:t>
      </w:r>
      <w:r/>
    </w:p>
    <w:p>
      <w:pPr>
        <w:pStyle w:val="ListNumber"/>
        <w:spacing w:line="240" w:lineRule="auto"/>
        <w:ind w:left="720"/>
      </w:pPr>
      <w:r/>
      <w:hyperlink r:id="rId11">
        <w:r>
          <w:rPr>
            <w:color w:val="0000EE"/>
            <w:u w:val="single"/>
          </w:rPr>
          <w:t>https://www.techtimes.com/articles/308091/20241030/apple-brings-new-app-store-feature-which-summarizes-reviews-so-you-dont-have.htm</w:t>
        </w:r>
      </w:hyperlink>
      <w:r>
        <w:t xml:space="preserve"> - Hints at the feature's imminent release based on clues within the App Store API.</w:t>
      </w:r>
      <w:r/>
    </w:p>
    <w:p>
      <w:pPr>
        <w:pStyle w:val="ListNumber"/>
        <w:spacing w:line="240" w:lineRule="auto"/>
        <w:ind w:left="720"/>
      </w:pPr>
      <w:r/>
      <w:hyperlink r:id="rId11">
        <w:r>
          <w:rPr>
            <w:color w:val="0000EE"/>
            <w:u w:val="single"/>
          </w:rPr>
          <w:t>https://www.techtimes.com/articles/308091/20241030/apple-brings-new-app-store-feature-which-summarizes-reviews-so-you-dont-have.htm</w:t>
        </w:r>
      </w:hyperlink>
      <w:r>
        <w:t xml:space="preserve"> - Compares Apple's approach to Amazon's similar method of condensing customer feedback on product listings.</w:t>
      </w:r>
      <w:r/>
    </w:p>
    <w:p>
      <w:pPr>
        <w:pStyle w:val="ListNumber"/>
        <w:spacing w:line="240" w:lineRule="auto"/>
        <w:ind w:left="720"/>
      </w:pPr>
      <w:r/>
      <w:hyperlink r:id="rId10">
        <w:r>
          <w:rPr>
            <w:color w:val="0000EE"/>
            <w:u w:val="single"/>
          </w:rPr>
          <w:t>https://macdailynews.com/2024/10/30/apples-app-store-soon-to-offer-ai-generated-summaries-of-user-app-reviews/</w:t>
        </w:r>
      </w:hyperlink>
      <w:r>
        <w:t xml:space="preserve"> - Mentions the potential for Google Play Store to adopt a similar feature given Google's focus on AI technologies.</w:t>
      </w:r>
      <w:r/>
    </w:p>
    <w:p>
      <w:pPr>
        <w:pStyle w:val="ListNumber"/>
        <w:spacing w:line="240" w:lineRule="auto"/>
        <w:ind w:left="720"/>
      </w:pPr>
      <w:r/>
      <w:hyperlink r:id="rId11">
        <w:r>
          <w:rPr>
            <w:color w:val="0000EE"/>
            <w:u w:val="single"/>
          </w:rPr>
          <w:t>https://www.techtimes.com/articles/308091/20241030/apple-brings-new-app-store-feature-which-summarizes-reviews-so-you-dont-have.htm</w:t>
        </w:r>
      </w:hyperlink>
      <w:r>
        <w:t xml:space="preserve"> - Highlights the benefits for users and developers, including more efficient app evaluation and insights into user preferences.</w:t>
      </w:r>
      <w:r/>
    </w:p>
    <w:p>
      <w:pPr>
        <w:pStyle w:val="ListNumber"/>
        <w:spacing w:line="240" w:lineRule="auto"/>
        <w:ind w:left="720"/>
      </w:pPr>
      <w:r/>
      <w:hyperlink r:id="rId10">
        <w:r>
          <w:rPr>
            <w:color w:val="0000EE"/>
            <w:u w:val="single"/>
          </w:rPr>
          <w:t>https://macdailynews.com/2024/10/30/apples-app-store-soon-to-offer-ai-generated-summaries-of-user-app-reviews/</w:t>
        </w:r>
      </w:hyperlink>
      <w:r>
        <w:t xml:space="preserve"> - Addresses the challenges related to data privacy and accurate interpretation of user sentiments.</w:t>
      </w:r>
      <w:r/>
    </w:p>
    <w:p>
      <w:pPr>
        <w:pStyle w:val="ListNumber"/>
        <w:spacing w:line="240" w:lineRule="auto"/>
        <w:ind w:left="720"/>
      </w:pPr>
      <w:r/>
      <w:hyperlink r:id="rId11">
        <w:r>
          <w:rPr>
            <w:color w:val="0000EE"/>
            <w:u w:val="single"/>
          </w:rPr>
          <w:t>https://www.techtimes.com/articles/308091/20241030/apple-brings-new-app-store-feature-which-summarizes-reviews-so-you-dont-have.htm</w:t>
        </w:r>
      </w:hyperlink>
      <w:r>
        <w:t xml:space="preserve"> - Please view link - unable to able to access data</w:t>
      </w:r>
      <w:r/>
    </w:p>
    <w:p>
      <w:pPr>
        <w:pStyle w:val="ListNumber"/>
        <w:spacing w:line="240" w:lineRule="auto"/>
        <w:ind w:left="720"/>
      </w:pPr>
      <w:r/>
      <w:hyperlink r:id="rId12">
        <w:r>
          <w:rPr>
            <w:color w:val="0000EE"/>
            <w:u w:val="single"/>
          </w:rPr>
          <w:t>https://www.macrumors.com/2024/10/30/apple-summaries-user-reviews-app-store/</w:t>
        </w:r>
      </w:hyperlink>
      <w:r>
        <w:t xml:space="preserve"> - Please view link - unable to able to access data</w:t>
      </w:r>
      <w:r/>
    </w:p>
    <w:p>
      <w:pPr>
        <w:pStyle w:val="ListNumber"/>
        <w:spacing w:line="240" w:lineRule="auto"/>
        <w:ind w:left="720"/>
      </w:pPr>
      <w:r/>
      <w:hyperlink r:id="rId13">
        <w:r>
          <w:rPr>
            <w:color w:val="0000EE"/>
            <w:u w:val="single"/>
          </w:rPr>
          <w:t>https://applemagazine.com/ai-generated-summaries-enhancing-app-store/70458</w:t>
        </w:r>
      </w:hyperlink>
      <w:r>
        <w:t xml:space="preserve"> - Please view link - unable to able to access data</w:t>
      </w:r>
      <w:r/>
    </w:p>
    <w:p>
      <w:pPr>
        <w:pStyle w:val="ListNumber"/>
        <w:spacing w:line="240" w:lineRule="auto"/>
        <w:ind w:left="720"/>
      </w:pPr>
      <w:r/>
      <w:hyperlink r:id="rId14">
        <w:r>
          <w:rPr>
            <w:color w:val="0000EE"/>
            <w:u w:val="single"/>
          </w:rPr>
          <w:t>https://www.androidauthority.com/app-store-could-ai-summarize-reviews-3495313/</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macdailynews.com/2024/10/30/apples-app-store-soon-to-offer-ai-generated-summaries-of-user-app-reviews/" TargetMode="External"/><Relationship Id="rId11" Type="http://schemas.openxmlformats.org/officeDocument/2006/relationships/hyperlink" Target="https://www.techtimes.com/articles/308091/20241030/apple-brings-new-app-store-feature-which-summarizes-reviews-so-you-dont-have.htm" TargetMode="External"/><Relationship Id="rId12" Type="http://schemas.openxmlformats.org/officeDocument/2006/relationships/hyperlink" Target="https://www.macrumors.com/2024/10/30/apple-summaries-user-reviews-app-store/" TargetMode="External"/><Relationship Id="rId13" Type="http://schemas.openxmlformats.org/officeDocument/2006/relationships/hyperlink" Target="https://applemagazine.com/ai-generated-summaries-enhancing-app-store/70458" TargetMode="External"/><Relationship Id="rId14" Type="http://schemas.openxmlformats.org/officeDocument/2006/relationships/hyperlink" Target="https://www.androidauthority.com/app-store-could-ai-summarize-reviews-3495313/"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