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is transforming the audiovisual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audiovisual (AV) industry is experiencing a significant transformation with the integration of advanced artificial intelligence (AI) technologies, which are not only enhancing the functionality and user experience of AV systems but are also paving the way for increased automation and integration. These technological advancements have become vital in professional environments, promising to drive efficiency and innovation across various sectors.</w:t>
      </w:r>
      <w:r/>
    </w:p>
    <w:p>
      <w:r/>
      <w:r>
        <w:t>AI's role in AV systems is substantial, with systems now utilising AI algorithms to manage large data sets. This capability allows AV systems to create more personalised and adaptive user interactions. Technologies like voice recognition and natural language processing (NLP) are revolutionising user interactions, allowing for seamless voice commands, simplifying the operation of otherwise complex systems.</w:t>
      </w:r>
      <w:r/>
    </w:p>
    <w:p>
      <w:r/>
      <w:r>
        <w:t>Furthermore, AI-driven analytics are providing profound insights into user behaviour and system performance. Real-time data analysis enables AV professionals to optimise system configurations and pre-emptively troubleshoot potential issues, thereby enhancing the efficiency of operations and prolonging the lifespan of AV hardware by ensuring constant optimal performance.</w:t>
      </w:r>
      <w:r/>
    </w:p>
    <w:p>
      <w:r/>
      <w:r>
        <w:t>AI's impact is also notable in the integration and automation of AV systems. It facilitates a streamlined integration process by automatically detecting and configuring network devices, significantly reducing setup times and minimizing human error—especially important in large-scale projects. In terms of automation, AI can independently perform tasks such as lighting adjustments, temperature control, and multimedia management based on occupancy and event schedules, moving toward environments where systems autonomously anticipate and meet user needs.</w:t>
      </w:r>
      <w:r/>
    </w:p>
    <w:p>
      <w:r/>
      <w:r>
        <w:t>Real-world applications of AI in the AV industry are already evident. Major technology companies like Google and Amazon have integrated AI into smart speakers and displays, establishing them as central devices for domestic automation. In corporate settings, AI-powered AV solutions facilitate the creation of smart conference rooms that adjust lighting, climate, and presentation setups based on participant preferences.</w:t>
      </w:r>
      <w:r/>
    </w:p>
    <w:p>
      <w:r/>
      <w:r>
        <w:t>Public sector applications include AI-driven wayfinding systems in expansive venues that offer real-time foot traffic analysis and dynamic digital signage adjustments for improved crowd management and navigation assistance. These capabilities demonstrate AI's potential to substantially enhance both corporate and public settings.</w:t>
      </w:r>
      <w:r/>
    </w:p>
    <w:p>
      <w:r/>
      <w:r>
        <w:t>For AV professionals, adapting to AI-driven advancements entails a strategic focus on training, implementation, and ongoing innovation. This requires staying abreast of the latest AI developments and understanding their practical applications within the AV industry. Building partnerships with AI vendors who specialise in AV integration can aid in leveraging these technologies effectively. A cautious, step-by-step approach, starting with the integration of AI analytics into existing systems, can help minimise risk while enhancing expertise in AI applications.</w:t>
      </w:r>
      <w:r/>
    </w:p>
    <w:p>
      <w:r/>
      <w:r>
        <w:t>As AI technology continues to evolve, its integration into the AV industry is set to expand. The future promises even greater automation, enriched user experiences, and smarter integration, forecasting AV systems that are more efficient, responsive, and predictive. AV professionals focusing on future AI applications will be integral to unlocking new levels of productivity and innovation.</w:t>
      </w:r>
      <w:r/>
    </w:p>
    <w:p>
      <w:r/>
      <w:r>
        <w:t>In summary, AI is proving to be transformative for the AV industry, offering profound opportunities for growth and enhancement. By optimally integrating AI, AV professionals can deliver state-of-the-art solutions tailored to the evolving needs of modern environments, be they corporate or public.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https://www.chetu.com/blogs/media-entertainment/ai-technologies-transform-audio-visual-industry.php</w:t>
        </w:r>
      </w:hyperlink>
      <w:r>
        <w:t xml:space="preserve"> - This article explains how AI and Machine Learning are transforming the AV industry by automating processes, driving productivity and engagement, and trimming costs. It highlights applications such as personalized content delivery, intelligent room systems, and predictive maintenance.</w:t>
      </w:r>
      <w:r/>
    </w:p>
    <w:p>
      <w:pPr>
        <w:pStyle w:val="ListNumber"/>
        <w:spacing w:line="240" w:lineRule="auto"/>
        <w:ind w:left="720"/>
      </w:pPr>
      <w:r/>
      <w:hyperlink r:id="rId11">
        <w:r>
          <w:rPr>
            <w:color w:val="0000EE"/>
            <w:u w:val="single"/>
          </w:rPr>
          <w:t>https://infiniteaudiovisual.com/how-ai-is-transforming-the-av-industry/</w:t>
        </w:r>
      </w:hyperlink>
      <w:r>
        <w:t xml:space="preserve"> - This source details how AI is revolutionizing AV rooms with adaptive lighting and climate control, predictive maintenance, and intuitive gesture and voice control, making AV experiences more efficient and user-friendly.</w:t>
      </w:r>
      <w:r/>
    </w:p>
    <w:p>
      <w:pPr>
        <w:pStyle w:val="ListNumber"/>
        <w:spacing w:line="240" w:lineRule="auto"/>
        <w:ind w:left="720"/>
      </w:pPr>
      <w:r/>
      <w:hyperlink r:id="rId12">
        <w:r>
          <w:rPr>
            <w:color w:val="0000EE"/>
            <w:u w:val="single"/>
          </w:rPr>
          <w:t>https://www.trinitydynamics.net/how-ai-is-shaking-up-the-av-industry/</w:t>
        </w:r>
      </w:hyperlink>
      <w:r>
        <w:t xml:space="preserve"> - This article discusses how AI is enhancing productivity in the AV industry through AI-powered meeting assistants, improving security with biometric systems, and providing a seamless user experience with voice control and intelligent background noise cancellation.</w:t>
      </w:r>
      <w:r/>
    </w:p>
    <w:p>
      <w:pPr>
        <w:pStyle w:val="ListNumber"/>
        <w:spacing w:line="240" w:lineRule="auto"/>
        <w:ind w:left="720"/>
      </w:pPr>
      <w:r/>
      <w:hyperlink r:id="rId13">
        <w:r>
          <w:rPr>
            <w:color w:val="0000EE"/>
            <w:u w:val="single"/>
          </w:rPr>
          <w:t>https://xchange.avixa.org/posts/the-role-of-artificial-intelligence-ai-in-transforming-av-experiences</w:t>
        </w:r>
      </w:hyperlink>
      <w:r>
        <w:t xml:space="preserve"> - This post explains how AI is transforming content creation, enhancing audio and video processing, enabling intelligent automation and control, personalizing user experiences, and optimizing maintenance and diagnostics in the AV industry.</w:t>
      </w:r>
      <w:r/>
    </w:p>
    <w:p>
      <w:pPr>
        <w:pStyle w:val="ListNumber"/>
        <w:spacing w:line="240" w:lineRule="auto"/>
        <w:ind w:left="720"/>
      </w:pPr>
      <w:r/>
      <w:hyperlink r:id="rId14">
        <w:r>
          <w:rPr>
            <w:color w:val="0000EE"/>
            <w:u w:val="single"/>
          </w:rPr>
          <w:t>https://xchange.avixa.org/posts/ai-s-impact-on-the-av-industry</w:t>
        </w:r>
      </w:hyperlink>
      <w:r>
        <w:t xml:space="preserve"> - This article highlights AI's impact on the AV industry, including intelligent lighting systems, automated sound mixing, and the automation of processes to reduce costs and improve productivity.</w:t>
      </w:r>
      <w:r/>
    </w:p>
    <w:p>
      <w:pPr>
        <w:pStyle w:val="ListNumber"/>
        <w:spacing w:line="240" w:lineRule="auto"/>
        <w:ind w:left="720"/>
      </w:pPr>
      <w:r/>
      <w:hyperlink r:id="rId10">
        <w:r>
          <w:rPr>
            <w:color w:val="0000EE"/>
            <w:u w:val="single"/>
          </w:rPr>
          <w:t>https://www.chetu.com/blogs/media-entertainment/ai-technologies-transform-audio-visual-industry.php</w:t>
        </w:r>
      </w:hyperlink>
      <w:r>
        <w:t xml:space="preserve"> - This source discusses the integration of AI in AV systems for managing large data sets, creating personalized and adaptive user interactions, and optimizing system configurations and troubleshooting potential issues.</w:t>
      </w:r>
      <w:r/>
    </w:p>
    <w:p>
      <w:pPr>
        <w:pStyle w:val="ListNumber"/>
        <w:spacing w:line="240" w:lineRule="auto"/>
        <w:ind w:left="720"/>
      </w:pPr>
      <w:r/>
      <w:hyperlink r:id="rId11">
        <w:r>
          <w:rPr>
            <w:color w:val="0000EE"/>
            <w:u w:val="single"/>
          </w:rPr>
          <w:t>https://infiniteaudiovisual.com/how-ai-is-transforming-the-av-industry/</w:t>
        </w:r>
      </w:hyperlink>
      <w:r>
        <w:t xml:space="preserve"> - This article explains how AI facilitates the integration and automation of AV systems by automatically detecting and configuring network devices and performing tasks like lighting adjustments and multimedia management.</w:t>
      </w:r>
      <w:r/>
    </w:p>
    <w:p>
      <w:pPr>
        <w:pStyle w:val="ListNumber"/>
        <w:spacing w:line="240" w:lineRule="auto"/>
        <w:ind w:left="720"/>
      </w:pPr>
      <w:r/>
      <w:hyperlink r:id="rId12">
        <w:r>
          <w:rPr>
            <w:color w:val="0000EE"/>
            <w:u w:val="single"/>
          </w:rPr>
          <w:t>https://www.trinitydynamics.net/how-ai-is-shaking-up-the-av-industry/</w:t>
        </w:r>
      </w:hyperlink>
      <w:r>
        <w:t xml:space="preserve"> - This source provides examples of real-world applications of AI in the AV industry, such as smart conference rooms and AI-driven wayfinding systems in public venues.</w:t>
      </w:r>
      <w:r/>
    </w:p>
    <w:p>
      <w:pPr>
        <w:pStyle w:val="ListNumber"/>
        <w:spacing w:line="240" w:lineRule="auto"/>
        <w:ind w:left="720"/>
      </w:pPr>
      <w:r/>
      <w:hyperlink r:id="rId13">
        <w:r>
          <w:rPr>
            <w:color w:val="0000EE"/>
            <w:u w:val="single"/>
          </w:rPr>
          <w:t>https://xchange.avixa.org/posts/the-role-of-artificial-intelligence-ai-in-transforming-av-experiences</w:t>
        </w:r>
      </w:hyperlink>
      <w:r>
        <w:t xml:space="preserve"> - This post emphasizes the importance of training and partnerships for AV professionals to adapt to AI-driven advancements and effectively integrate AI into existing systems.</w:t>
      </w:r>
      <w:r/>
    </w:p>
    <w:p>
      <w:pPr>
        <w:pStyle w:val="ListNumber"/>
        <w:spacing w:line="240" w:lineRule="auto"/>
        <w:ind w:left="720"/>
      </w:pPr>
      <w:r/>
      <w:hyperlink r:id="rId11">
        <w:r>
          <w:rPr>
            <w:color w:val="0000EE"/>
            <w:u w:val="single"/>
          </w:rPr>
          <w:t>https://infiniteaudiovisual.com/how-ai-is-transforming-the-av-industry/</w:t>
        </w:r>
      </w:hyperlink>
      <w:r>
        <w:t xml:space="preserve"> - This article forecasts the future of AI in the AV industry, including greater automation, enriched user experiences, and smarter integration, leading to more efficient and responsive AV systems.</w:t>
      </w:r>
      <w:r/>
    </w:p>
    <w:p>
      <w:pPr>
        <w:pStyle w:val="ListNumber"/>
        <w:spacing w:line="240" w:lineRule="auto"/>
        <w:ind w:left="720"/>
      </w:pPr>
      <w:r/>
      <w:hyperlink r:id="rId12">
        <w:r>
          <w:rPr>
            <w:color w:val="0000EE"/>
            <w:u w:val="single"/>
          </w:rPr>
          <w:t>https://www.trinitydynamics.net/how-ai-is-shaking-up-the-av-industry/</w:t>
        </w:r>
      </w:hyperlink>
      <w:r>
        <w:t xml:space="preserve"> - This source discusses the future integration of AI with augmented reality (AR) and virtual reality (VR) and its potential to enhance content creation and management in the AV industry.</w:t>
      </w:r>
      <w:r/>
    </w:p>
    <w:p>
      <w:pPr>
        <w:pStyle w:val="ListNumber"/>
        <w:spacing w:line="240" w:lineRule="auto"/>
        <w:ind w:left="720"/>
      </w:pPr>
      <w:r/>
      <w:hyperlink r:id="rId15">
        <w:r>
          <w:rPr>
            <w:color w:val="0000EE"/>
            <w:u w:val="single"/>
          </w:rPr>
          <w:t>https://www.avbeat.com/revolutionizing-av-integration-the-ai-advantage/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etu.com/blogs/media-entertainment/ai-technologies-transform-audio-visual-industry.php" TargetMode="External"/><Relationship Id="rId11" Type="http://schemas.openxmlformats.org/officeDocument/2006/relationships/hyperlink" Target="https://infiniteaudiovisual.com/how-ai-is-transforming-the-av-industry/" TargetMode="External"/><Relationship Id="rId12" Type="http://schemas.openxmlformats.org/officeDocument/2006/relationships/hyperlink" Target="https://www.trinitydynamics.net/how-ai-is-shaking-up-the-av-industry/" TargetMode="External"/><Relationship Id="rId13" Type="http://schemas.openxmlformats.org/officeDocument/2006/relationships/hyperlink" Target="https://xchange.avixa.org/posts/the-role-of-artificial-intelligence-ai-in-transforming-av-experiences" TargetMode="External"/><Relationship Id="rId14" Type="http://schemas.openxmlformats.org/officeDocument/2006/relationships/hyperlink" Target="https://xchange.avixa.org/posts/ai-s-impact-on-the-av-industry" TargetMode="External"/><Relationship Id="rId15" Type="http://schemas.openxmlformats.org/officeDocument/2006/relationships/hyperlink" Target="https://www.avbeat.com/revolutionizing-av-integration-the-ai-advant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