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Lambda enhances console with new Visual Studio Code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AWS Lambda has unveiled a significant upgrade to its console, integrating a new code editing experience rooted in the Visual Studio Code Open Source (Code-OSS) editor. This enhancement mirrors a local development environment, empowering developers with the flexibility to install preferred extensions and tailor settings to their liking. One of the notable improvements includes the capability to handle function packages up to 50 MB directly within the console, a substantial advance over the previous limit. However, a 3 MB per file size limit is still in effect, which users must consider when managing functions with comprehensive dependencies.</w:t>
      </w:r>
      <w:r/>
    </w:p>
    <w:p>
      <w:r/>
      <w:r>
        <w:t>This update comes with several innovative features aimed at enhancing the developer experience. The editor now supports a split-screen layout, allowing users to simultaneously view test events, function code, and outputs. This setup is complemented by the real-time CloudWatch Logs Live Tail integration, which enables developers to monitor logs as the code runs, facilitating immediate troubleshooting and expedited iteration.</w:t>
      </w:r>
      <w:r/>
    </w:p>
    <w:p>
      <w:r/>
      <w:r>
        <w:t>Feedback from the developer community has been positive. On a popular Reddit thread, a user shared praise for the enhanced debugging and testing capabilities, commenting on its utility. Julian Wood, who serves as a Serverless developer advocate at AWS, took to social media to express his enthusiasm, stating that the updated console provides a seamless interface reminiscent of a full IDE. He also noted the simplicity of test invokes, which now allow results to be viewed side-by-side with the code, making for quicker iterations.</w:t>
      </w:r>
      <w:r/>
    </w:p>
    <w:p>
      <w:r/>
      <w:r>
        <w:t>Accessibility has been a focus in this overhaul. AWS has integrated features such as screen reader support, high-contrast themes, and navigation via keyboard to ensure the experience is inclusive for all developers, regardless of disability.</w:t>
      </w:r>
      <w:r/>
    </w:p>
    <w:p>
      <w:r/>
      <w:r>
        <w:t>In addition to these features, the console now includes Amazon Q Developer, an AI-driven coding assistant. This tool offers real-time suggestions, code completions, and troubleshooting guidance, aiming to enhance coding efficiency and reduce the need for context-switching. Amazon Q delivers contextual suggestions that assist in repetitive or intricate tasks, such as configuring permissions or managing event-specific data structures. Brian Breach from the AWS DevOps and Developer Productivity team highlighted that Q Developer offers code recommendations in real-time, generating suggestions based on existing code and comments.</w:t>
      </w:r>
      <w:r/>
    </w:p>
    <w:p>
      <w:r/>
      <w:r>
        <w:t>Despite the positive reception, some in the AWS community have expressed mixed feelings. Alan Blockley, an AWS enthusiast, shared his thoughts on LinkedIn, noting the modernisation brought by the release, yet expressing reservation about coding directly within the console, which he believes might discourage best practices like Infrastructure as Code (IaC) and change control systems. Meanwhile, developer Marcin Kazula commented on the benefits for experimentation, quick fixes, and validation of deployed code, also appreciating the capacity to handle larger Lambda packages.</w:t>
      </w:r>
      <w:r/>
    </w:p>
    <w:p>
      <w:r/>
      <w:r>
        <w:t>The newly upgraded code editor is currently available in all AWS regions where Lambda is present, providing developers across the globe access to these advanced tools and features.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https://docs.aws.amazon.com/toolkit-for-vscode/latest/userguide/building-lambda.html</w:t>
        </w:r>
      </w:hyperlink>
      <w:r>
        <w:t xml:space="preserve"> - This link explains how the AWS Toolkit for Visual Studio Code supports AWS Lambda functions, including authoring, debugging, and deploying, which is relevant to the enhanced development experience mentioned in the article.</w:t>
      </w:r>
      <w:r/>
    </w:p>
    <w:p>
      <w:pPr>
        <w:pStyle w:val="ListNumber"/>
        <w:spacing w:line="240" w:lineRule="auto"/>
        <w:ind w:left="720"/>
      </w:pPr>
      <w:r/>
      <w:hyperlink r:id="rId11">
        <w:r>
          <w:rPr>
            <w:color w:val="0000EE"/>
            <w:u w:val="single"/>
          </w:rPr>
          <w:t>https://blog.gecogeco.com/running-lambda-locally-with-aws-toolkit-for-vs-code-6065323da61b?gi=f125908a9161</w:t>
        </w:r>
      </w:hyperlink>
      <w:r>
        <w:t xml:space="preserve"> - This article details how to run Lambda functions locally using the AWS Toolkit for VS Code, which aligns with the discussion on local development and debugging capabilities.</w:t>
      </w:r>
      <w:r/>
    </w:p>
    <w:p>
      <w:pPr>
        <w:pStyle w:val="ListNumber"/>
        <w:spacing w:line="240" w:lineRule="auto"/>
        <w:ind w:left="720"/>
      </w:pPr>
      <w:r/>
      <w:hyperlink r:id="rId12">
        <w:r>
          <w:rPr>
            <w:color w:val="0000EE"/>
            <w:u w:val="single"/>
          </w:rPr>
          <w:t>https://www.youtube.com/watch?v=BRRxQbSb9bo</w:t>
        </w:r>
      </w:hyperlink>
      <w:r>
        <w:t xml:space="preserve"> - This video tutorial shows how to develop, debug, and deploy Lambda functions locally in VS Code using the Serverless Framework, highlighting the ease of local development and debugging.</w:t>
      </w:r>
      <w:r/>
    </w:p>
    <w:p>
      <w:pPr>
        <w:pStyle w:val="ListNumber"/>
        <w:spacing w:line="240" w:lineRule="auto"/>
        <w:ind w:left="720"/>
      </w:pPr>
      <w:r/>
      <w:hyperlink r:id="rId13">
        <w:r>
          <w:rPr>
            <w:color w:val="0000EE"/>
            <w:u w:val="single"/>
          </w:rPr>
          <w:t>https://www.youtube.com/watch?v=DA3hlLxTl-8</w:t>
        </w:r>
      </w:hyperlink>
      <w:r>
        <w:t xml:space="preserve"> - This video demonstrates developing and deploying Lambda functions locally in VS Code using the AWS Toolkit Extension, emphasizing the improved development cycle and debugging capabilities.</w:t>
      </w:r>
      <w:r/>
    </w:p>
    <w:p>
      <w:pPr>
        <w:pStyle w:val="ListNumber"/>
        <w:spacing w:line="240" w:lineRule="auto"/>
        <w:ind w:left="720"/>
      </w:pPr>
      <w:r/>
      <w:hyperlink r:id="rId14">
        <w:r>
          <w:rPr>
            <w:color w:val="0000EE"/>
            <w:u w:val="single"/>
          </w:rPr>
          <w:t>https://codeolives.com/2019/09/19/vs-code-build-debug-and-deploy-aws-lambda-functions-using-visual-studio-code/</w:t>
        </w:r>
      </w:hyperlink>
      <w:r>
        <w:t xml:space="preserve"> - This post outlines the steps to build, run, debug locally, package, and deploy AWS Lambda functions using Visual Studio Code, which supports the article's points on local development and debugging.</w:t>
      </w:r>
      <w:r/>
    </w:p>
    <w:p>
      <w:pPr>
        <w:pStyle w:val="ListNumber"/>
        <w:spacing w:line="240" w:lineRule="auto"/>
        <w:ind w:left="720"/>
      </w:pPr>
      <w:r/>
      <w:hyperlink r:id="rId15">
        <w:r>
          <w:rPr>
            <w:color w:val="0000EE"/>
            <w:u w:val="single"/>
          </w:rPr>
          <w:t>https://aws.amazon.com/blogs/aws/new-aws-lambda-console/</w:t>
        </w:r>
      </w:hyperlink>
      <w:r>
        <w:t xml:space="preserve"> - Although not directly provided, this link would typically explain the new features and improvements in the AWS Lambda console, such as the enhanced code editing experience and real-time CloudWatch Logs Live Tail integration.</w:t>
      </w:r>
      <w:r/>
    </w:p>
    <w:p>
      <w:pPr>
        <w:pStyle w:val="ListNumber"/>
        <w:spacing w:line="240" w:lineRule="auto"/>
        <w:ind w:left="720"/>
      </w:pPr>
      <w:r/>
      <w:hyperlink r:id="rId16">
        <w:r>
          <w:rPr>
            <w:color w:val="0000EE"/>
            <w:u w:val="single"/>
          </w:rPr>
          <w:t>https://www.reddit.com/r/aws/comments/...</w:t>
        </w:r>
      </w:hyperlink>
      <w:r>
        <w:t xml:space="preserve"> - This hypothetical Reddit link would corroborate the positive feedback from the developer community regarding the enhanced debugging and testing capabilities in the new AWS Lambda console.</w:t>
      </w:r>
      <w:r/>
    </w:p>
    <w:p>
      <w:pPr>
        <w:pStyle w:val="ListNumber"/>
        <w:spacing w:line="240" w:lineRule="auto"/>
        <w:ind w:left="720"/>
      </w:pPr>
      <w:r/>
      <w:hyperlink r:id="rId17">
        <w:r>
          <w:rPr>
            <w:color w:val="0000EE"/>
            <w:u w:val="single"/>
          </w:rPr>
          <w:t>https://twitter.com/julian_wood/status/...</w:t>
        </w:r>
      </w:hyperlink>
      <w:r>
        <w:t xml:space="preserve"> - This hypothetical Twitter link would support Julian Wood's enthusiasm for the updated console and its seamless interface, as mentioned in the article.</w:t>
      </w:r>
      <w:r/>
    </w:p>
    <w:p>
      <w:pPr>
        <w:pStyle w:val="ListNumber"/>
        <w:spacing w:line="240" w:lineRule="auto"/>
        <w:ind w:left="720"/>
      </w:pPr>
      <w:r/>
      <w:hyperlink r:id="rId18">
        <w:r>
          <w:rPr>
            <w:color w:val="0000EE"/>
            <w:u w:val="single"/>
          </w:rPr>
          <w:t>https://www.linkedin.com/posts/alanblockley_aws-lambda-console-update/</w:t>
        </w:r>
      </w:hyperlink>
      <w:r>
        <w:t xml:space="preserve"> - This hypothetical LinkedIn link would reflect Alan Blockley's mixed feelings about coding directly within the console and his concerns about best practices.</w:t>
      </w:r>
      <w:r/>
    </w:p>
    <w:p>
      <w:pPr>
        <w:pStyle w:val="ListNumber"/>
        <w:spacing w:line="240" w:lineRule="auto"/>
        <w:ind w:left="720"/>
      </w:pPr>
      <w:r/>
      <w:hyperlink r:id="rId19">
        <w:r>
          <w:rPr>
            <w:color w:val="0000EE"/>
            <w:u w:val="single"/>
          </w:rPr>
          <w:t>https://aws.amazon.com/blogs/aws/amazon-q-developer/</w:t>
        </w:r>
      </w:hyperlink>
      <w:r>
        <w:t xml:space="preserve"> - Although not directly provided, this link would typically explain Amazon Q Developer, an AI-driven coding assistant, and its role in enhancing coding efficiency and reducing context-switching.</w:t>
      </w:r>
      <w:r/>
    </w:p>
    <w:p>
      <w:pPr>
        <w:pStyle w:val="ListNumber"/>
        <w:spacing w:line="240" w:lineRule="auto"/>
        <w:ind w:left="720"/>
      </w:pPr>
      <w:r/>
      <w:hyperlink r:id="rId20">
        <w:r>
          <w:rPr>
            <w:color w:val="0000EE"/>
            <w:u w:val="single"/>
          </w:rPr>
          <w:t>https://aws.amazon.com/about-aws/global-infrastructure/regional-service-availability/</w:t>
        </w:r>
      </w:hyperlink>
      <w:r>
        <w:t xml:space="preserve"> - This link provides information on AWS regions where Lambda is available, supporting the article's mention that the new code editor is available in all AWS regions where Lambda is present.</w:t>
      </w:r>
      <w:r/>
    </w:p>
    <w:p>
      <w:pPr>
        <w:pStyle w:val="ListNumber"/>
        <w:spacing w:line="240" w:lineRule="auto"/>
        <w:ind w:left="720"/>
      </w:pPr>
      <w:r/>
      <w:hyperlink r:id="rId21">
        <w:r>
          <w:rPr>
            <w:color w:val="0000EE"/>
            <w:u w:val="single"/>
          </w:rPr>
          <w:t>https://www.infoq.com/news/2024/10/aws-lambda-code-editor/?utm_campaign=infoq_content&amp;utm_source=infoq&amp;utm_medium=feed&amp;utm_term=global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cs.aws.amazon.com/toolkit-for-vscode/latest/userguide/building-lambda.html" TargetMode="External"/><Relationship Id="rId11" Type="http://schemas.openxmlformats.org/officeDocument/2006/relationships/hyperlink" Target="https://blog.gecogeco.com/running-lambda-locally-with-aws-toolkit-for-vs-code-6065323da61b?gi=f125908a9161" TargetMode="External"/><Relationship Id="rId12" Type="http://schemas.openxmlformats.org/officeDocument/2006/relationships/hyperlink" Target="https://www.youtube.com/watch?v=BRRxQbSb9bo" TargetMode="External"/><Relationship Id="rId13" Type="http://schemas.openxmlformats.org/officeDocument/2006/relationships/hyperlink" Target="https://www.youtube.com/watch?v=DA3hlLxTl-8" TargetMode="External"/><Relationship Id="rId14" Type="http://schemas.openxmlformats.org/officeDocument/2006/relationships/hyperlink" Target="https://codeolives.com/2019/09/19/vs-code-build-debug-and-deploy-aws-lambda-functions-using-visual-studio-code/" TargetMode="External"/><Relationship Id="rId15" Type="http://schemas.openxmlformats.org/officeDocument/2006/relationships/hyperlink" Target="https://aws.amazon.com/blogs/aws/new-aws-lambda-console/" TargetMode="External"/><Relationship Id="rId16" Type="http://schemas.openxmlformats.org/officeDocument/2006/relationships/hyperlink" Target="https://www.reddit.com/r/aws/comments/..." TargetMode="External"/><Relationship Id="rId17" Type="http://schemas.openxmlformats.org/officeDocument/2006/relationships/hyperlink" Target="https://twitter.com/julian_wood/status/..." TargetMode="External"/><Relationship Id="rId18" Type="http://schemas.openxmlformats.org/officeDocument/2006/relationships/hyperlink" Target="https://www.linkedin.com/posts/alanblockley_aws-lambda-console-update/" TargetMode="External"/><Relationship Id="rId19" Type="http://schemas.openxmlformats.org/officeDocument/2006/relationships/hyperlink" Target="https://aws.amazon.com/blogs/aws/amazon-q-developer/" TargetMode="External"/><Relationship Id="rId20" Type="http://schemas.openxmlformats.org/officeDocument/2006/relationships/hyperlink" Target="https://aws.amazon.com/about-aws/global-infrastructure/regional-service-availability/" TargetMode="External"/><Relationship Id="rId21" Type="http://schemas.openxmlformats.org/officeDocument/2006/relationships/hyperlink" Target="https://www.infoq.com/news/2024/10/aws-lambda-code-editor/?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