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Elon Musk's Grok AI and the future of artificial intelligence in various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Elon Musk's Grok AI: A New Era in Medical Analysis?</w:t>
      </w:r>
      <w:r/>
    </w:p>
    <w:p>
      <w:r/>
      <w:r>
        <w:t>Tech entrepreneur Elon Musk has introduced a novel concept of utilising artificial intelligence to advance medical analysis. Musk is encouraging individuals to submit their medical scans to Grok, an AI chatbot, for potential medical insights. Grok's implementation in health care has, however, prompted medical professionals to advise caution. Whilst AI holds promising prospects in diagnostics, experts underscore the importance of human oversight and professional judgement in health matters.</w:t>
      </w:r>
      <w:r/>
    </w:p>
    <w:p>
      <w:r/>
      <w:r>
        <w:rPr>
          <w:b/>
        </w:rPr>
        <w:t>AI-Da: A Robot Artist's Contribution to the Art World</w:t>
      </w:r>
      <w:r/>
    </w:p>
    <w:p>
      <w:r/>
      <w:r>
        <w:t>In a pioneering blend of technology and art, Ai-Da, recognised as the world's first ultra-realistic humanoid robot artist, is expanding boundaries with her artistic creations. One of her latest works, a portrait of Alan Turing, famed for his contributions to computing, is set to be auctioned this month. Ai-Da's art showcases the potential for AI in the cultural domain, challenging conventional perceptions of creativity and authorship.</w:t>
      </w:r>
      <w:r/>
    </w:p>
    <w:p>
      <w:r/>
      <w:r>
        <w:rPr>
          <w:b/>
        </w:rPr>
        <w:t>Hollywood and AI: Robert Downey Jr.'s Stand</w:t>
      </w:r>
      <w:r/>
    </w:p>
    <w:p>
      <w:r/>
      <w:r>
        <w:t>Renowned actor Robert Downey Jr. has taken a firm stance against the unauthorised use of AI in recreating his likeness. As technology progresses, the ethical considerations surrounding the replication of actors' appearances have come to the fore. Downey Jr.'s concerns reflect broader issues within the entertainment industry regarding digital representation and consent.</w:t>
      </w:r>
      <w:r/>
    </w:p>
    <w:p>
      <w:r/>
      <w:r>
        <w:rPr>
          <w:b/>
        </w:rPr>
        <w:t>The xAI Colossus Data Center: A Technological Marvel</w:t>
      </w:r>
      <w:r/>
    </w:p>
    <w:p>
      <w:r/>
      <w:r>
        <w:t>Patrick Kennedy from ServeTheHome has shared insights on the xAI Colossus Data Center on Fox Business' 'The Claman Countdown'. This centre represents a substantial development in AI infrastructure, underpinning the expanding capabilities and potential of artificial intelligence through increased data processing and storage capacities.</w:t>
      </w:r>
      <w:r/>
    </w:p>
    <w:p>
      <w:r/>
      <w:r>
        <w:t>These advancements demonstrate the multifaceted integration of AI into diverse sectors, from healthcare and the arts to entertainment and digital infrastructure. As AI continues to evolve, its applications provoke ongoing discussions about the balance between innovation and ethical practice.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https://www.auntminnie.com/imaging-informatics/artificial-intelligence/article/15707188/elon-musk-invites-submission-of-medical-images-to-xais-grok</w:t>
        </w:r>
      </w:hyperlink>
      <w:r>
        <w:t xml:space="preserve"> - Corroborates Elon Musk's invitation for people to submit medical images to Grok for analysis.</w:t>
      </w:r>
      <w:r/>
    </w:p>
    <w:p>
      <w:pPr>
        <w:pStyle w:val="ListNumber"/>
        <w:spacing w:line="240" w:lineRule="auto"/>
        <w:ind w:left="720"/>
      </w:pPr>
      <w:r/>
      <w:hyperlink r:id="rId11">
        <w:r>
          <w:rPr>
            <w:color w:val="0000EE"/>
            <w:u w:val="single"/>
          </w:rPr>
          <w:t>https://www.fastcompany.com/91218769/elon-musk-wants-you-to-submit-medical-data-to-his-ai-chatbot</w:t>
        </w:r>
      </w:hyperlink>
      <w:r>
        <w:t xml:space="preserve"> - Supports the idea that Elon Musk is encouraging the submission of medical data to his AI chatbot, Grok.</w:t>
      </w:r>
      <w:r/>
    </w:p>
    <w:p>
      <w:pPr>
        <w:pStyle w:val="ListNumber"/>
        <w:spacing w:line="240" w:lineRule="auto"/>
        <w:ind w:left="720"/>
      </w:pPr>
      <w:r/>
      <w:hyperlink r:id="rId12">
        <w:r>
          <w:rPr>
            <w:color w:val="0000EE"/>
            <w:u w:val="single"/>
          </w:rPr>
          <w:t>https://www.foxnews.com/health/elon-musk-wants-people-submit-medical-scans-grok-ai-chatbot</w:t>
        </w:r>
      </w:hyperlink>
      <w:r>
        <w:t xml:space="preserve"> - Details Elon Musk's request for medical scans and the caution advised by medical professionals.</w:t>
      </w:r>
      <w:r/>
    </w:p>
    <w:p>
      <w:pPr>
        <w:pStyle w:val="ListNumber"/>
        <w:spacing w:line="240" w:lineRule="auto"/>
        <w:ind w:left="720"/>
      </w:pPr>
      <w:r/>
      <w:hyperlink r:id="rId13">
        <w:r>
          <w:rPr>
            <w:color w:val="0000EE"/>
            <w:u w:val="single"/>
          </w:rPr>
          <w:t>https://radiologybusiness.com/topics/artificial-intelligence/elon-musk-urges-users-submit-x-ray-pet-and-mr-images-xai-chatbot-grok</w:t>
        </w:r>
      </w:hyperlink>
      <w:r>
        <w:t xml:space="preserve"> - Provides examples of radiologists' responses to Grok's analysis of medical images and highlights the need for improvement.</w:t>
      </w:r>
      <w:r/>
    </w:p>
    <w:p>
      <w:pPr>
        <w:pStyle w:val="ListNumber"/>
        <w:spacing w:line="240" w:lineRule="auto"/>
        <w:ind w:left="720"/>
      </w:pPr>
      <w:r/>
      <w:hyperlink r:id="rId14">
        <w:r>
          <w:rPr>
            <w:color w:val="0000EE"/>
            <w:u w:val="single"/>
          </w:rPr>
          <w:t>https://twitter.com/elonmusk/status/1851206080564773344</w:t>
        </w:r>
      </w:hyperlink>
      <w:r>
        <w:t xml:space="preserve"> - Directly quotes Elon Musk's tweet encouraging users to submit medical images to Grok.</w:t>
      </w:r>
      <w:r/>
    </w:p>
    <w:p>
      <w:pPr>
        <w:pStyle w:val="ListNumber"/>
        <w:spacing w:line="240" w:lineRule="auto"/>
        <w:ind w:left="720"/>
      </w:pPr>
      <w:r/>
      <w:hyperlink r:id="rId12">
        <w:r>
          <w:rPr>
            <w:color w:val="0000EE"/>
            <w:u w:val="single"/>
          </w:rPr>
          <w:t>https://www.foxnews.com/health/elon-musk-wants-people-submit-medical-scans-grok-ai-chatbot</w:t>
        </w:r>
      </w:hyperlink>
      <w:r>
        <w:t xml:space="preserve"> - Emphasizes the importance of human oversight and professional judgement in health matters when using AI.</w:t>
      </w:r>
      <w:r/>
    </w:p>
    <w:p>
      <w:pPr>
        <w:pStyle w:val="ListNumber"/>
        <w:spacing w:line="240" w:lineRule="auto"/>
        <w:ind w:left="720"/>
      </w:pPr>
      <w:r/>
      <w:hyperlink r:id="rId13">
        <w:r>
          <w:rPr>
            <w:color w:val="0000EE"/>
            <w:u w:val="single"/>
          </w:rPr>
          <w:t>https://radiologybusiness.com/topics/artificial-intelligence/elon-musk-urges-users-submit-x-ray-pet-and-mr-images-xai-chatbot-grok</w:t>
        </w:r>
      </w:hyperlink>
      <w:r>
        <w:t xml:space="preserve"> - Highlights the mixed results from medical professionals testing Grok with various medical images.</w:t>
      </w:r>
      <w:r/>
    </w:p>
    <w:p>
      <w:pPr>
        <w:pStyle w:val="ListNumber"/>
        <w:spacing w:line="240" w:lineRule="auto"/>
        <w:ind w:left="720"/>
      </w:pPr>
      <w:r/>
      <w:hyperlink r:id="rId10">
        <w:r>
          <w:rPr>
            <w:color w:val="0000EE"/>
            <w:u w:val="single"/>
          </w:rPr>
          <w:t>https://www.auntminnie.com/imaging-informatics/artificial-intelligence/article/15707188/elon-musk-invites-submission-of-medical-images-to-xais-grok</w:t>
        </w:r>
      </w:hyperlink>
      <w:r>
        <w:t xml:space="preserve"> - Mentions the early stage and potential accuracy of Grok in medical analysis.</w:t>
      </w:r>
      <w:r/>
    </w:p>
    <w:p>
      <w:pPr>
        <w:pStyle w:val="ListNumber"/>
        <w:spacing w:line="240" w:lineRule="auto"/>
        <w:ind w:left="720"/>
      </w:pPr>
      <w:r/>
      <w:hyperlink r:id="rId12">
        <w:r>
          <w:rPr>
            <w:color w:val="0000EE"/>
            <w:u w:val="single"/>
          </w:rPr>
          <w:t>https://www.foxnews.com/health/elon-musk-wants-people-submit-medical-scans-grok-ai-chatbot</w:t>
        </w:r>
      </w:hyperlink>
      <w:r>
        <w:t xml:space="preserve"> - Quotes medical experts on the future role of AI in medicine and the need for caution.</w:t>
      </w:r>
      <w:r/>
    </w:p>
    <w:p>
      <w:pPr>
        <w:pStyle w:val="ListNumber"/>
        <w:spacing w:line="240" w:lineRule="auto"/>
        <w:ind w:left="720"/>
      </w:pPr>
      <w:r/>
      <w:hyperlink r:id="rId13">
        <w:r>
          <w:rPr>
            <w:color w:val="0000EE"/>
            <w:u w:val="single"/>
          </w:rPr>
          <w:t>https://radiologybusiness.com/topics/artificial-intelligence/elon-musk-urges-users-submit-x-ray-pet-and-mr-images-xai-chatbot-grok</w:t>
        </w:r>
      </w:hyperlink>
      <w:r>
        <w:t xml:space="preserve"> - Discusses the limitations and potential improvements of Grok in diagnosing medical conditions.</w:t>
      </w:r>
      <w:r/>
    </w:p>
    <w:p>
      <w:pPr>
        <w:pStyle w:val="ListNumber"/>
        <w:spacing w:line="240" w:lineRule="auto"/>
        <w:ind w:left="720"/>
      </w:pPr>
      <w:r/>
      <w:hyperlink r:id="rId15">
        <w:r>
          <w:rPr>
            <w:color w:val="0000EE"/>
            <w:u w:val="single"/>
          </w:rPr>
          <w:t>https://www.foxnews.com/tech/fox-news-ai-newsletter-medical-advice-from-chatbot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ntminnie.com/imaging-informatics/artificial-intelligence/article/15707188/elon-musk-invites-submission-of-medical-images-to-xais-grok" TargetMode="External"/><Relationship Id="rId11" Type="http://schemas.openxmlformats.org/officeDocument/2006/relationships/hyperlink" Target="https://www.fastcompany.com/91218769/elon-musk-wants-you-to-submit-medical-data-to-his-ai-chatbot" TargetMode="External"/><Relationship Id="rId12" Type="http://schemas.openxmlformats.org/officeDocument/2006/relationships/hyperlink" Target="https://www.foxnews.com/health/elon-musk-wants-people-submit-medical-scans-grok-ai-chatbot" TargetMode="External"/><Relationship Id="rId13" Type="http://schemas.openxmlformats.org/officeDocument/2006/relationships/hyperlink" Target="https://radiologybusiness.com/topics/artificial-intelligence/elon-musk-urges-users-submit-x-ray-pet-and-mr-images-xai-chatbot-grok" TargetMode="External"/><Relationship Id="rId14" Type="http://schemas.openxmlformats.org/officeDocument/2006/relationships/hyperlink" Target="https://twitter.com/elonmusk/status/1851206080564773344" TargetMode="External"/><Relationship Id="rId15" Type="http://schemas.openxmlformats.org/officeDocument/2006/relationships/hyperlink" Target="https://www.foxnews.com/tech/fox-news-ai-newsletter-medical-advice-from-chatb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