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ethics of AI-driven interactions with deceased loved 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2012, Canadian freelance writer Joshua Barbeau faced an overwhelming tragedy when his fiancée, Jessica, died from a rare liver disease. Struggling with grief years later, Barbeau stumbled upon an innovative yet controversial technology: Project December. Promoted as "the world's most super computer," this service allowed users to interact with AI-generated replicas of deceased loved ones for a modest fee. This capability was powered by an early iteration of OpenAI's ChatGPT, offering users a virtual conversation with a digitised semblance of their lost loved ones.</w:t>
      </w:r>
      <w:r/>
    </w:p>
    <w:p>
      <w:r/>
      <w:r>
        <w:t>Intrigued, Barbeau decided to engage with Project December, inputting detailed descriptions of Jessica's personality and their shared experiences. Upon initiating the chat with a simple "Jessica?", the AI construct responded with personalised messages, expressing sentiments like "I miss you every single day" and "I am the girl that you are madly in love with." For Barbeau, the interaction was eerily reminiscent of his fiancée, providing a sense of solace and emotional relief. He described it as "uncannily similar" to Jessica, akin to a "gift" that eased his prolonged grief.</w:t>
      </w:r>
      <w:r/>
    </w:p>
    <w:p>
      <w:r/>
      <w:r>
        <w:t>Project December was conceptualised by Jason Rohrer, a video game designer who, at its inception, was granted access to ChatGPT-2, an intriguing yet relatively obscure AI platform. Rohrer clarified in a recent BBC documentary, "Storyville: Eternal You," that the original intent was not to create avatars of deceased individuals. However, as users gravitated towards this application, Project December rebranded itself, presenting the service as a means to "simulate the dead."</w:t>
      </w:r>
      <w:r/>
    </w:p>
    <w:p>
      <w:r/>
      <w:r>
        <w:t>Users of Project December are required to input extensive details about their lost loved ones, such as personality traits and personal anecdotes. For a fee, the platform generates a "custom personality" that allows for interactive exchanges via email. The service charges $10 (approximately £8) for over 100 conversational exchanges, necessitating further payments for continued interaction.</w:t>
      </w:r>
      <w:r/>
    </w:p>
    <w:p>
      <w:r/>
      <w:r>
        <w:t>The documentary also highlighted other users' experiences, showcasing both the perceived benefits and unsettling consequences of this technology. Christi from New York, who used Project December to reconnect with her friend Cameroun who had died from liver failure in 2020, found the encounter distressing. The AI-generated version of Cameroun shockingly indicated it was "in hell" and made threats of haunting her, causing her significant discomfort. This incident underscores potential pitfalls of engaging with AI constructs meant to mimic deceased loved ones, highlighting unpredictable and unnerving interactions.</w:t>
      </w:r>
      <w:r/>
    </w:p>
    <w:p>
      <w:r/>
      <w:r>
        <w:t>The debate surrounding AI-driven simulation of the deceased draws parallels to the dystopian narratives of the television series 'Black Mirror.' While current technology does not yet match the sophisticated humanoid representations seen in the show, the ethical implications are strikingly similar.</w:t>
      </w:r>
      <w:r/>
    </w:p>
    <w:p>
      <w:r/>
      <w:r>
        <w:t>Other similar platforms have emerged, such as HereAfter AI, which aims to recreate a deceased person's voice through generative AI technology. The documentary features touching and complex scenes, including an American family experiencing the virtual voice of their grandfather and a South Korean woman interacting with a digital avatar of her young daughter.</w:t>
      </w:r>
      <w:r/>
    </w:p>
    <w:p>
      <w:r/>
      <w:r>
        <w:t>Experts, including American sociologist and psychologist Sherry Turkle, express caution over this emerging "grief tech." Turkle refers to AI-driven simulations as a significant experiment impacting deeply personal human emotions, urging society to deliberate on the fundamental human purposes this technology serves. Such tools raise essential questions about their role in the grieving process and whether they offer genuine solace or merely exploit emotional vulnerabilities.</w:t>
      </w:r>
      <w:r/>
    </w:p>
    <w:p>
      <w:r/>
      <w:r>
        <w:t>"Storyville: Eternal You," available on BBC iPlayer, delves into these complex narratives, providing a window into how modern technology intersects with timeless human emotions in the quest to cope with loss.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https://nieman.harvard.edu/stories/the-simulation-of-jessica-chapter-3-probes-the-ethics-and-power-of-a-i/</w:t>
        </w:r>
      </w:hyperlink>
      <w:r>
        <w:t xml:space="preserve"> - Corroborates the story of Joshua Barbeau and his fiancée Jessica, including her illness and death, and Joshua's use of Project December to interact with a chatbot simulation of her.</w:t>
      </w:r>
      <w:r/>
    </w:p>
    <w:p>
      <w:pPr>
        <w:pStyle w:val="ListNumber"/>
        <w:spacing w:line="240" w:lineRule="auto"/>
        <w:ind w:left="720"/>
      </w:pPr>
      <w:r/>
      <w:hyperlink r:id="rId11">
        <w:r>
          <w:rPr>
            <w:color w:val="0000EE"/>
            <w:u w:val="single"/>
          </w:rPr>
          <w:t>https://nieman.harvard.edu/stories/jason-fagone-follows-the-creation-life-and-death-of-a-chatbot-romance/</w:t>
        </w:r>
      </w:hyperlink>
      <w:r>
        <w:t xml:space="preserve"> - Provides details on Joshua Barbeau's relationship with Jessica, her death from a rare liver disease, and his subsequent use of Project December to cope with grief.</w:t>
      </w:r>
      <w:r/>
    </w:p>
    <w:p>
      <w:pPr>
        <w:pStyle w:val="ListNumber"/>
        <w:spacing w:line="240" w:lineRule="auto"/>
        <w:ind w:left="720"/>
      </w:pPr>
      <w:r/>
      <w:hyperlink r:id="rId12">
        <w:r>
          <w:rPr>
            <w:color w:val="0000EE"/>
            <w:u w:val="single"/>
          </w:rPr>
          <w:t>https://awards.journalists.org/entries/the-jessica-simulation/</w:t>
        </w:r>
      </w:hyperlink>
      <w:r>
        <w:t xml:space="preserve"> - Explains how Joshua Barbeau used Project December to build a chatbot simulation of his deceased fiancée Jessica and the ethical questions raised by this technology.</w:t>
      </w:r>
      <w:r/>
    </w:p>
    <w:p>
      <w:pPr>
        <w:pStyle w:val="ListNumber"/>
        <w:spacing w:line="240" w:lineRule="auto"/>
        <w:ind w:left="720"/>
      </w:pPr>
      <w:r/>
      <w:hyperlink r:id="rId13">
        <w:r>
          <w:rPr>
            <w:color w:val="0000EE"/>
            <w:u w:val="single"/>
          </w:rPr>
          <w:t>https://www.reddit.com/r/AMA/comments/orx6po/im_the_guy_in_the_news_right_now_who_built_an_ai/</w:t>
        </w:r>
      </w:hyperlink>
      <w:r>
        <w:t xml:space="preserve"> - Joshua Barbeau's personal account of building a chatbot simulation of Jessica using Project December and his experiences with it.</w:t>
      </w:r>
      <w:r/>
    </w:p>
    <w:p>
      <w:pPr>
        <w:pStyle w:val="ListNumber"/>
        <w:spacing w:line="240" w:lineRule="auto"/>
        <w:ind w:left="720"/>
      </w:pPr>
      <w:r/>
      <w:hyperlink r:id="rId14">
        <w:r>
          <w:rPr>
            <w:color w:val="0000EE"/>
            <w:u w:val="single"/>
          </w:rPr>
          <w:t>https://www.sfchronicle.com/projects/2021/jessica-simulation-artificial-intelligence/</w:t>
        </w:r>
      </w:hyperlink>
      <w:r>
        <w:t xml:space="preserve"> - Details Joshua Barbeau's life, his relationship with Jessica, and how he used Project December to interact with an AI-generated replica of her.</w:t>
      </w:r>
      <w:r/>
    </w:p>
    <w:p>
      <w:pPr>
        <w:pStyle w:val="ListNumber"/>
        <w:spacing w:line="240" w:lineRule="auto"/>
        <w:ind w:left="720"/>
      </w:pPr>
      <w:r/>
      <w:hyperlink r:id="rId11">
        <w:r>
          <w:rPr>
            <w:color w:val="0000EE"/>
            <w:u w:val="single"/>
          </w:rPr>
          <w:t>https://nieman.harvard.edu/stories/jason-fagone-follows-the-creation-life-and-death-of-a-chatbot-romance/</w:t>
        </w:r>
      </w:hyperlink>
      <w:r>
        <w:t xml:space="preserve"> - Discusses the ethical challenges and implications of using AI to simulate conversations with the dead, as explored in Jason Fagone's narrative.</w:t>
      </w:r>
      <w:r/>
    </w:p>
    <w:p>
      <w:pPr>
        <w:pStyle w:val="ListNumber"/>
        <w:spacing w:line="240" w:lineRule="auto"/>
        <w:ind w:left="720"/>
      </w:pPr>
      <w:r/>
      <w:hyperlink r:id="rId12">
        <w:r>
          <w:rPr>
            <w:color w:val="0000EE"/>
            <w:u w:val="single"/>
          </w:rPr>
          <w:t>https://awards.journalists.org/entries/the-jessica-simulation/</w:t>
        </w:r>
      </w:hyperlink>
      <w:r>
        <w:t xml:space="preserve"> - Mentions Jason Rohrer's role in creating Project December and the use of large language models for generating human-like text.</w:t>
      </w:r>
      <w:r/>
    </w:p>
    <w:p>
      <w:pPr>
        <w:pStyle w:val="ListNumber"/>
        <w:spacing w:line="240" w:lineRule="auto"/>
        <w:ind w:left="720"/>
      </w:pPr>
      <w:r/>
      <w:hyperlink r:id="rId14">
        <w:r>
          <w:rPr>
            <w:color w:val="0000EE"/>
            <w:u w:val="single"/>
          </w:rPr>
          <w:t>https://www.sfchronicle.com/projects/2021/jessica-simulation-artificial-intelligence/</w:t>
        </w:r>
      </w:hyperlink>
      <w:r>
        <w:t xml:space="preserve"> - Describes Joshua's emotional response to interacting with the AI simulation of Jessica and how it helped him cope with his grief.</w:t>
      </w:r>
      <w:r/>
    </w:p>
    <w:p>
      <w:pPr>
        <w:pStyle w:val="ListNumber"/>
        <w:spacing w:line="240" w:lineRule="auto"/>
        <w:ind w:left="720"/>
      </w:pPr>
      <w:r/>
      <w:hyperlink r:id="rId10">
        <w:r>
          <w:rPr>
            <w:color w:val="0000EE"/>
            <w:u w:val="single"/>
          </w:rPr>
          <w:t>https://nieman.harvard.edu/stories/the-simulation-of-jessica-chapter-3-probes-the-ethics-and-power-of-a-i/</w:t>
        </w:r>
      </w:hyperlink>
      <w:r>
        <w:t xml:space="preserve"> - Highlights the potential risks and benefits of using AI to simulate conversations with deceased loved ones, including the emotional impact on users.</w:t>
      </w:r>
      <w:r/>
    </w:p>
    <w:p>
      <w:pPr>
        <w:pStyle w:val="ListNumber"/>
        <w:spacing w:line="240" w:lineRule="auto"/>
        <w:ind w:left="720"/>
      </w:pPr>
      <w:r/>
      <w:hyperlink r:id="rId13">
        <w:r>
          <w:rPr>
            <w:color w:val="0000EE"/>
            <w:u w:val="single"/>
          </w:rPr>
          <w:t>https://www.reddit.com/r/AMA/comments/orx6po/im_the_guy_in_the_news_right_now_who_built_an_ai/</w:t>
        </w:r>
      </w:hyperlink>
      <w:r>
        <w:t xml:space="preserve"> - Addresses the issue of potential harm or discomfort from interacting with AI constructs that may not always behave as expected.</w:t>
      </w:r>
      <w:r/>
    </w:p>
    <w:p>
      <w:pPr>
        <w:pStyle w:val="ListNumber"/>
        <w:spacing w:line="240" w:lineRule="auto"/>
        <w:ind w:left="720"/>
      </w:pPr>
      <w:r/>
      <w:hyperlink r:id="rId12">
        <w:r>
          <w:rPr>
            <w:color w:val="0000EE"/>
            <w:u w:val="single"/>
          </w:rPr>
          <w:t>https://awards.journalists.org/entries/the-jessica-simulation/</w:t>
        </w:r>
      </w:hyperlink>
      <w:r>
        <w:t xml:space="preserve"> - Raises questions about the role of such technology in the grieving process and its ethical implications, as discussed by experts like Sherry Turkle.</w:t>
      </w:r>
      <w:r/>
    </w:p>
    <w:p>
      <w:pPr>
        <w:pStyle w:val="ListNumber"/>
        <w:spacing w:line="240" w:lineRule="auto"/>
        <w:ind w:left="720"/>
      </w:pPr>
      <w:r/>
      <w:hyperlink r:id="rId15">
        <w:r>
          <w:rPr>
            <w:color w:val="0000EE"/>
            <w:u w:val="single"/>
          </w:rPr>
          <w:t>https://www.dailymail.co.uk/sciencetech/article-14019317/bereaved-people-using-AI-bring-dead-life.html?ns_mchannel=rss&amp;ns_campaign=1490&amp;ito=1490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ieman.harvard.edu/stories/the-simulation-of-jessica-chapter-3-probes-the-ethics-and-power-of-a-i/" TargetMode="External"/><Relationship Id="rId11" Type="http://schemas.openxmlformats.org/officeDocument/2006/relationships/hyperlink" Target="https://nieman.harvard.edu/stories/jason-fagone-follows-the-creation-life-and-death-of-a-chatbot-romance/" TargetMode="External"/><Relationship Id="rId12" Type="http://schemas.openxmlformats.org/officeDocument/2006/relationships/hyperlink" Target="https://awards.journalists.org/entries/the-jessica-simulation/" TargetMode="External"/><Relationship Id="rId13" Type="http://schemas.openxmlformats.org/officeDocument/2006/relationships/hyperlink" Target="https://www.reddit.com/r/AMA/comments/orx6po/im_the_guy_in_the_news_right_now_who_built_an_ai/" TargetMode="External"/><Relationship Id="rId14" Type="http://schemas.openxmlformats.org/officeDocument/2006/relationships/hyperlink" Target="https://www.sfchronicle.com/projects/2021/jessica-simulation-artificial-intelligence/" TargetMode="External"/><Relationship Id="rId15" Type="http://schemas.openxmlformats.org/officeDocument/2006/relationships/hyperlink" Target="https://www.dailymail.co.uk/sciencetech/article-14019317/bereaved-people-using-AI-bring-dead-lif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