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expands AI Overview feature for enhanced search experience worldwide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Google has significantly expanded its AI Overview feature within its search engine, making it accessible in over 100 countries and supporting multiple languages, including English, Hindi, Indonesian, Japanese, Portuguese, and Spanish. This extension marks a pivotal movement in Google's efforts to integrate artificial intelligence into its search functionalities, offering enhanced search experiences for users globally. </w:t>
      </w:r>
      <w:r/>
    </w:p>
    <w:p>
      <w:r/>
      <w:r>
        <w:t>AI Overviews harness generative AI, a sophisticated type of artificial intelligence that identifies patterns and structures from its training data to produce novel outputs. These capabilities are intended to streamline the search process, making it easier for users to find the information they need while simultaneously uncovering opportunities for publishers, businesses, and creators by facilitating greater connectivity across the web.</w:t>
      </w:r>
      <w:r/>
    </w:p>
    <w:p>
      <w:r/>
      <w:r>
        <w:t>Since its initial launch in May and expansion beyond the United States in August, the use of AI Overviews has grown, with the feature now serving over one billion users monthly. According to Srinivasan (Cheenu) Venkatachary, Google's Vice President of Search Quality, user feedback has been overwhelmingly positive. "People prefer using Search with AI Overviews, and they find their search results more helpful," Venkatachary noted.</w:t>
      </w:r>
      <w:r/>
    </w:p>
    <w:p>
      <w:r/>
      <w:r>
        <w:t>A key component of AI Overviews is their ability to highlight content from various publishers, businesses, and creators. Since May, Google has implemented prominent methods to display relevant website links within AI Overviews. These include a right-hand link display on desktop and a similar interface on mobile devices, where users can access link options by tapping the site icons in the top right corner. Additionally, the integration of in-line links directly within the AI Overview text has reportedly increased traffic to support websites compared to prior designs, Venkatachary added.</w:t>
      </w:r>
      <w:r/>
    </w:p>
    <w:p>
      <w:r/>
      <w:r>
        <w:t>Advertising remains an integral part of Google's business model. The updated search results, featuring AI Overviews, continue to present ads in dedicated slots on the search page, with clear labelling to distinguish organic content from sponsored results. Recently, Google has begun showing ads within AI Overviews for relevant mobile queries in the United States, aiming to better connect users with beneficial products and brands relevant to their search interests.</w:t>
      </w:r>
      <w:r/>
    </w:p>
    <w:p>
      <w:r/>
      <w:r>
        <w:t>With this expansion, Google reaffirms its commitment to enhancing the search experience through innovative AI-driven solutions, providing users with more intuitive and efficient access to information while simultaneously supporting content creators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https://www.techopedia.com/news/google-confirms-expansion-of-ai-overview-to-more-than-100-countries</w:t>
        </w:r>
      </w:hyperlink>
      <w:r>
        <w:t xml:space="preserve"> - Corroborates the expansion of Google's AI Overview feature to over 100 countries.</w:t>
      </w:r>
      <w:r/>
    </w:p>
    <w:p>
      <w:pPr>
        <w:pStyle w:val="ListNumber"/>
        <w:spacing w:line="240" w:lineRule="auto"/>
        <w:ind w:left="720"/>
      </w:pPr>
      <w:r/>
      <w:hyperlink r:id="rId11">
        <w:r>
          <w:rPr>
            <w:color w:val="0000EE"/>
            <w:u w:val="single"/>
          </w:rPr>
          <w:t>https://www.yardstick.live/blog/latest-news-articles-in-ai/google-expands-ai-overview-feature-in-search-to-over-100-countries</w:t>
        </w:r>
      </w:hyperlink>
      <w:r>
        <w:t xml:space="preserve"> - Supports the global expansion of AI Overviews to more than 100 countries and territories.</w:t>
      </w:r>
      <w:r/>
    </w:p>
    <w:p>
      <w:pPr>
        <w:pStyle w:val="ListNumber"/>
        <w:spacing w:line="240" w:lineRule="auto"/>
        <w:ind w:left="720"/>
      </w:pPr>
      <w:r/>
      <w:hyperlink r:id="rId12">
        <w:r>
          <w:rPr>
            <w:color w:val="0000EE"/>
            <w:u w:val="single"/>
          </w:rPr>
          <w:t>https://www.searchenginejournal.com/google-search-expands-ai-overviews-globally/524536/</w:t>
        </w:r>
      </w:hyperlink>
      <w:r>
        <w:t xml:space="preserve"> - Details the expansion of AI Overviews beyond the United States to six new countries and the support for local languages.</w:t>
      </w:r>
      <w:r/>
    </w:p>
    <w:p>
      <w:pPr>
        <w:pStyle w:val="ListNumber"/>
        <w:spacing w:line="240" w:lineRule="auto"/>
        <w:ind w:left="720"/>
      </w:pPr>
      <w:r/>
      <w:hyperlink r:id="rId13">
        <w:r>
          <w:rPr>
            <w:color w:val="0000EE"/>
            <w:u w:val="single"/>
          </w:rPr>
          <w:t>https://searchengineland.com/google-ai-overviews-gains-new-citations-and-links-plus-more-445211</w:t>
        </w:r>
      </w:hyperlink>
      <w:r>
        <w:t xml:space="preserve"> - Explains the new features of AI Overviews, including the display of relevant website links on desktop and mobile devices.</w:t>
      </w:r>
      <w:r/>
    </w:p>
    <w:p>
      <w:pPr>
        <w:pStyle w:val="ListNumber"/>
        <w:spacing w:line="240" w:lineRule="auto"/>
        <w:ind w:left="720"/>
      </w:pPr>
      <w:r/>
      <w:hyperlink r:id="rId13">
        <w:r>
          <w:rPr>
            <w:color w:val="0000EE"/>
            <w:u w:val="single"/>
          </w:rPr>
          <w:t>https://searchengineland.com/google-ai-overviews-gains-new-citations-and-links-plus-more-445211</w:t>
        </w:r>
      </w:hyperlink>
      <w:r>
        <w:t xml:space="preserve"> - Discusses the integration of in-line links within AI Overview text and its impact on traffic to supporting websites.</w:t>
      </w:r>
      <w:r/>
    </w:p>
    <w:p>
      <w:pPr>
        <w:pStyle w:val="ListNumber"/>
        <w:spacing w:line="240" w:lineRule="auto"/>
        <w:ind w:left="720"/>
      </w:pPr>
      <w:r/>
      <w:hyperlink r:id="rId12">
        <w:r>
          <w:rPr>
            <w:color w:val="0000EE"/>
            <w:u w:val="single"/>
          </w:rPr>
          <w:t>https://www.searchenginejournal.com/google-search-expands-ai-overviews-globally/524536/</w:t>
        </w:r>
      </w:hyperlink>
      <w:r>
        <w:t xml:space="preserve"> - Mentions user feedback and the positive reception of AI Overviews, aligning with Venkatachary's comments on user preference.</w:t>
      </w:r>
      <w:r/>
    </w:p>
    <w:p>
      <w:pPr>
        <w:pStyle w:val="ListNumber"/>
        <w:spacing w:line="240" w:lineRule="auto"/>
        <w:ind w:left="720"/>
      </w:pPr>
      <w:r/>
      <w:hyperlink r:id="rId13">
        <w:r>
          <w:rPr>
            <w:color w:val="0000EE"/>
            <w:u w:val="single"/>
          </w:rPr>
          <w:t>https://searchengineland.com/google-ai-overviews-gains-new-citations-and-links-plus-more-445211</w:t>
        </w:r>
      </w:hyperlink>
      <w:r>
        <w:t xml:space="preserve"> - Describes the methods to display relevant website links within AI Overviews, including right-hand link displays and mobile interfaces.</w:t>
      </w:r>
      <w:r/>
    </w:p>
    <w:p>
      <w:pPr>
        <w:pStyle w:val="ListNumber"/>
        <w:spacing w:line="240" w:lineRule="auto"/>
        <w:ind w:left="720"/>
      </w:pPr>
      <w:r/>
      <w:hyperlink r:id="rId12">
        <w:r>
          <w:rPr>
            <w:color w:val="0000EE"/>
            <w:u w:val="single"/>
          </w:rPr>
          <w:t>https://www.searchenginejournal.com/google-search-expands-ai-overviews-globally/524536/</w:t>
        </w:r>
      </w:hyperlink>
      <w:r>
        <w:t xml:space="preserve"> - Addresses the potential implications for publishers and the display of ads within the updated search results featuring AI Overviews.</w:t>
      </w:r>
      <w:r/>
    </w:p>
    <w:p>
      <w:pPr>
        <w:pStyle w:val="ListNumber"/>
        <w:spacing w:line="240" w:lineRule="auto"/>
        <w:ind w:left="720"/>
      </w:pPr>
      <w:r/>
      <w:hyperlink r:id="rId13">
        <w:r>
          <w:rPr>
            <w:color w:val="0000EE"/>
            <w:u w:val="single"/>
          </w:rPr>
          <w:t>https://searchengineland.com/google-ai-overviews-gains-new-citations-and-links-plus-more-445211</w:t>
        </w:r>
      </w:hyperlink>
      <w:r>
        <w:t xml:space="preserve"> - Details the saving feature for AI Overviews and the ability to simplify or detail the language in AI Overview responses.</w:t>
      </w:r>
      <w:r/>
    </w:p>
    <w:p>
      <w:pPr>
        <w:pStyle w:val="ListNumber"/>
        <w:spacing w:line="240" w:lineRule="auto"/>
        <w:ind w:left="720"/>
      </w:pPr>
      <w:r/>
      <w:hyperlink r:id="rId10">
        <w:r>
          <w:rPr>
            <w:color w:val="0000EE"/>
            <w:u w:val="single"/>
          </w:rPr>
          <w:t>https://www.techopedia.com/news/google-confirms-expansion-of-ai-overview-to-more-than-100-countries</w:t>
        </w:r>
      </w:hyperlink>
      <w:r>
        <w:t xml:space="preserve"> - Supports Google's commitment to enhancing the search experience through innovative AI-driven solutions.</w:t>
      </w:r>
      <w:r/>
    </w:p>
    <w:p>
      <w:pPr>
        <w:pStyle w:val="ListNumber"/>
        <w:spacing w:line="240" w:lineRule="auto"/>
        <w:ind w:left="720"/>
      </w:pPr>
      <w:r/>
      <w:hyperlink r:id="rId14">
        <w:r>
          <w:rPr>
            <w:color w:val="0000EE"/>
            <w:u w:val="single"/>
          </w:rPr>
          <w:t>https://carbon-pulse.com/338066/</w:t>
        </w:r>
      </w:hyperlink>
      <w:r>
        <w:t xml:space="preserve"> - Please view link - unable to able to access data</w:t>
      </w:r>
      <w:r/>
    </w:p>
    <w:p>
      <w:pPr>
        <w:pStyle w:val="ListNumber"/>
        <w:spacing w:line="240" w:lineRule="auto"/>
        <w:ind w:left="720"/>
      </w:pPr>
      <w:r/>
      <w:hyperlink r:id="rId15">
        <w:r>
          <w:rPr>
            <w:color w:val="0000EE"/>
            <w:u w:val="single"/>
          </w:rPr>
          <w:t>https://carbon-pulse.com/338076/</w:t>
        </w:r>
      </w:hyperlink>
      <w:r>
        <w:t xml:space="preserve"> - Please view link - unable to able to access data</w:t>
      </w:r>
      <w:r/>
    </w:p>
    <w:p>
      <w:pPr>
        <w:pStyle w:val="ListNumber"/>
        <w:spacing w:line="240" w:lineRule="auto"/>
        <w:ind w:left="720"/>
      </w:pPr>
      <w:r/>
      <w:hyperlink r:id="rId16">
        <w:r>
          <w:rPr>
            <w:color w:val="0000EE"/>
            <w:u w:val="single"/>
          </w:rPr>
          <w:t>https://www.marketing-interactive.com/ai-overviews-in-google-search-to-launch-across-the-world</w:t>
        </w:r>
      </w:hyperlink>
      <w:r>
        <w:t xml:space="preserve"> - Please view link - unable to able to access data</w:t>
      </w:r>
      <w:r/>
    </w:p>
    <w:p>
      <w:pPr>
        <w:pStyle w:val="ListNumber"/>
        <w:spacing w:line="240" w:lineRule="auto"/>
        <w:ind w:left="720"/>
      </w:pPr>
      <w:r/>
      <w:hyperlink r:id="rId17">
        <w:r>
          <w:rPr>
            <w:color w:val="0000EE"/>
            <w:u w:val="single"/>
          </w:rPr>
          <w:t>https://carbon-pulse.com/338030/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opedia.com/news/google-confirms-expansion-of-ai-overview-to-more-than-100-countries" TargetMode="External"/><Relationship Id="rId11" Type="http://schemas.openxmlformats.org/officeDocument/2006/relationships/hyperlink" Target="https://www.yardstick.live/blog/latest-news-articles-in-ai/google-expands-ai-overview-feature-in-search-to-over-100-countries" TargetMode="External"/><Relationship Id="rId12" Type="http://schemas.openxmlformats.org/officeDocument/2006/relationships/hyperlink" Target="https://www.searchenginejournal.com/google-search-expands-ai-overviews-globally/524536/" TargetMode="External"/><Relationship Id="rId13" Type="http://schemas.openxmlformats.org/officeDocument/2006/relationships/hyperlink" Target="https://searchengineland.com/google-ai-overviews-gains-new-citations-and-links-plus-more-445211" TargetMode="External"/><Relationship Id="rId14" Type="http://schemas.openxmlformats.org/officeDocument/2006/relationships/hyperlink" Target="https://carbon-pulse.com/338066/" TargetMode="External"/><Relationship Id="rId15" Type="http://schemas.openxmlformats.org/officeDocument/2006/relationships/hyperlink" Target="https://carbon-pulse.com/338076/" TargetMode="External"/><Relationship Id="rId16" Type="http://schemas.openxmlformats.org/officeDocument/2006/relationships/hyperlink" Target="https://www.marketing-interactive.com/ai-overviews-in-google-search-to-launch-across-the-world" TargetMode="External"/><Relationship Id="rId17" Type="http://schemas.openxmlformats.org/officeDocument/2006/relationships/hyperlink" Target="https://carbon-pulse.com/3380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