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launches standalone weather app for Pixel 9 and older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Launches Standalone Weather App for Pixel 9 and Older Models</w:t>
      </w:r>
      <w:r/>
    </w:p>
    <w:p>
      <w:r/>
      <w:r>
        <w:t>Google has introduced an innovative standalone weather application alongside the launch of its latest Pixel 9 smartphone. This advancement integrates artificial intelligence to provide comprehensive weather summaries, enhancing user experience for weather tracking on Pixel devices.</w:t>
      </w:r>
      <w:r/>
    </w:p>
    <w:p>
      <w:r/>
      <w:r>
        <w:t>The new Google Weather app offers a range of features aimed at simplifying how users access and interpret weather data. Key among these features is the use of artificial intelligence to summarise outdoor conditions, providing users with insights into whether an umbrella might be necessary for the day's activities. This AI-driven summary feature is among the most notable enhancements, echoing some of the remarkable capabilities once offered by the now-discontinued Dark Sky app.</w:t>
      </w:r>
      <w:r/>
    </w:p>
    <w:p>
      <w:r/>
      <w:r>
        <w:t>The application is designed to retrieve saved locations from the existing weather service on Pixel devices. It enables users to track weather conditions across multiple locations seamlessly, arrange weather data in an easily digestible format, and view weather developments on an interactive map. This ensures that users can personalise their weather tracking based on their preferences and needs.</w:t>
      </w:r>
      <w:r/>
    </w:p>
    <w:p>
      <w:r/>
      <w:r>
        <w:t>Significantly, Google has ensured that the benefits of the new app are not limited to the Pixel 9. The company is extending this update to older models, specifically the Pixel 6, 7, and 8 series, provided they are running on Android 15 with all the latest updates. Users with these devices can anticipate seeing the new standalone Google Weather app available as an update in the Play Store in the coming weeks.</w:t>
      </w:r>
      <w:r/>
    </w:p>
    <w:p>
      <w:r/>
      <w:r>
        <w:t>Google's decision to launch a standalone weather application reflects the company's ongoing commitment to enhancing user experience through innovative technology, while also expanding the functionality and utility of its Pixel range. By leveraging artificial intelligence, Google is offering a service that promises to streamline how users receive weather updates, making weather checks an intuitive and straightforward task.</w:t>
      </w:r>
      <w:r/>
    </w:p>
    <w:p>
      <w:r/>
      <w:r>
        <w:t>This development highlights a significant step in Google’s software offerings, providing users with enhanced weather insights in a convenient app format that has the potential to become a staple feature for Pixel users globally. As the rollout progresses, Pixel owners can expect notifications to update their devices and explore the newly available features.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https://www.theverge.com/2024/8/8/24215947/google-pixel-weather-app-sideload-early</w:t>
        </w:r>
      </w:hyperlink>
      <w:r>
        <w:t xml:space="preserve"> - Corroborates the introduction of the new Google Weather app and its features, including AI-generated weather summaries and customizable tiles.</w:t>
      </w:r>
      <w:r/>
    </w:p>
    <w:p>
      <w:pPr>
        <w:pStyle w:val="ListNumber"/>
        <w:spacing w:line="240" w:lineRule="auto"/>
        <w:ind w:left="720"/>
      </w:pPr>
      <w:r/>
      <w:hyperlink r:id="rId11">
        <w:r>
          <w:rPr>
            <w:color w:val="0000EE"/>
            <w:u w:val="single"/>
          </w:rPr>
          <w:t>https://www.techradar.com/computing/software/googles-pixel-9-series-may-launch-with-a-new-minimalistic-weather-app</w:t>
        </w:r>
      </w:hyperlink>
      <w:r>
        <w:t xml:space="preserve"> - Details the minimalistic design and key features of the new Google Weather app, such as the use of AI and interactive weather maps.</w:t>
      </w:r>
      <w:r/>
    </w:p>
    <w:p>
      <w:pPr>
        <w:pStyle w:val="ListNumber"/>
        <w:spacing w:line="240" w:lineRule="auto"/>
        <w:ind w:left="720"/>
      </w:pPr>
      <w:r/>
      <w:hyperlink r:id="rId12">
        <w:r>
          <w:rPr>
            <w:color w:val="0000EE"/>
            <w:u w:val="single"/>
          </w:rPr>
          <w:t>https://9to5google.com/2024/09/06/pixel-weather-accomplished/</w:t>
        </w:r>
      </w:hyperlink>
      <w:r>
        <w:t xml:space="preserve"> - Provides information on the AI-driven weather summaries, weather map, and other features like air quality and visibility, which enhance user experience.</w:t>
      </w:r>
      <w:r/>
    </w:p>
    <w:p>
      <w:pPr>
        <w:pStyle w:val="ListNumber"/>
        <w:spacing w:line="240" w:lineRule="auto"/>
        <w:ind w:left="720"/>
      </w:pPr>
      <w:r/>
      <w:hyperlink r:id="rId13">
        <w:r>
          <w:rPr>
            <w:color w:val="0000EE"/>
            <w:u w:val="single"/>
          </w:rPr>
          <w:t>https://www.androidpolice.com/thread/googles-new-pixel-9-weather-app-is-on-apkmirror/</w:t>
        </w:r>
      </w:hyperlink>
      <w:r>
        <w:t xml:space="preserve"> - Confirms the availability of the new Google Weather app on APKMirror and the requirement for Android 14 or higher to install it.</w:t>
      </w:r>
      <w:r/>
    </w:p>
    <w:p>
      <w:pPr>
        <w:pStyle w:val="ListNumber"/>
        <w:spacing w:line="240" w:lineRule="auto"/>
        <w:ind w:left="720"/>
      </w:pPr>
      <w:r/>
      <w:hyperlink r:id="rId10">
        <w:r>
          <w:rPr>
            <w:color w:val="0000EE"/>
            <w:u w:val="single"/>
          </w:rPr>
          <w:t>https://www.theverge.com/2024/8/8/24215947/google-pixel-weather-app-sideload-early</w:t>
        </w:r>
      </w:hyperlink>
      <w:r>
        <w:t xml:space="preserve"> - Mentions the app's ability to retrieve and display weather data for multiple locations and the customizable arrangement of tiles.</w:t>
      </w:r>
      <w:r/>
    </w:p>
    <w:p>
      <w:pPr>
        <w:pStyle w:val="ListNumber"/>
        <w:spacing w:line="240" w:lineRule="auto"/>
        <w:ind w:left="720"/>
      </w:pPr>
      <w:r/>
      <w:hyperlink r:id="rId11">
        <w:r>
          <w:rPr>
            <w:color w:val="0000EE"/>
            <w:u w:val="single"/>
          </w:rPr>
          <w:t>https://www.techradar.com/computing/software/googles-pixel-9-series-may-launch-with-a-new-minimalistic-weather-app</w:t>
        </w:r>
      </w:hyperlink>
      <w:r>
        <w:t xml:space="preserve"> - Explains how the app integrates with existing weather services on Pixel devices and allows for seamless tracking of weather conditions across multiple locations.</w:t>
      </w:r>
      <w:r/>
    </w:p>
    <w:p>
      <w:pPr>
        <w:pStyle w:val="ListNumber"/>
        <w:spacing w:line="240" w:lineRule="auto"/>
        <w:ind w:left="720"/>
      </w:pPr>
      <w:r/>
      <w:hyperlink r:id="rId12">
        <w:r>
          <w:rPr>
            <w:color w:val="0000EE"/>
            <w:u w:val="single"/>
          </w:rPr>
          <w:t>https://9to5google.com/2024/09/06/pixel-weather-accomplished/</w:t>
        </w:r>
      </w:hyperlink>
      <w:r>
        <w:t xml:space="preserve"> - Details the extension of the new app to older Pixel models, such as the Pixel 6, 7, and 8 series, provided they are running on Android 15.</w:t>
      </w:r>
      <w:r/>
    </w:p>
    <w:p>
      <w:pPr>
        <w:pStyle w:val="ListNumber"/>
        <w:spacing w:line="240" w:lineRule="auto"/>
        <w:ind w:left="720"/>
      </w:pPr>
      <w:r/>
      <w:hyperlink r:id="rId10">
        <w:r>
          <w:rPr>
            <w:color w:val="0000EE"/>
            <w:u w:val="single"/>
          </w:rPr>
          <w:t>https://www.theverge.com/2024/8/8/24215947/google-pixel-weather-app-sideload-early</w:t>
        </w:r>
      </w:hyperlink>
      <w:r>
        <w:t xml:space="preserve"> - Highlights Google's commitment to enhancing user experience through innovative technology, including the use of AI in the new weather app.</w:t>
      </w:r>
      <w:r/>
    </w:p>
    <w:p>
      <w:pPr>
        <w:pStyle w:val="ListNumber"/>
        <w:spacing w:line="240" w:lineRule="auto"/>
        <w:ind w:left="720"/>
      </w:pPr>
      <w:r/>
      <w:hyperlink r:id="rId11">
        <w:r>
          <w:rPr>
            <w:color w:val="0000EE"/>
            <w:u w:val="single"/>
          </w:rPr>
          <w:t>https://www.techradar.com/computing/software/googles-pixel-9-series-may-launch-with-a-new-minimalistic-weather-app</w:t>
        </w:r>
      </w:hyperlink>
      <w:r>
        <w:t xml:space="preserve"> - Discusses the potential of the new app to become a staple feature for Pixel users globally, enhancing their weather tracking experience.</w:t>
      </w:r>
      <w:r/>
    </w:p>
    <w:p>
      <w:pPr>
        <w:pStyle w:val="ListNumber"/>
        <w:spacing w:line="240" w:lineRule="auto"/>
        <w:ind w:left="720"/>
      </w:pPr>
      <w:r/>
      <w:hyperlink r:id="rId12">
        <w:r>
          <w:rPr>
            <w:color w:val="0000EE"/>
            <w:u w:val="single"/>
          </w:rPr>
          <w:t>https://9to5google.com/2024/09/06/pixel-weather-accomplished/</w:t>
        </w:r>
      </w:hyperlink>
      <w:r>
        <w:t xml:space="preserve"> - Mentions the notifications and updates that users can expect as the new app rolls out to various Pixel devices.</w:t>
      </w:r>
      <w:r/>
    </w:p>
    <w:p>
      <w:pPr>
        <w:pStyle w:val="ListNumber"/>
        <w:spacing w:line="240" w:lineRule="auto"/>
        <w:ind w:left="720"/>
      </w:pPr>
      <w:r/>
      <w:hyperlink r:id="rId14">
        <w:r>
          <w:rPr>
            <w:color w:val="0000EE"/>
            <w:u w:val="single"/>
          </w:rPr>
          <w:t>https://www.youtube.com/watch?v=HCmUHRALIqM</w:t>
        </w:r>
      </w:hyperlink>
      <w:r>
        <w:t xml:space="preserve"> - Provides a detailed walkthrough of the app's features, including how to check current conditions, view forecasts, and receive severe weather alerts.</w:t>
      </w:r>
      <w:r/>
    </w:p>
    <w:p>
      <w:pPr>
        <w:pStyle w:val="ListNumber"/>
        <w:spacing w:line="240" w:lineRule="auto"/>
        <w:ind w:left="720"/>
      </w:pPr>
      <w:r/>
      <w:hyperlink r:id="rId15">
        <w:r>
          <w:rPr>
            <w:color w:val="0000EE"/>
            <w:u w:val="single"/>
          </w:rPr>
          <w:t>https://www.theverge.com/2024/10/30/24283998/google-weather-app-pixel-8-7-6-ai-summaries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8/8/24215947/google-pixel-weather-app-sideload-early" TargetMode="External"/><Relationship Id="rId11" Type="http://schemas.openxmlformats.org/officeDocument/2006/relationships/hyperlink" Target="https://www.techradar.com/computing/software/googles-pixel-9-series-may-launch-with-a-new-minimalistic-weather-app" TargetMode="External"/><Relationship Id="rId12" Type="http://schemas.openxmlformats.org/officeDocument/2006/relationships/hyperlink" Target="https://9to5google.com/2024/09/06/pixel-weather-accomplished/" TargetMode="External"/><Relationship Id="rId13" Type="http://schemas.openxmlformats.org/officeDocument/2006/relationships/hyperlink" Target="https://www.androidpolice.com/thread/googles-new-pixel-9-weather-app-is-on-apkmirror/" TargetMode="External"/><Relationship Id="rId14" Type="http://schemas.openxmlformats.org/officeDocument/2006/relationships/hyperlink" Target="https://www.youtube.com/watch?v=HCmUHRALIqM" TargetMode="External"/><Relationship Id="rId15" Type="http://schemas.openxmlformats.org/officeDocument/2006/relationships/hyperlink" Target="https://www.theverge.com/2024/10/30/24283998/google-weather-app-pixel-8-7-6-ai-summa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