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AI code contribution reaches new heights amidst potential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AI Code Contribution Reaches New Heights Amidst Potential Challenges</w:t>
      </w:r>
      <w:r/>
    </w:p>
    <w:p>
      <w:r/>
      <w:r>
        <w:t>In a recent quarterly earnings call, Sundar Pichai, the CEO of Google, revealed a striking development in the tech giant's operations: artificial intelligence is contributing a substantial portion of the company's new code. AI is now responsible for generating 25 percent of Google's new code, a figure that Pichai highlighted during the Q3 earnings call that showcased an increase in both shares and revenue.</w:t>
      </w:r>
      <w:r/>
    </w:p>
    <w:p>
      <w:r/>
      <w:r>
        <w:t>The announcement underscores the role of AI in accelerating software development at Google, with Pichai emphasising that the technology is helping their engineers to "do more and move faster". However, this notable advancement comes with its own set of challenges. AI programming assistants, despite their capabilities, have been known to introduce errors, infringe on copyrights, and occasionally cause system outages. To mitigate such issues, Google's protocol requires all AI-generated code to undergo a thorough review and acceptance process by human engineers, ensuring the reliability and performance of the code produced.</w:t>
      </w:r>
      <w:r/>
    </w:p>
    <w:p>
      <w:r/>
      <w:r>
        <w:t>During the call, Pichai did not specify which AI tools within Google's suite are responsible for this code generation. However, he did discuss other AI products in Google's portfolio, including the recently rebranded Gemini chatbot and the Notebook Language Model (LM), an AI-powered note-taking application.</w:t>
      </w:r>
      <w:r/>
    </w:p>
    <w:p>
      <w:r/>
      <w:r>
        <w:t>Further showcasing Google's AI innovation, Pichai spoke about the expansion of AI Overviews in Google Search, which have now been rolled out to over a hundred new countries. According to Pichai, this addition has positively impacted user engagement, leading to an increase in search queries and enhancing user satisfaction. Despite these advancements, Google's AI Overviews have been criticised for disseminating incorrect information and being cluttered with unwanted advertisements.</w:t>
      </w:r>
      <w:r/>
    </w:p>
    <w:p>
      <w:r/>
      <w:r>
        <w:t>The AI-centric approach by Google aligns with the broader industry trend, as major companies like Microsoft, Meta, and others similarly invest heavily in AI technologies. Despite the potential pitfalls, such as code inaccuracies and advertising overloads, the move has not deterred investor confidence, as reflected in the favourable response during the call.</w:t>
      </w:r>
      <w:r/>
    </w:p>
    <w:p>
      <w:r/>
      <w:r>
        <w:t>Google's strategic investment in AI, albeit not without controversy, suggests a broader commitment to integrating artificial intelligence into its core operations. This shift indicates a willingness to embrace the complexities and opportunities presented by AI as the technology continues to evolve and reshape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https://fortune.com/2024/10/30/googles-code-ai-sundar-pichai/</w:t>
        </w:r>
      </w:hyperlink>
      <w:r>
        <w:t xml:space="preserve"> - Corroborates that over 25% of Google’s new code is now written by AI, as revealed by CEO Sundar Pichai.</w:t>
      </w:r>
      <w:r/>
    </w:p>
    <w:p>
      <w:pPr>
        <w:pStyle w:val="ListNumber"/>
        <w:spacing w:line="240" w:lineRule="auto"/>
        <w:ind w:left="720"/>
      </w:pPr>
      <w:r/>
      <w:hyperlink r:id="rId11">
        <w:r>
          <w:rPr>
            <w:color w:val="0000EE"/>
            <w:u w:val="single"/>
          </w:rPr>
          <w:t>https://opentools.ai/news/ai-now-codes-over-25percent-at-google-a-tech-revolution-in-the-making</w:t>
        </w:r>
      </w:hyperlink>
      <w:r>
        <w:t xml:space="preserve"> - Supports the information that Google has taken a significant leap by using AI to code over 25% of its new software.</w:t>
      </w:r>
      <w:r/>
    </w:p>
    <w:p>
      <w:pPr>
        <w:pStyle w:val="ListNumber"/>
        <w:spacing w:line="240" w:lineRule="auto"/>
        <w:ind w:left="720"/>
      </w:pPr>
      <w:r/>
      <w:hyperlink r:id="rId12">
        <w:r>
          <w:rPr>
            <w:color w:val="0000EE"/>
            <w:u w:val="single"/>
          </w:rPr>
          <w:t>https://www.engadget.com/ai/google-ceo-says-a-quarter-of-the-companys-new-code-is-already-ai-generated-180038896.html</w:t>
        </w:r>
      </w:hyperlink>
      <w:r>
        <w:t xml:space="preserve"> - Confirms that a quarter of Google’s new code is already AI-generated, according to CEO Sundar Pichai.</w:t>
      </w:r>
      <w:r/>
    </w:p>
    <w:p>
      <w:pPr>
        <w:pStyle w:val="ListNumber"/>
        <w:spacing w:line="240" w:lineRule="auto"/>
        <w:ind w:left="720"/>
      </w:pPr>
      <w:r/>
      <w:hyperlink r:id="rId13">
        <w:r>
          <w:rPr>
            <w:color w:val="0000EE"/>
            <w:u w:val="single"/>
          </w:rPr>
          <w:t>https://www.reddit.com/r/ArtificialInteligence/comments/1gfyi6d/today_in_ai_machine_learning_25_of_googles_new/</w:t>
        </w:r>
      </w:hyperlink>
      <w:r>
        <w:t xml:space="preserve"> - Details that over 25% of new code at Google is created by artificial intelligence and then validated by engineers.</w:t>
      </w:r>
      <w:r/>
    </w:p>
    <w:p>
      <w:pPr>
        <w:pStyle w:val="ListNumber"/>
        <w:spacing w:line="240" w:lineRule="auto"/>
        <w:ind w:left="720"/>
      </w:pPr>
      <w:r/>
      <w:hyperlink r:id="rId14">
        <w:r>
          <w:rPr>
            <w:color w:val="0000EE"/>
            <w:u w:val="single"/>
          </w:rPr>
          <w:t>https://neuron.expert/news/google-ceo-says-over-25-of-new-google-code-is-generated-by-ai/9074/en/</w:t>
        </w:r>
      </w:hyperlink>
      <w:r>
        <w:t xml:space="preserve"> - Reiterates that during Google's Q3 2024 earnings call, CEO Sundar Pichai revealed that AI systems generate over 25% of new code for Google products.</w:t>
      </w:r>
      <w:r/>
    </w:p>
    <w:p>
      <w:pPr>
        <w:pStyle w:val="ListNumber"/>
        <w:spacing w:line="240" w:lineRule="auto"/>
        <w:ind w:left="720"/>
      </w:pPr>
      <w:r/>
      <w:hyperlink r:id="rId10">
        <w:r>
          <w:rPr>
            <w:color w:val="0000EE"/>
            <w:u w:val="single"/>
          </w:rPr>
          <w:t>https://fortune.com/2024/10/30/googles-code-ai-sundar-pichai/</w:t>
        </w:r>
      </w:hyperlink>
      <w:r>
        <w:t xml:space="preserve"> - Highlights the role of AI in accelerating software development at Google and Pichai’s emphasis on AI helping engineers to 'do more and move faster'.</w:t>
      </w:r>
      <w:r/>
    </w:p>
    <w:p>
      <w:pPr>
        <w:pStyle w:val="ListNumber"/>
        <w:spacing w:line="240" w:lineRule="auto"/>
        <w:ind w:left="720"/>
      </w:pPr>
      <w:r/>
      <w:hyperlink r:id="rId12">
        <w:r>
          <w:rPr>
            <w:color w:val="0000EE"/>
            <w:u w:val="single"/>
          </w:rPr>
          <w:t>https://www.engadget.com/ai/google-ceo-says-a-quarter-of-the-companys-new-code-is-already-ai-generated-180038896.html</w:t>
        </w:r>
      </w:hyperlink>
      <w:r>
        <w:t xml:space="preserve"> - Mentions the necessity for all AI-generated code to undergo a thorough review and acceptance process by human engineers.</w:t>
      </w:r>
      <w:r/>
    </w:p>
    <w:p>
      <w:pPr>
        <w:pStyle w:val="ListNumber"/>
        <w:spacing w:line="240" w:lineRule="auto"/>
        <w:ind w:left="720"/>
      </w:pPr>
      <w:r/>
      <w:hyperlink r:id="rId11">
        <w:r>
          <w:rPr>
            <w:color w:val="0000EE"/>
            <w:u w:val="single"/>
          </w:rPr>
          <w:t>https://opentools.ai/news/ai-now-codes-over-25percent-at-google-a-tech-revolution-in-the-making</w:t>
        </w:r>
      </w:hyperlink>
      <w:r>
        <w:t xml:space="preserve"> - Discusses the broader industry trend of major companies investing heavily in AI technologies, aligning with Google’s AI-centric approach.</w:t>
      </w:r>
      <w:r/>
    </w:p>
    <w:p>
      <w:pPr>
        <w:pStyle w:val="ListNumber"/>
        <w:spacing w:line="240" w:lineRule="auto"/>
        <w:ind w:left="720"/>
      </w:pPr>
      <w:r/>
      <w:hyperlink r:id="rId13">
        <w:r>
          <w:rPr>
            <w:color w:val="0000EE"/>
            <w:u w:val="single"/>
          </w:rPr>
          <w:t>https://www.reddit.com/r/ArtificialInteligence/comments/1gfyi6d/today_in_ai_machine_learning_25_of_googles_new/</w:t>
        </w:r>
      </w:hyperlink>
      <w:r>
        <w:t xml:space="preserve"> - Provides context on the financial benefits and growth associated with Google’s AI integration, including increased revenues and user engagement.</w:t>
      </w:r>
      <w:r/>
    </w:p>
    <w:p>
      <w:pPr>
        <w:pStyle w:val="ListNumber"/>
        <w:spacing w:line="240" w:lineRule="auto"/>
        <w:ind w:left="720"/>
      </w:pPr>
      <w:r/>
      <w:hyperlink r:id="rId14">
        <w:r>
          <w:rPr>
            <w:color w:val="0000EE"/>
            <w:u w:val="single"/>
          </w:rPr>
          <w:t>https://neuron.expert/news/google-ceo-says-over-25-of-new-google-code-is-generated-by-ai/9074/en/</w:t>
        </w:r>
      </w:hyperlink>
      <w:r>
        <w:t xml:space="preserve"> - Supports the notion that despite potential challenges, Google’s strategic investment in AI reflects a broader commitment to integrating AI into its core operations.</w:t>
      </w:r>
      <w:r/>
    </w:p>
    <w:p>
      <w:pPr>
        <w:pStyle w:val="ListNumber"/>
        <w:spacing w:line="240" w:lineRule="auto"/>
        <w:ind w:left="720"/>
      </w:pPr>
      <w:r/>
      <w:hyperlink r:id="rId12">
        <w:r>
          <w:rPr>
            <w:color w:val="0000EE"/>
            <w:u w:val="single"/>
          </w:rPr>
          <w:t>https://www.engadget.com/ai/google-ceo-says-a-quarter-of-the-companys-new-code-is-already-ai-generated-180038896.html</w:t>
        </w:r>
      </w:hyperlink>
      <w:r>
        <w:t xml:space="preserve"> - Mentions the favourable response from investors during the earnings call, indicating confidence in Google’s AI strategy.</w:t>
      </w:r>
      <w:r/>
    </w:p>
    <w:p>
      <w:pPr>
        <w:pStyle w:val="ListNumber"/>
        <w:spacing w:line="240" w:lineRule="auto"/>
        <w:ind w:left="720"/>
      </w:pPr>
      <w:r/>
      <w:hyperlink r:id="rId15">
        <w:r>
          <w:rPr>
            <w:color w:val="0000EE"/>
            <w:u w:val="single"/>
          </w:rPr>
          <w:t>https://futurism.com/the-byte/google-ceo-code-ai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30/googles-code-ai-sundar-pichai/" TargetMode="External"/><Relationship Id="rId11" Type="http://schemas.openxmlformats.org/officeDocument/2006/relationships/hyperlink" Target="https://opentools.ai/news/ai-now-codes-over-25percent-at-google-a-tech-revolution-in-the-making" TargetMode="External"/><Relationship Id="rId12" Type="http://schemas.openxmlformats.org/officeDocument/2006/relationships/hyperlink" Target="https://www.engadget.com/ai/google-ceo-says-a-quarter-of-the-companys-new-code-is-already-ai-generated-180038896.html" TargetMode="External"/><Relationship Id="rId13" Type="http://schemas.openxmlformats.org/officeDocument/2006/relationships/hyperlink" Target="https://www.reddit.com/r/ArtificialInteligence/comments/1gfyi6d/today_in_ai_machine_learning_25_of_googles_new/" TargetMode="External"/><Relationship Id="rId14" Type="http://schemas.openxmlformats.org/officeDocument/2006/relationships/hyperlink" Target="https://neuron.expert/news/google-ceo-says-over-25-of-new-google-code-is-generated-by-ai/9074/en/" TargetMode="External"/><Relationship Id="rId15" Type="http://schemas.openxmlformats.org/officeDocument/2006/relationships/hyperlink" Target="https://futurism.com/the-byte/google-ceo-cod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