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Keira Knightley revisits Disney film ban for daughters amid parenting reflections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British actress Keira Knightley has revisited a past parenting decision, retracting a previous ban that barred her daughters from watching Disney films due to their portrayal of gender roles. Knightley, 39, is married to musician James Righton, 41, and the couple shares two daughters, Edie, nine, and Delilah, four.</w:t>
      </w:r>
      <w:r/>
    </w:p>
    <w:p>
      <w:r/>
      <w:r>
        <w:t>In 2018, Knightley sparked considerable public debate when she revealed her decision to restrict access to certain Disney films, notably "Cinderella" and "The Little Mermaid". Her rationale at that time was based on how these films often depict female characters being rescued by male counterparts, a narrative she deemed unsuitable for her young daughters. On "The Ellen Show", she explained her discomfort with "Cinderella" for its portrayal of a woman waiting for a man to rescue her and her disapproval of "The Little Mermaid" for the storyline where a woman sacrifices her voice for a man.</w:t>
      </w:r>
      <w:r/>
    </w:p>
    <w:p>
      <w:r/>
      <w:r>
        <w:t>However, in a recent interview with Vanity Fair, Knightley conceded that the COVID-19 pandemic and its imposed lockdowns dismantled her resolve. She revealed, "Yeah, Covid ruined all my ideas. Edie, the older one, has watched everything." Despite lifting the ban, Knightley's eldest daughter, Edie, has shown a keen awareness of gender stereotypes present in these films. Knightley commented on Edie's insights: "She's got the feminist point. She totally did go like: 'Why is it always the princess who gets rescued by someone?'"</w:t>
      </w:r>
      <w:r/>
    </w:p>
    <w:p>
      <w:r/>
      <w:r>
        <w:t>Beyond Disney films, Knightley opened up about her approach to parenting, describing herself as "very loving" but acknowledging that, like many parents, she sometimes loses her temper. She stressed the importance of showing children that apologising is okay, ensuring that they understand familial love endures despite occasional disputes.</w:t>
      </w:r>
      <w:r/>
    </w:p>
    <w:p>
      <w:r/>
      <w:r>
        <w:t>In addition to parenting, Knightley discussed how she is supporting her daughter through a recent dyslexia diagnosis. Knightley has dealt with her own dyslexia from a young age and uses a method of memorizing lines by listening to recordings. She praised her daughter’s impressive memory skills, noting it was amazing to see how quickly she memorises books, despite the condition.</w:t>
      </w:r>
      <w:r/>
    </w:p>
    <w:p>
      <w:r/>
      <w:r>
        <w:t>Professionally, Knightley is involved in the upcoming Netflix thriller "Black Doves", alongside Ben Whishaw and Sarah Lancashire. In this series, Knightley plays Helen Webb, a seemingly typical wife and mother leading a double life as a spy. The thriller, set in London, explores themes of espionage and intrigue as Helen navigates a web of secrets and geopolitical conspiracies. The project showcases Knightley's versatility, both in acting and in her role as an executive producer on the series.</w:t>
      </w:r>
      <w:r/>
    </w:p>
    <w:p>
      <w:r/>
      <w:r>
        <w:t>Knightley also addressed the recent strike action in Hollywood, where actors and writers have been challenging the use of artificial intelligence for replacing human performances. Expressing concerns, she mentioned the potential need to legally protect her likeness from being reproduced without her consent, fearing the larger implications of AI on the industry. The strike marks the first "double strike" in over six decades, highlighting growing concerns over technology in entertainment.</w:t>
      </w:r>
      <w:r/>
    </w:p>
    <w:p>
      <w:r/>
      <w:r>
        <w:t>This confluence of personal insights and professional commitments paints a multifaceted picture of Keira Knightley, reflecting her ongoing adaptation to the shifting landscapes of both family life and the entertainment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https://www.yahoo.com/lifestyle/keira-knightley-reveals-one-her-185915994.html</w:t>
        </w:r>
      </w:hyperlink>
      <w:r>
        <w:t xml:space="preserve"> - Corroborates Keira Knightley's initial ban on Disney films like 'Cinderella' and 'The Little Mermaid' due to anti-feminist themes.</w:t>
      </w:r>
      <w:r/>
    </w:p>
    <w:p>
      <w:pPr>
        <w:pStyle w:val="ListNumber"/>
        <w:spacing w:line="240" w:lineRule="auto"/>
        <w:ind w:left="720"/>
      </w:pPr>
      <w:r/>
      <w:hyperlink r:id="rId11">
        <w:r>
          <w:rPr>
            <w:color w:val="0000EE"/>
            <w:u w:val="single"/>
          </w:rPr>
          <w:t>https://her.ie/entertainment/reason-keira-knightley-wont-let-daughter-watch-disney-movies-431275</w:t>
        </w:r>
      </w:hyperlink>
      <w:r>
        <w:t xml:space="preserve"> - Supports the information that Keira Knightley banned her daughter from watching certain Disney movies, including 'Cinderella' and 'The Little Mermaid'.</w:t>
      </w:r>
      <w:r/>
    </w:p>
    <w:p>
      <w:pPr>
        <w:pStyle w:val="ListNumber"/>
        <w:spacing w:line="240" w:lineRule="auto"/>
        <w:ind w:left="720"/>
      </w:pPr>
      <w:r/>
      <w:hyperlink r:id="rId12">
        <w:r>
          <w:rPr>
            <w:color w:val="0000EE"/>
            <w:u w:val="single"/>
          </w:rPr>
          <w:t>https://theachopsbooks.com/why-i-agree-with-keira-knightley-about-disney-movies/</w:t>
        </w:r>
      </w:hyperlink>
      <w:r>
        <w:t xml:space="preserve"> - Provides additional context on the reasons behind banning Disney films, such as the portrayal of female characters being rescued by male counterparts.</w:t>
      </w:r>
      <w:r/>
    </w:p>
    <w:p>
      <w:pPr>
        <w:pStyle w:val="ListNumber"/>
        <w:spacing w:line="240" w:lineRule="auto"/>
        <w:ind w:left="720"/>
      </w:pPr>
      <w:r/>
      <w:hyperlink r:id="rId13">
        <w:r>
          <w:rPr>
            <w:color w:val="0000EE"/>
            <w:u w:val="single"/>
          </w:rPr>
          <w:t>https://www.reddit.com/r/movies/comments/9ox1vz/keira_knightley_banned_her_daughter_from_watching/</w:t>
        </w:r>
      </w:hyperlink>
      <w:r>
        <w:t xml:space="preserve"> - Confirms that Keira Knightley banned her daughter from watching Disney films like 'Cinderella' because they are not empowering to women.</w:t>
      </w:r>
      <w:r/>
    </w:p>
    <w:p>
      <w:pPr>
        <w:pStyle w:val="ListNumber"/>
        <w:spacing w:line="240" w:lineRule="auto"/>
        <w:ind w:left="720"/>
      </w:pPr>
      <w:r/>
      <w:hyperlink r:id="rId14">
        <w:r>
          <w:rPr>
            <w:color w:val="0000EE"/>
            <w:u w:val="single"/>
          </w:rPr>
          <w:t>https://www.iheart.com/content/2018-10-16-keira-knightley-banned-her-daughter-from-watching-these-disney-films/</w:t>
        </w:r>
      </w:hyperlink>
      <w:r>
        <w:t xml:space="preserve"> - Details Keira Knightley's revelation on 'The Ellen DeGeneres Show' about not letting her daughter watch certain Disney films.</w:t>
      </w:r>
      <w:r/>
    </w:p>
    <w:p>
      <w:pPr>
        <w:pStyle w:val="ListNumber"/>
        <w:spacing w:line="240" w:lineRule="auto"/>
        <w:ind w:left="720"/>
      </w:pPr>
      <w:r/>
      <w:hyperlink r:id="rId9">
        <w:r>
          <w:rPr>
            <w:color w:val="0000EE"/>
            <w:u w:val="single"/>
          </w:rPr>
          <w:t>https://www.noahwire.com</w:t>
        </w:r>
      </w:hyperlink>
      <w:r>
        <w:t xml:space="preserve"> - Serves as the primary source for the recent interview where Keira Knightley discussed lifting the ban on Disney films due to the COVID-19 pandemic and her daughter's awareness of gender stereotypes.</w:t>
      </w:r>
      <w:r/>
    </w:p>
    <w:p>
      <w:pPr>
        <w:pStyle w:val="ListNumber"/>
        <w:spacing w:line="240" w:lineRule="auto"/>
        <w:ind w:left="720"/>
      </w:pPr>
      <w:r/>
      <w:hyperlink r:id="rId9">
        <w:r>
          <w:rPr>
            <w:color w:val="0000EE"/>
            <w:u w:val="single"/>
          </w:rPr>
          <w:t>https://www.noahwire.com</w:t>
        </w:r>
      </w:hyperlink>
      <w:r>
        <w:t xml:space="preserve"> - Supports the information about Keira Knightley's approach to parenting, including her acknowledgment of sometimes losing her temper and the importance of apologizing.</w:t>
      </w:r>
      <w:r/>
    </w:p>
    <w:p>
      <w:pPr>
        <w:pStyle w:val="ListNumber"/>
        <w:spacing w:line="240" w:lineRule="auto"/>
        <w:ind w:left="720"/>
      </w:pPr>
      <w:r/>
      <w:hyperlink r:id="rId9">
        <w:r>
          <w:rPr>
            <w:color w:val="0000EE"/>
            <w:u w:val="single"/>
          </w:rPr>
          <w:t>https://www.noahwire.com</w:t>
        </w:r>
      </w:hyperlink>
      <w:r>
        <w:t xml:space="preserve"> - Corroborates Keira Knightley's support for her daughter through a recent dyslexia diagnosis and her own experiences with dyslexia.</w:t>
      </w:r>
      <w:r/>
    </w:p>
    <w:p>
      <w:pPr>
        <w:pStyle w:val="ListNumber"/>
        <w:spacing w:line="240" w:lineRule="auto"/>
        <w:ind w:left="720"/>
      </w:pPr>
      <w:r/>
      <w:hyperlink r:id="rId9">
        <w:r>
          <w:rPr>
            <w:color w:val="0000EE"/>
            <w:u w:val="single"/>
          </w:rPr>
          <w:t>https://www.noahwire.com</w:t>
        </w:r>
      </w:hyperlink>
      <w:r>
        <w:t xml:space="preserve"> - Provides details about Keira Knightley's professional involvement in the Netflix thriller 'Black Doves' and her role as an executive producer.</w:t>
      </w:r>
      <w:r/>
    </w:p>
    <w:p>
      <w:pPr>
        <w:pStyle w:val="ListNumber"/>
        <w:spacing w:line="240" w:lineRule="auto"/>
        <w:ind w:left="720"/>
      </w:pPr>
      <w:r/>
      <w:hyperlink r:id="rId9">
        <w:r>
          <w:rPr>
            <w:color w:val="0000EE"/>
            <w:u w:val="single"/>
          </w:rPr>
          <w:t>https://www.noahwire.com</w:t>
        </w:r>
      </w:hyperlink>
      <w:r>
        <w:t xml:space="preserve"> - Supports the information about Keira Knightley's concerns regarding the use of artificial intelligence in Hollywood and the recent strike action.</w:t>
      </w:r>
      <w:r/>
    </w:p>
    <w:p>
      <w:pPr>
        <w:pStyle w:val="ListNumber"/>
        <w:spacing w:line="240" w:lineRule="auto"/>
        <w:ind w:left="720"/>
      </w:pPr>
      <w:r/>
      <w:hyperlink r:id="rId9">
        <w:r>
          <w:rPr>
            <w:color w:val="0000EE"/>
            <w:u w:val="single"/>
          </w:rPr>
          <w:t>https://www.noahwire.com</w:t>
        </w:r>
      </w:hyperlink>
      <w:r>
        <w:t xml:space="preserve"> - Corroborates the overall context of Keira Knightley's personal and professional life, including her adaptation to family life and the entertainment industry.</w:t>
      </w:r>
      <w:r/>
    </w:p>
    <w:p>
      <w:pPr>
        <w:pStyle w:val="ListNumber"/>
        <w:spacing w:line="240" w:lineRule="auto"/>
        <w:ind w:left="720"/>
      </w:pPr>
      <w:r/>
      <w:hyperlink r:id="rId15">
        <w:r>
          <w:rPr>
            <w:color w:val="0000EE"/>
            <w:u w:val="single"/>
          </w:rPr>
          <w:t>https://www.dailymail.co.uk/tvshowbiz/article-14020625/Keira-Knightley-admits-shes-backtracked-controversial-choice-ban-daughters-watching-Disney-films-reveals-apologises-kids-shouts-them.html?ns_mchannel=rss&amp;ns_campaign=1490&amp;ito=1490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lifestyle/keira-knightley-reveals-one-her-185915994.html" TargetMode="External"/><Relationship Id="rId11" Type="http://schemas.openxmlformats.org/officeDocument/2006/relationships/hyperlink" Target="https://her.ie/entertainment/reason-keira-knightley-wont-let-daughter-watch-disney-movies-431275" TargetMode="External"/><Relationship Id="rId12" Type="http://schemas.openxmlformats.org/officeDocument/2006/relationships/hyperlink" Target="https://theachopsbooks.com/why-i-agree-with-keira-knightley-about-disney-movies/" TargetMode="External"/><Relationship Id="rId13" Type="http://schemas.openxmlformats.org/officeDocument/2006/relationships/hyperlink" Target="https://www.reddit.com/r/movies/comments/9ox1vz/keira_knightley_banned_her_daughter_from_watching/" TargetMode="External"/><Relationship Id="rId14" Type="http://schemas.openxmlformats.org/officeDocument/2006/relationships/hyperlink" Target="https://www.iheart.com/content/2018-10-16-keira-knightley-banned-her-daughter-from-watching-these-disney-films/" TargetMode="External"/><Relationship Id="rId15" Type="http://schemas.openxmlformats.org/officeDocument/2006/relationships/hyperlink" Target="https://www.dailymail.co.uk/tvshowbiz/article-14020625/Keira-Knightley-admits-shes-backtracked-controversial-choice-ban-daughters-watching-Disney-films-reveals-apologises-kids-shouts-them.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