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Linus Torvalds critiques AI industry hype at Open Source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Linus Torvalds Critiques AI Industry Hype at Open Source Summit</w:t>
      </w:r>
      <w:r/>
    </w:p>
    <w:p>
      <w:r/>
      <w:r>
        <w:t>VIENNA – In a notable interview at the Open Source Summit held in Vienna last month, Linus Torvalds, the renowned creator of the Linux operating system, shared his candid views on the current state of AI technology. Known for his direct and unreserved communication style, Torvalds's comments have gained significant attention, drawing both interest and critique from the technology community.</w:t>
      </w:r>
      <w:r/>
    </w:p>
    <w:p>
      <w:r/>
      <w:r>
        <w:t>During the interview with tech media outlet TFiR, Torvalds expressed a sceptical view of the AI industry, pointing out that much of what is popularised as AI is dominated by marketing rather than being rooted in substantial technological advancement. "I think the whole tech industry around AI is in a very bad position," Torvalds commented, estimating that the industry's substance is "90 percent marketing and ten percent reality."</w:t>
      </w:r>
      <w:r/>
    </w:p>
    <w:p>
      <w:r/>
      <w:r>
        <w:t>Despite his critical outlook, Torvalds acknowledged AI's potential to create significant changes in various fields. He suggested that in time, the technology will mature, stating, "In five years, things will change, and at that point we'll see what of the AI is getting used every day for real workloads instead of just ChatGPT."</w:t>
      </w:r>
      <w:r/>
    </w:p>
    <w:p>
      <w:r/>
      <w:r>
        <w:t>Reflecting on his impressions of current AI models such as large language systems, Torvalds appeared doubtful of their immediate practicality. He remarked that while these models, including OpenAI's ChatGPT, make "great, like, demonstrations," their utility remains insufficient in truly transformative applications.</w:t>
      </w:r>
      <w:r/>
    </w:p>
    <w:p>
      <w:r/>
      <w:r>
        <w:t>Torvalds highlighted the industry's tendency towards overhyping AI capabilities without a clear pathway to profitability or reliability. This commentary aligns with ongoing discussions about the challenges AI faces, such as models producing inaccurate or misleading information – an issue often referred to as 'hallucinations'. These problems persist despite significant financial investments into the technology.</w:t>
      </w:r>
      <w:r/>
    </w:p>
    <w:p>
      <w:r/>
      <w:r>
        <w:t>While some AI proponents might consider Torvalds's stance as somewhat dismissive, his reputation as an influential figure in technology ensures his opinions resonate widely. Torvalds's tempered criticism suggests a wait-and-see approach, advocating for patience until AI's utility aligns more closely with its touted potential.</w:t>
      </w:r>
      <w:r/>
    </w:p>
    <w:p>
      <w:r/>
      <w:r>
        <w:t>The interview, which touched on AI's current state and its future prospects, also reflected Torvalds's transformation over the years. Known previously for his forthright and sometimes abrasive demeanour, his more measured tone in recent interactions marks a shift in his public persona. Nonetheless, his latest remarks underscore a persistent scepticism towards undue hype in technology industries.</w:t>
      </w:r>
      <w:r/>
    </w:p>
    <w:p>
      <w:r/>
      <w:r>
        <w:t>As AI continues to evolve and attempts to integrate more deeply into daily operations across sectors, the perspectives of seasoned technologists like Torvalds provide a crucial counterbalance to prevailing narratives. His insights highlight the need for a grounded and realistic appraisal of AI's role in shaping the future of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https://www.windowscentral.com/software-apps/linus-torvalds-wouldnt-touch-ai-with-a-10-foot-pole-because-its-90-percent-marketing-and-10-percent-reality-i-think-ai-is-really-interesting-and-at-the-same-time-i-hate-the-hype-cycle-so-much-that-i-really-dont-want-to-go-there</w:t>
        </w:r>
      </w:hyperlink>
      <w:r>
        <w:t xml:space="preserve"> - Corroborates Linus Torvalds's statement that AI is '90% marketing and 10% reality' and his skepticism about the current AI hype.</w:t>
      </w:r>
      <w:r/>
    </w:p>
    <w:p>
      <w:pPr>
        <w:pStyle w:val="ListNumber"/>
        <w:spacing w:line="240" w:lineRule="auto"/>
        <w:ind w:left="720"/>
      </w:pPr>
      <w:r/>
      <w:hyperlink r:id="rId10">
        <w:r>
          <w:rPr>
            <w:color w:val="0000EE"/>
            <w:u w:val="single"/>
          </w:rPr>
          <w:t>https://www.windowscentral.com/software-apps/linus-torvalds-wouldnt-touch-ai-with-a-10-foot-pole-because-its-90-percent-marketing-and-10-percent-reality-i-think-ai-is-really-interesting-and-at-the-same-time-i-hate-the-hype-cycle-so-much-that-i-really-dont-want-to-go-there</w:t>
        </w:r>
      </w:hyperlink>
      <w:r>
        <w:t xml:space="preserve"> - Supports Torvalds's view that AI will change the world but is currently overhyped, and it will take another 5 years to see its real utility.</w:t>
      </w:r>
      <w:r/>
    </w:p>
    <w:p>
      <w:pPr>
        <w:pStyle w:val="ListNumber"/>
        <w:spacing w:line="240" w:lineRule="auto"/>
        <w:ind w:left="720"/>
      </w:pPr>
      <w:r/>
      <w:hyperlink r:id="rId11">
        <w:r>
          <w:rPr>
            <w:color w:val="0000EE"/>
            <w:u w:val="single"/>
          </w:rPr>
          <w:t>https://www.computerweekly.com/news/366608487/Linus-Torvalds-discusses-Linux-development-security-and-AI-at-KubeCon</w:t>
        </w:r>
      </w:hyperlink>
      <w:r>
        <w:t xml:space="preserve"> - Provides context on Torvalds's discussion about AI's potential in code review and bug detection, despite his current skepticism.</w:t>
      </w:r>
      <w:r/>
    </w:p>
    <w:p>
      <w:pPr>
        <w:pStyle w:val="ListNumber"/>
        <w:spacing w:line="240" w:lineRule="auto"/>
        <w:ind w:left="720"/>
      </w:pPr>
      <w:r/>
      <w:hyperlink r:id="rId12">
        <w:r>
          <w:rPr>
            <w:color w:val="0000EE"/>
            <w:u w:val="single"/>
          </w:rPr>
          <w:t>https://www.zdnet.com/article/linus-torvalds-talks-ai-rust-adoption-and-why-the-linux-kernel-is-the-only-thing-that-matters/</w:t>
        </w:r>
      </w:hyperlink>
      <w:r>
        <w:t xml:space="preserve"> - Corroborates Torvalds's criticism of the AI industry's hype and his expectation that AI will become more useful in the future.</w:t>
      </w:r>
      <w:r/>
    </w:p>
    <w:p>
      <w:pPr>
        <w:pStyle w:val="ListNumber"/>
        <w:spacing w:line="240" w:lineRule="auto"/>
        <w:ind w:left="720"/>
      </w:pPr>
      <w:r/>
      <w:hyperlink r:id="rId13">
        <w:r>
          <w:rPr>
            <w:color w:val="0000EE"/>
            <w:u w:val="single"/>
          </w:rPr>
          <w:t>https://www.tomshardware.com/tech-industry/artificial-intelligence/linus-torvalds-reckons-ai-is-90-percent-marketing-and-10-percent-reality</w:t>
        </w:r>
      </w:hyperlink>
      <w:r>
        <w:t xml:space="preserve"> - Supports Torvalds's statement about the AI industry being '90% marketing and 10% reality' and his frustration with the hype cycle.</w:t>
      </w:r>
      <w:r/>
    </w:p>
    <w:p>
      <w:pPr>
        <w:pStyle w:val="ListNumber"/>
        <w:spacing w:line="240" w:lineRule="auto"/>
        <w:ind w:left="720"/>
      </w:pPr>
      <w:r/>
      <w:hyperlink r:id="rId10">
        <w:r>
          <w:rPr>
            <w:color w:val="0000EE"/>
            <w:u w:val="single"/>
          </w:rPr>
          <w:t>https://www.windowscentral.com/software-apps/linus-torvalds-wouldnt-touch-ai-with-a-10-foot-pole-because-its-90-percent-marketing-and-10-percent-reality-i-think-ai-is-really-interesting-and-at-the-same-time-i-hate-the-hype-cycle-so-much-that-i-really-dont-want-to-go-there</w:t>
        </w:r>
      </w:hyperlink>
      <w:r>
        <w:t xml:space="preserve"> - Highlights Torvalds's acknowledgment of AI's potential to change the world despite his current skepticism.</w:t>
      </w:r>
      <w:r/>
    </w:p>
    <w:p>
      <w:pPr>
        <w:pStyle w:val="ListNumber"/>
        <w:spacing w:line="240" w:lineRule="auto"/>
        <w:ind w:left="720"/>
      </w:pPr>
      <w:r/>
      <w:hyperlink r:id="rId12">
        <w:r>
          <w:rPr>
            <w:color w:val="0000EE"/>
            <w:u w:val="single"/>
          </w:rPr>
          <w:t>https://www.zdnet.com/article/linus-torvalds-talks-ai-rust-adoption-and-why-the-linux-kernel-is-the-only-thing-that-matters/</w:t>
        </w:r>
      </w:hyperlink>
      <w:r>
        <w:t xml:space="preserve"> - Supports Torvalds's doubts about the immediate practicality of current AI models like ChatGPT.</w:t>
      </w:r>
      <w:r/>
    </w:p>
    <w:p>
      <w:pPr>
        <w:pStyle w:val="ListNumber"/>
        <w:spacing w:line="240" w:lineRule="auto"/>
        <w:ind w:left="720"/>
      </w:pPr>
      <w:r/>
      <w:hyperlink r:id="rId13">
        <w:r>
          <w:rPr>
            <w:color w:val="0000EE"/>
            <w:u w:val="single"/>
          </w:rPr>
          <w:t>https://www.tomshardware.com/tech-industry/artificial-intelligence/linus-torvalds-reckons-ai-is-90-percent-marketing-and-10-percent-reality</w:t>
        </w:r>
      </w:hyperlink>
      <w:r>
        <w:t xml:space="preserve"> - Corroborates the industry's tendency to overhype AI capabilities without a clear pathway to profitability or reliability.</w:t>
      </w:r>
      <w:r/>
    </w:p>
    <w:p>
      <w:pPr>
        <w:pStyle w:val="ListNumber"/>
        <w:spacing w:line="240" w:lineRule="auto"/>
        <w:ind w:left="720"/>
      </w:pPr>
      <w:r/>
      <w:hyperlink r:id="rId11">
        <w:r>
          <w:rPr>
            <w:color w:val="0000EE"/>
            <w:u w:val="single"/>
          </w:rPr>
          <w:t>https://www.computerweekly.com/news/366608487/Linus-Torvalds-discusses-Linux-development-security-and-AI-at-KubeCon</w:t>
        </w:r>
      </w:hyperlink>
      <w:r>
        <w:t xml:space="preserve"> - Provides context on Torvalds's measured tone and his shift in public persona, while maintaining his skepticism towards AI hype.</w:t>
      </w:r>
      <w:r/>
    </w:p>
    <w:p>
      <w:pPr>
        <w:pStyle w:val="ListNumber"/>
        <w:spacing w:line="240" w:lineRule="auto"/>
        <w:ind w:left="720"/>
      </w:pPr>
      <w:r/>
      <w:hyperlink r:id="rId10">
        <w:r>
          <w:rPr>
            <w:color w:val="0000EE"/>
            <w:u w:val="single"/>
          </w:rPr>
          <w:t>https://www.windowscentral.com/software-apps/linus-torvalds-wouldnt-touch-ai-with-a-10-foot-pole-because-its-90-percent-marketing-and-10-percent-reality-i-think-ai-is-really-interesting-and-at-the-same-time-i-hate-the-hype-cycle-so-much-that-i-really-dont-want-to-go-there</w:t>
        </w:r>
      </w:hyperlink>
      <w:r>
        <w:t xml:space="preserve"> - Highlights the ongoing discussions about the challenges AI faces, such as models producing inaccurate or misleading information.</w:t>
      </w:r>
      <w:r/>
    </w:p>
    <w:p>
      <w:pPr>
        <w:pStyle w:val="ListNumber"/>
        <w:spacing w:line="240" w:lineRule="auto"/>
        <w:ind w:left="720"/>
      </w:pPr>
      <w:r/>
      <w:hyperlink r:id="rId12">
        <w:r>
          <w:rPr>
            <w:color w:val="0000EE"/>
            <w:u w:val="single"/>
          </w:rPr>
          <w:t>https://www.zdnet.com/article/linus-torvalds-talks-ai-rust-adoption-and-why-the-linux-kernel-is-the-only-thing-that-matters/</w:t>
        </w:r>
      </w:hyperlink>
      <w:r>
        <w:t xml:space="preserve"> - Supports the importance of grounded and realistic appraisals of AI's role in shaping the future of technology, as emphasized by Torvalds.</w:t>
      </w:r>
      <w:r/>
    </w:p>
    <w:p>
      <w:pPr>
        <w:pStyle w:val="ListNumber"/>
        <w:spacing w:line="240" w:lineRule="auto"/>
        <w:ind w:left="720"/>
      </w:pPr>
      <w:r/>
      <w:hyperlink r:id="rId14">
        <w:r>
          <w:rPr>
            <w:color w:val="0000EE"/>
            <w:u w:val="single"/>
          </w:rPr>
          <w:t>https://futurism.com/the-byte/creator-of-linux-trashes-ai-hype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ndowscentral.com/software-apps/linus-torvalds-wouldnt-touch-ai-with-a-10-foot-pole-because-its-90-percent-marketing-and-10-percent-reality-i-think-ai-is-really-interesting-and-at-the-same-time-i-hate-the-hype-cycle-so-much-that-i-really-dont-want-to-go-there" TargetMode="External"/><Relationship Id="rId11" Type="http://schemas.openxmlformats.org/officeDocument/2006/relationships/hyperlink" Target="https://www.computerweekly.com/news/366608487/Linus-Torvalds-discusses-Linux-development-security-and-AI-at-KubeCon" TargetMode="External"/><Relationship Id="rId12" Type="http://schemas.openxmlformats.org/officeDocument/2006/relationships/hyperlink" Target="https://www.zdnet.com/article/linus-torvalds-talks-ai-rust-adoption-and-why-the-linux-kernel-is-the-only-thing-that-matters/" TargetMode="External"/><Relationship Id="rId13" Type="http://schemas.openxmlformats.org/officeDocument/2006/relationships/hyperlink" Target="https://www.tomshardware.com/tech-industry/artificial-intelligence/linus-torvalds-reckons-ai-is-90-percent-marketing-and-10-percent-reality" TargetMode="External"/><Relationship Id="rId14" Type="http://schemas.openxmlformats.org/officeDocument/2006/relationships/hyperlink" Target="https://futurism.com/the-byte/creator-of-linux-trashes-ai-hy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