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Local advocates urge San Diego City Council to address alleged AI-driven rent inflation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Local Advocates Urge San Diego City Council to Address Alleged AI-Driven Rent Inflation</w:t>
      </w:r>
      <w:r/>
    </w:p>
    <w:p>
      <w:r/>
      <w:r>
        <w:t>San Diego, California – Amid growing concerns over housing affordability, local community advocates have raised alarms over the potential role of artificial intelligence in driving up rent prices in San Diego. Some residents suggest that the use of price-fixing software, such as those developed by RealPage, is contributing to artificially inflated rental costs in the region. This has prompted calls for regulatory intervention from the city council to address the issue.</w:t>
      </w:r>
      <w:r/>
    </w:p>
    <w:p>
      <w:r/>
      <w:r>
        <w:t>A recent survey conducted by the Southern California Rental Housing Association revealed a year-over-year decrease in average rental prices within San Diego County. However, despite this decline, the county's rental rates still significantly surpass the national average. The survey's findings underscore ongoing challenges with housing affordability in the area, attributed primarily to the persistent housing shortage. Nonetheless, some stakeholders argue that AI-driven software is exacerbating the problem by enabling landlords to harmonise pricing strategies, thereby limiting the competitive forces that typically help moderate rents.</w:t>
      </w:r>
      <w:r/>
    </w:p>
    <w:p>
      <w:r/>
      <w:r>
        <w:t>In a concerted effort to tackle these concerns, a news conference was held on Wednesday morning outside the San Diego City Hall. Advocates gathered to urge the introduction of a citywide ordinance banning the usage of such software for setting rents. Among the supporters of this potential legislative move is Serving Seniors, a local organisation advocating for the elderly population. The organisation's CEO, Paul Downey, articulated the detrimental impact these tools are having, suggesting they are pricing seniors out of their homes.</w:t>
      </w:r>
      <w:r/>
    </w:p>
    <w:p>
      <w:r/>
      <w:r>
        <w:t>Downey highlighted a worrying trend: a significant portion of the city's homeless population consists of older adults. Many of these individuals, according to Downey, are living on fixed incomes and struggle to meet rent increases. "The data shows that many of those are there simply because they live on a fixed income and rent continues to go up," Downey noted, adding that most seniors in their care survive on $1,200 a month or less, with as little as $300 left over for other essential expenditures.</w:t>
      </w:r>
      <w:r/>
    </w:p>
    <w:p>
      <w:r/>
      <w:r>
        <w:t>Media reports have placed the current average rent in San Diego at $2,170, a drop from the previous year's $2,338. However, community concerns linger due to the perception that AI software contributes significantly to the remaining high costs.</w:t>
      </w:r>
      <w:r/>
    </w:p>
    <w:p>
      <w:r/>
      <w:r>
        <w:t>This controversy echoes broader, national debates about the ethical use of AI in real estate pricing. The Justice Department and the California Attorney General have filed complaints against such technologies, reflecting heightened scrutiny following a 2022 investigation by ProPublica into RealPage. The investigation raised questions about whether the company's practices were linked to rapid rent increases. In response, some lawmakers, including Senator Amy Klobuchar of Minnesota, have been vocal in their criticism of the company. Earlier this year, Klobuchar introduced legislation aimed at curbing the use of algorithms for price-fixing purposes.</w:t>
      </w:r>
      <w:r/>
    </w:p>
    <w:p>
      <w:r/>
      <w:r>
        <w:t>RealPage, though prominent within the industry and reportedly controlling 80% of the market, is not alone in offering algorithmic tools to assist property managers. However, the Justice Department's lawsuit prominently targets the company, accusing it of monopolistic behaviour.</w:t>
      </w:r>
      <w:r/>
    </w:p>
    <w:p>
      <w:r/>
      <w:r>
        <w:t>As debates continue, all eyes are on the San Diego City Council to see how they will respond to community concerns about AI's influence on the local housing market. The outcome could have significant implications for how cities nationally regulate emergent technologies in the real estate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https://fox5sandiego.com/news/local-news/san-diego-pursing-law-banning-technology-used-in-rental-price-fixing/</w:t>
        </w:r>
      </w:hyperlink>
      <w:r>
        <w:t xml:space="preserve"> - This article supports the claim that San Diego is pursuing a law to ban the technology used in rental price fixing, particularly AI-based software that affects landlord-tenant negotiations.</w:t>
      </w:r>
      <w:r/>
    </w:p>
    <w:p>
      <w:pPr>
        <w:pStyle w:val="ListNumber"/>
        <w:spacing w:line="240" w:lineRule="auto"/>
        <w:ind w:left="720"/>
      </w:pPr>
      <w:r/>
      <w:hyperlink r:id="rId11">
        <w:r>
          <w:rPr>
            <w:color w:val="0000EE"/>
            <w:u w:val="single"/>
          </w:rPr>
          <w:t>https://www.latimes.com/california/story/2024-08-23/united-states-sues-realpage-alleging-the-company-allows-landlords-to-coordinate-in-hiking-rents</w:t>
        </w:r>
      </w:hyperlink>
      <w:r>
        <w:t xml:space="preserve"> - This article corroborates the allegations against RealPage, stating that the company's software enables landlords to set artificially high rents by sharing nonpublic information and coordinating pricing strategies.</w:t>
      </w:r>
      <w:r/>
    </w:p>
    <w:p>
      <w:pPr>
        <w:pStyle w:val="ListNumber"/>
        <w:spacing w:line="240" w:lineRule="auto"/>
        <w:ind w:left="720"/>
      </w:pPr>
      <w:r/>
      <w:hyperlink r:id="rId12">
        <w:r>
          <w:rPr>
            <w:color w:val="0000EE"/>
            <w:u w:val="single"/>
          </w:rPr>
          <w:t>https://www.kpbs.org/news/economy/2024/10/30/san-diego-moves-to-ban-algorithmic-price-fixing-housing-market-ai</w:t>
        </w:r>
      </w:hyperlink>
      <w:r>
        <w:t xml:space="preserve"> - This article supports the claim that San Diego City Council is proposing a ban on software used by landlords to set housing prices, highlighting the issue of algorithmic price fixing.</w:t>
      </w:r>
      <w:r/>
    </w:p>
    <w:p>
      <w:pPr>
        <w:pStyle w:val="ListNumber"/>
        <w:spacing w:line="240" w:lineRule="auto"/>
        <w:ind w:left="720"/>
      </w:pPr>
      <w:r/>
      <w:hyperlink r:id="rId13">
        <w:r>
          <w:rPr>
            <w:color w:val="0000EE"/>
            <w:u w:val="single"/>
          </w:rPr>
          <w:t>https://www.globest.com/2024/09/20/san-diego-multifamily-market-now-concession-driven/</w:t>
        </w:r>
      </w:hyperlink>
      <w:r>
        <w:t xml:space="preserve"> - This article provides context on the current state of the San Diego multifamily market, including the average rent and vacancy rates, which underscores the ongoing housing affordability challenges.</w:t>
      </w:r>
      <w:r/>
    </w:p>
    <w:p>
      <w:pPr>
        <w:pStyle w:val="ListNumber"/>
        <w:spacing w:line="240" w:lineRule="auto"/>
        <w:ind w:left="720"/>
      </w:pPr>
      <w:r/>
      <w:hyperlink r:id="rId14">
        <w:r>
          <w:rPr>
            <w:color w:val="0000EE"/>
            <w:u w:val="single"/>
          </w:rPr>
          <w:t>https://www.youtube.com/watch?v=01rOcXMNcC8</w:t>
        </w:r>
      </w:hyperlink>
      <w:r>
        <w:t xml:space="preserve"> - This video discusses the concerns over AI-powered rent prices in San Diego, aligning with the community's alarms over the potential role of AI in driving up rent prices.</w:t>
      </w:r>
      <w:r/>
    </w:p>
    <w:p>
      <w:pPr>
        <w:pStyle w:val="ListNumber"/>
        <w:spacing w:line="240" w:lineRule="auto"/>
        <w:ind w:left="720"/>
      </w:pPr>
      <w:r/>
      <w:hyperlink r:id="rId11">
        <w:r>
          <w:rPr>
            <w:color w:val="0000EE"/>
            <w:u w:val="single"/>
          </w:rPr>
          <w:t>https://www.latimes.com/california/story/2024-08-23/united-states-sues-realpage-alleging-the-company-allows-landlords-to-coordinate-in-hiking-rents</w:t>
        </w:r>
      </w:hyperlink>
      <w:r>
        <w:t xml:space="preserve"> - This article details the Justice Department's lawsuit against RealPage, highlighting the national debate on the ethical use of AI in real estate pricing and the accusations of monopolistic behavior.</w:t>
      </w:r>
      <w:r/>
    </w:p>
    <w:p>
      <w:pPr>
        <w:pStyle w:val="ListNumber"/>
        <w:spacing w:line="240" w:lineRule="auto"/>
        <w:ind w:left="720"/>
      </w:pPr>
      <w:r/>
      <w:hyperlink r:id="rId12">
        <w:r>
          <w:rPr>
            <w:color w:val="0000EE"/>
            <w:u w:val="single"/>
          </w:rPr>
          <w:t>https://www.kpbs.org/news/economy/2024/10/30/san-diego-moves-to-ban-algorithmic-price-fixing-housing-market-ai</w:t>
        </w:r>
      </w:hyperlink>
      <w:r>
        <w:t xml:space="preserve"> - This article supports the claim that community advocates, including organizations like Serving Seniors, are urging the city council to introduce an ordinance banning AI-driven rent-setting software.</w:t>
      </w:r>
      <w:r/>
    </w:p>
    <w:p>
      <w:pPr>
        <w:pStyle w:val="ListNumber"/>
        <w:spacing w:line="240" w:lineRule="auto"/>
        <w:ind w:left="720"/>
      </w:pPr>
      <w:r/>
      <w:hyperlink r:id="rId10">
        <w:r>
          <w:rPr>
            <w:color w:val="0000EE"/>
            <w:u w:val="single"/>
          </w:rPr>
          <w:t>https://fox5sandiego.com/news/local-news/san-diego-pursing-law-banning-technology-used-in-rental-price-fixing/</w:t>
        </w:r>
      </w:hyperlink>
      <w:r>
        <w:t xml:space="preserve"> - This article explains the local efforts to address the issue, including a news conference outside San Diego City Hall where advocates pushed for regulatory action against AI-driven rent inflation.</w:t>
      </w:r>
      <w:r/>
    </w:p>
    <w:p>
      <w:pPr>
        <w:pStyle w:val="ListNumber"/>
        <w:spacing w:line="240" w:lineRule="auto"/>
        <w:ind w:left="720"/>
      </w:pPr>
      <w:r/>
      <w:hyperlink r:id="rId13">
        <w:r>
          <w:rPr>
            <w:color w:val="0000EE"/>
            <w:u w:val="single"/>
          </w:rPr>
          <w:t>https://www.globest.com/2024/09/20/san-diego-multifamily-market-now-concession-driven/</w:t>
        </w:r>
      </w:hyperlink>
      <w:r>
        <w:t xml:space="preserve"> - This article provides data on the current average rent in San Diego and the year-over-year changes, which supports the claim that despite a decline, rents remain high and are a concern for affordability.</w:t>
      </w:r>
      <w:r/>
    </w:p>
    <w:p>
      <w:pPr>
        <w:pStyle w:val="ListNumber"/>
        <w:spacing w:line="240" w:lineRule="auto"/>
        <w:ind w:left="720"/>
      </w:pPr>
      <w:r/>
      <w:hyperlink r:id="rId11">
        <w:r>
          <w:rPr>
            <w:color w:val="0000EE"/>
            <w:u w:val="single"/>
          </w:rPr>
          <w:t>https://www.latimes.com/california/story/2024-08-23/united-states-sues-realpage-alleging-the-company-allows-landlords-to-coordinate-in-hiking-rents</w:t>
        </w:r>
      </w:hyperlink>
      <w:r>
        <w:t xml:space="preserve"> - This article mentions the broader national context, including Senator Amy Klobuchar's legislation aimed at curbing the use of algorithms for price-fixing purposes, reflecting the national debate on this issue.</w:t>
      </w:r>
      <w:r/>
    </w:p>
    <w:p>
      <w:pPr>
        <w:pStyle w:val="ListNumber"/>
        <w:spacing w:line="240" w:lineRule="auto"/>
        <w:ind w:left="720"/>
      </w:pPr>
      <w:r/>
      <w:hyperlink r:id="rId12">
        <w:r>
          <w:rPr>
            <w:color w:val="0000EE"/>
            <w:u w:val="single"/>
          </w:rPr>
          <w:t>https://www.kpbs.org/news/economy/2024/10/30/san-diego-moves-to-ban-algorithmic-price-fixing-housing-market-ai</w:t>
        </w:r>
      </w:hyperlink>
      <w:r>
        <w:t xml:space="preserve"> - This article highlights the potential implications of the San Diego City Council's decision on the regulation of emergent technologies in the real estate sector at a national level.</w:t>
      </w:r>
      <w:r/>
    </w:p>
    <w:p>
      <w:pPr>
        <w:pStyle w:val="ListNumber"/>
        <w:spacing w:line="240" w:lineRule="auto"/>
        <w:ind w:left="720"/>
      </w:pPr>
      <w:r/>
      <w:hyperlink r:id="rId15">
        <w:r>
          <w:rPr>
            <w:color w:val="0000EE"/>
            <w:u w:val="single"/>
          </w:rPr>
          <w:t>https://www.nbcsandiego.com/news/local/price-fixing-ai-high-rents-san-diego/3662677/</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ox5sandiego.com/news/local-news/san-diego-pursing-law-banning-technology-used-in-rental-price-fixing/" TargetMode="External"/><Relationship Id="rId11" Type="http://schemas.openxmlformats.org/officeDocument/2006/relationships/hyperlink" Target="https://www.latimes.com/california/story/2024-08-23/united-states-sues-realpage-alleging-the-company-allows-landlords-to-coordinate-in-hiking-rents" TargetMode="External"/><Relationship Id="rId12" Type="http://schemas.openxmlformats.org/officeDocument/2006/relationships/hyperlink" Target="https://www.kpbs.org/news/economy/2024/10/30/san-diego-moves-to-ban-algorithmic-price-fixing-housing-market-ai" TargetMode="External"/><Relationship Id="rId13" Type="http://schemas.openxmlformats.org/officeDocument/2006/relationships/hyperlink" Target="https://www.globest.com/2024/09/20/san-diego-multifamily-market-now-concession-driven/" TargetMode="External"/><Relationship Id="rId14" Type="http://schemas.openxmlformats.org/officeDocument/2006/relationships/hyperlink" Target="https://www.youtube.com/watch?v=01rOcXMNcC8" TargetMode="External"/><Relationship Id="rId15" Type="http://schemas.openxmlformats.org/officeDocument/2006/relationships/hyperlink" Target="https://www.nbcsandiego.com/news/local/price-fixing-ai-high-rents-san-diego/366267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