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Mastercard enhances customer onboarding experience with AI-driven digital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Mastercard has launched a significant advancement in its artificial intelligence (AI) capabilities aimed at enhancing customer and employee experience. The company has introduced a new programme centred on the development and deployment of knowledge agent tools. This innovative initiative is set to transform how the company engages with customers, particularly during the onboarding process, by employing sophisticated AI techniques.</w:t>
      </w:r>
      <w:r/>
    </w:p>
    <w:p>
      <w:r/>
      <w:r>
        <w:t>The programme's first notable application is a digital assistant specifically designed to streamline and simplify the customer onboarding experience. The tool enables customers to access new payment solutions more swiftly and efficiently, reflecting Mastercard's commitment to leveraging technology for improved service delivery.</w:t>
      </w:r>
      <w:r/>
    </w:p>
    <w:p>
      <w:r/>
      <w:r>
        <w:t>This new in-house capability has been developed in collaboration with Databricks, a leader in the field of data management and analytics. The partnership leverages Databricks' Data Intelligence Platform, integrating core functionalities such as a chat-based user interface and an advanced learning system driven by human feedback. This ensures that the knowledge agents are continually updated with Mastercard’s proprietary data, ensuring compliance with the company's strict AI and data governance standards.</w:t>
      </w:r>
      <w:r/>
    </w:p>
    <w:p>
      <w:r/>
      <w:r>
        <w:t>A key feature of this digital assistant is its use of a large language model, enhanced with Retrieval Augmented Generation (RAG) and fine-tuned to improve accuracy. This advanced AI model consults Mastercard's vast repository of onboarding documentation to accurately respond to customer queries, significantly reducing the time and effort typically associated with onboarding processes.</w:t>
      </w:r>
      <w:r/>
    </w:p>
    <w:p>
      <w:r/>
      <w:r>
        <w:t>Moreover, the tool incorporates a human-in-the-loop approach, allowing subject matter experts to provide feedback. This feedback loop is crucial for continuous learning and ensures that the assistant's responses remain precise and relevant. This initiative is just the beginning, as Mastercard plans to develop more applications using this robust infrastructure.</w:t>
      </w:r>
      <w:r/>
    </w:p>
    <w:p>
      <w:r/>
      <w:r>
        <w:t>Mastercard's investment in AI reflects its broader strategy to harness advanced technologies for economic empowerment and to strengthen its service offerings. The company is already deploying machine learning algorithms to assess over 143 billion transactions annually, using this data to detect potential security threats and protect both individuals and businesses from cyber risks.</w:t>
      </w:r>
      <w:r/>
    </w:p>
    <w:p>
      <w:r/>
      <w:r>
        <w:t>Beyond security, AI is playing a pivotal role in Mastercard’s efforts to enhance financial inclusion. By offering critical insights and intelligence, the company is helping to improve access to credit and financial management for individuals with limited or non-existent credit histories. Furthermore, AI-driven tools are pivotal in identifying potentially compromised cards, adding another layer of security for Mastercard's global users.</w:t>
      </w:r>
      <w:r/>
    </w:p>
    <w:p>
      <w:r/>
      <w:r>
        <w:t>In summary, Mastercard's latest AI initiative marks a significant leap forward in the financial industry’s adoption of advanced technology to achieve operational efficiency and superior customer service. By continuing to innovate with AI, Mastercard positions itself at the forefront of digital transformation in the financial services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https://www.pymnts.com/artificial-intelligence-2/2024/mastercard-launches-first-ai-assistant-developed-with-new-in-house-capability/</w:t>
        </w:r>
      </w:hyperlink>
      <w:r>
        <w:t xml:space="preserve"> - Mastercard's launch of a generative AI-powered digital assistant for customer onboarding and the collaboration with Databricks.</w:t>
      </w:r>
      <w:r/>
    </w:p>
    <w:p>
      <w:pPr>
        <w:pStyle w:val="ListNumber"/>
        <w:spacing w:line="240" w:lineRule="auto"/>
        <w:ind w:left="720"/>
      </w:pPr>
      <w:r/>
      <w:hyperlink r:id="rId10">
        <w:r>
          <w:rPr>
            <w:color w:val="0000EE"/>
            <w:u w:val="single"/>
          </w:rPr>
          <w:t>https://www.pymnts.com/artificial-intelligence-2/2024/mastercard-launches-first-ai-assistant-developed-with-new-in-house-capability/</w:t>
        </w:r>
      </w:hyperlink>
      <w:r>
        <w:t xml:space="preserve"> - The integration of core functionalities like a chat-based assistant user interface and learning with human feedback.</w:t>
      </w:r>
      <w:r/>
    </w:p>
    <w:p>
      <w:pPr>
        <w:pStyle w:val="ListNumber"/>
        <w:spacing w:line="240" w:lineRule="auto"/>
        <w:ind w:left="720"/>
      </w:pPr>
      <w:r/>
      <w:hyperlink r:id="rId10">
        <w:r>
          <w:rPr>
            <w:color w:val="0000EE"/>
            <w:u w:val="single"/>
          </w:rPr>
          <w:t>https://www.pymnts.com/artificial-intelligence-2/2024/mastercard-launches-first-ai-assistant-developed-with-new-in-house-capability/</w:t>
        </w:r>
      </w:hyperlink>
      <w:r>
        <w:t xml:space="preserve"> - The use of Mastercard's proprietary datasets and compliance with AI and data governance standards.</w:t>
      </w:r>
      <w:r/>
    </w:p>
    <w:p>
      <w:pPr>
        <w:pStyle w:val="ListNumber"/>
        <w:spacing w:line="240" w:lineRule="auto"/>
        <w:ind w:left="720"/>
      </w:pPr>
      <w:r/>
      <w:hyperlink r:id="rId10">
        <w:r>
          <w:rPr>
            <w:color w:val="0000EE"/>
            <w:u w:val="single"/>
          </w:rPr>
          <w:t>https://www.pymnts.com/artificial-intelligence-2/2024/mastercard-launches-first-ai-assistant-developed-with-new-in-house-capability/</w:t>
        </w:r>
      </w:hyperlink>
      <w:r>
        <w:t xml:space="preserve"> - The digital assistant's ability to automate routine tasks and answer customer queries during onboarding.</w:t>
      </w:r>
      <w:r/>
    </w:p>
    <w:p>
      <w:pPr>
        <w:pStyle w:val="ListNumber"/>
        <w:spacing w:line="240" w:lineRule="auto"/>
        <w:ind w:left="720"/>
      </w:pPr>
      <w:r/>
      <w:hyperlink r:id="rId11">
        <w:r>
          <w:rPr>
            <w:color w:val="0000EE"/>
            <w:u w:val="single"/>
          </w:rPr>
          <w:t>https://www.youtube.com/watch?v=NQocMMpgr_8</w:t>
        </w:r>
      </w:hyperlink>
      <w:r>
        <w:t xml:space="preserve"> - Mastercard's use of AI in HR and employee experience, including summarizing meeting notes and enhancing employee workflows.</w:t>
      </w:r>
      <w:r/>
    </w:p>
    <w:p>
      <w:pPr>
        <w:pStyle w:val="ListNumber"/>
        <w:spacing w:line="240" w:lineRule="auto"/>
        <w:ind w:left="720"/>
      </w:pPr>
      <w:r/>
      <w:hyperlink r:id="rId12">
        <w:r>
          <w:rPr>
            <w:color w:val="0000EE"/>
            <w:u w:val="single"/>
          </w:rPr>
          <w:t>https://hrleaders.co/podcast/how-mastercard-is-training-employees-for-the-ai-era</w:t>
        </w:r>
      </w:hyperlink>
      <w:r>
        <w:t xml:space="preserve"> - Mastercard's strategies for leveraging AI in HR, enhancing efficiency, and continuous learning.</w:t>
      </w:r>
      <w:r/>
    </w:p>
    <w:p>
      <w:pPr>
        <w:pStyle w:val="ListNumber"/>
        <w:spacing w:line="240" w:lineRule="auto"/>
        <w:ind w:left="720"/>
      </w:pPr>
      <w:r/>
      <w:hyperlink r:id="rId13">
        <w:r>
          <w:rPr>
            <w:color w:val="0000EE"/>
            <w:u w:val="single"/>
          </w:rPr>
          <w:t>https://www.unleash.ai/hr-technology/unleash-world-2024-mastercard-cpo-on-delivering-improved-talent-experience-through-tech/</w:t>
        </w:r>
      </w:hyperlink>
      <w:r>
        <w:t xml:space="preserve"> - Mastercard's use of AI to enhance talent acquisition, automate interview scheduling, and improve employee experiences.</w:t>
      </w:r>
      <w:r/>
    </w:p>
    <w:p>
      <w:pPr>
        <w:pStyle w:val="ListNumber"/>
        <w:spacing w:line="240" w:lineRule="auto"/>
        <w:ind w:left="720"/>
      </w:pPr>
      <w:r/>
      <w:hyperlink r:id="rId13">
        <w:r>
          <w:rPr>
            <w:color w:val="0000EE"/>
            <w:u w:val="single"/>
          </w:rPr>
          <w:t>https://www.unleash.ai/hr-technology/unleash-world-2024-mastercard-cpo-on-delivering-improved-talent-experience-through-tech/</w:t>
        </w:r>
      </w:hyperlink>
      <w:r>
        <w:t xml:space="preserve"> - The introduction of a three-tiered AI learning strategy and the role of AI in reducing friction in employee workflows.</w:t>
      </w:r>
      <w:r/>
    </w:p>
    <w:p>
      <w:pPr>
        <w:pStyle w:val="ListNumber"/>
        <w:spacing w:line="240" w:lineRule="auto"/>
        <w:ind w:left="720"/>
      </w:pPr>
      <w:r/>
      <w:hyperlink r:id="rId14">
        <w:r>
          <w:rPr>
            <w:color w:val="0000EE"/>
            <w:u w:val="single"/>
          </w:rPr>
          <w:t>https://www.myhrfuture.com/digital-hr-leaders-podcast/how-mastercard-is-using-ai-to-drive-employee-success-and-leadership-growth</w:t>
        </w:r>
      </w:hyperlink>
      <w:r>
        <w:t xml:space="preserve"> - Mastercard's use of AI to transform HR, including skills-based approaches and internal talent marketplaces.</w:t>
      </w:r>
      <w:r/>
    </w:p>
    <w:p>
      <w:pPr>
        <w:pStyle w:val="ListNumber"/>
        <w:spacing w:line="240" w:lineRule="auto"/>
        <w:ind w:left="720"/>
      </w:pPr>
      <w:r/>
      <w:hyperlink r:id="rId14">
        <w:r>
          <w:rPr>
            <w:color w:val="0000EE"/>
            <w:u w:val="single"/>
          </w:rPr>
          <w:t>https://www.myhrfuture.com/digital-hr-leaders-podcast/how-mastercard-is-using-ai-to-drive-employee-success-and-leadership-growth</w:t>
        </w:r>
      </w:hyperlink>
      <w:r>
        <w:t xml:space="preserve"> - The company's approach to navigating the gig economy and retaining younger generations through AI-driven initiatives.</w:t>
      </w:r>
      <w:r/>
    </w:p>
    <w:p>
      <w:pPr>
        <w:pStyle w:val="ListNumber"/>
        <w:spacing w:line="240" w:lineRule="auto"/>
        <w:ind w:left="720"/>
      </w:pPr>
      <w:r/>
      <w:hyperlink r:id="rId10">
        <w:r>
          <w:rPr>
            <w:color w:val="0000EE"/>
            <w:u w:val="single"/>
          </w:rPr>
          <w:t>https://www.pymnts.com/artificial-intelligence-2/2024/mastercard-launches-first-ai-assistant-developed-with-new-in-house-capability/</w:t>
        </w:r>
      </w:hyperlink>
      <w:r>
        <w:t xml:space="preserve"> - Mastercard's broader strategy to harness advanced technologies for economic empowerment and service offerings.</w:t>
      </w:r>
      <w:r/>
    </w:p>
    <w:p>
      <w:pPr>
        <w:pStyle w:val="ListNumber"/>
        <w:spacing w:line="240" w:lineRule="auto"/>
        <w:ind w:left="720"/>
      </w:pPr>
      <w:r/>
      <w:hyperlink r:id="rId15">
        <w:r>
          <w:rPr>
            <w:color w:val="0000EE"/>
            <w:u w:val="single"/>
          </w:rPr>
          <w:t>https://ffnews.com/newsarticle/fintech/mastercard-launches-new-gen-ai-digital-assistant-capabilities-to-enhance-customer-value/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mastercard-launches-first-ai-assistant-developed-with-new-in-house-capability/" TargetMode="External"/><Relationship Id="rId11" Type="http://schemas.openxmlformats.org/officeDocument/2006/relationships/hyperlink" Target="https://www.youtube.com/watch?v=NQocMMpgr_8" TargetMode="External"/><Relationship Id="rId12" Type="http://schemas.openxmlformats.org/officeDocument/2006/relationships/hyperlink" Target="https://hrleaders.co/podcast/how-mastercard-is-training-employees-for-the-ai-era" TargetMode="External"/><Relationship Id="rId13" Type="http://schemas.openxmlformats.org/officeDocument/2006/relationships/hyperlink" Target="https://www.unleash.ai/hr-technology/unleash-world-2024-mastercard-cpo-on-delivering-improved-talent-experience-through-tech/" TargetMode="External"/><Relationship Id="rId14" Type="http://schemas.openxmlformats.org/officeDocument/2006/relationships/hyperlink" Target="https://www.myhrfuture.com/digital-hr-leaders-podcast/how-mastercard-is-using-ai-to-drive-employee-success-and-leadership-growth" TargetMode="External"/><Relationship Id="rId15" Type="http://schemas.openxmlformats.org/officeDocument/2006/relationships/hyperlink" Target="https://ffnews.com/newsarticle/fintech/mastercard-launches-new-gen-ai-digital-assistant-capabilities-to-enhance-customer-val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