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introduces search feature to enhance ChatGPT usability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Introduces Search Feature to Enhance ChatGPT Usability</w:t>
      </w:r>
      <w:r/>
    </w:p>
    <w:p>
      <w:r/>
      <w:r>
        <w:t>OpenAI has rolled out a new search feature specifically for subscribers of ChatGPT Plus and Teams, allowing users to effectively navigate through their extensive chat history. This latest update seeks to address a common challenge faced by regular users of ChatGPT: finding specific parts of past conversations. The search tool simplifies the process by allowing individuals to search for particular terms, making it quicker and easier to retrieve old threads or details, even when they are difficult to recall.</w:t>
      </w:r>
      <w:r/>
    </w:p>
    <w:p>
      <w:r/>
      <w:r>
        <w:t>For now, the feature is exclusive to paid subscribers, but OpenAI plans to make it available to free users starting next month. The tool can be accessed through the magnifying glass icon located at the top of the ChatGPT sidebar. Once a keyword or phrase is entered, the tool efficiently sorts through the user’s history to pinpoint the desired message. This feature holds significant utility, particularly for those with lengthy chat threads, alleviating the need to manually sift through a cluttered list of conversations.</w:t>
      </w:r>
      <w:r/>
    </w:p>
    <w:p>
      <w:r/>
      <w:r>
        <w:t>The introduction of this search facility brings ChatGPT closer to matching the capabilities of its competitors, such as Google Gemini and Anthropic’s Claude. This development is part of a broader effort to improve the quality-of-life aspects of ChatGPT, enhancing the user experience with a better interface, autocomplete suggestions, and the option to issue immediate commands using the “/” symbol for actions like online searches or image generation.</w:t>
      </w:r>
      <w:r/>
    </w:p>
    <w:p>
      <w:r/>
      <w:r>
        <w:rPr>
          <w:b/>
        </w:rPr>
        <w:t>Innovations in AI Technology Improve Music Discovery</w:t>
      </w:r>
      <w:r/>
    </w:p>
    <w:p>
      <w:r/>
      <w:r>
        <w:t>In a related development within the AI sphere, tech company Hearby is leveraging AI technology to transform the way fans discover music events and venues. The company uses a unique AI chatbot called “Ask Hearby” to streamline the process of finding grassroots music events in users’ local areas. The chatbot aims to sidestep the cumbersome traditional methods of searching, filtering, and reviewing by enabling users to instantly convey their preferences and receive tailored recommendations.</w:t>
      </w:r>
      <w:r/>
    </w:p>
    <w:p>
      <w:r/>
      <w:r>
        <w:t>The intricacies of teaching a language-based AI to incorporate real-time data have posed several challenges for Hearby. The company invested significant time and resources into combining various technical approaches. These include employing a blend of machine learning models to discern user intent, utilizing vector databases for interpreting vague queries, and ensuring the data from queries is processed and communicated effectively by ChatGPT.</w:t>
      </w:r>
      <w:r/>
    </w:p>
    <w:p>
      <w:r/>
      <w:r>
        <w:t>Hearby’s innovative approach includes layering multiple technologies to enhance the data-driven responses generated by their chatbot. This method enables the chatbot to provide enriched, contextually relevant answers, complete with visual aids and links, to user queries such as “What’s on in London tonight?” or “Where can I take my aunt for a jazz brunch?”</w:t>
      </w:r>
      <w:r/>
    </w:p>
    <w:p>
      <w:r/>
      <w:r>
        <w:t>With the successful integration of these technologies, Hearby plans to launch their chatbot and continue refining their machine learning and classification systems to further spotlight the vibrant music scene. Their ultimate goal is to foster greater engagement with live music events, encouraging fans to explore their communities and discover new music experiences.</w:t>
      </w:r>
      <w:r/>
    </w:p>
    <w:p>
      <w:r/>
      <w:r>
        <w:t>The efforts by OpenAI and Hearby reflect an ongoing trend in AI development aimed at enhancing user experience and utility, whether through better navigation of digital history or by creating new ways to discover and experience live music.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https://searchengineland.com/chatgpt-search-feature-rumors-heating-up-440337</w:t>
        </w:r>
      </w:hyperlink>
      <w:r>
        <w:t xml:space="preserve"> - Discusses the rumors and developments around OpenAI's new search feature for ChatGPT, including the integration of real-time web information and citations.</w:t>
      </w:r>
      <w:r/>
    </w:p>
    <w:p>
      <w:pPr>
        <w:pStyle w:val="ListNumber"/>
        <w:spacing w:line="240" w:lineRule="auto"/>
        <w:ind w:left="720"/>
      </w:pPr>
      <w:r/>
      <w:hyperlink r:id="rId11">
        <w:r>
          <w:rPr>
            <w:color w:val="0000EE"/>
            <w:u w:val="single"/>
          </w:rPr>
          <w:t>https://www.bbc.com/news/articles/c897qz1qex9o</w:t>
        </w:r>
      </w:hyperlink>
      <w:r>
        <w:t xml:space="preserve"> - Reports on OpenAI's trial of a new search feature that incorporates real-time information into ChatGPT, allowing for more current and relevant responses.</w:t>
      </w:r>
      <w:r/>
    </w:p>
    <w:p>
      <w:pPr>
        <w:pStyle w:val="ListNumber"/>
        <w:spacing w:line="240" w:lineRule="auto"/>
        <w:ind w:left="720"/>
      </w:pPr>
      <w:r/>
      <w:hyperlink r:id="rId12">
        <w:r>
          <w:rPr>
            <w:color w:val="0000EE"/>
            <w:u w:val="single"/>
          </w:rPr>
          <w:t>https://help.openai.com/en/articles/8077698-how-do-i-use-chatgpt-browse-with-bing-to-search-the-web</w:t>
        </w:r>
      </w:hyperlink>
      <w:r>
        <w:t xml:space="preserve"> - Explains the 'Browse with Bing' feature of ChatGPT, which allows the model to search the internet to help answer questions that benefit from recent information.</w:t>
      </w:r>
      <w:r/>
    </w:p>
    <w:p>
      <w:pPr>
        <w:pStyle w:val="ListNumber"/>
        <w:spacing w:line="240" w:lineRule="auto"/>
        <w:ind w:left="720"/>
      </w:pPr>
      <w:r/>
      <w:hyperlink r:id="rId13">
        <w:r>
          <w:rPr>
            <w:color w:val="0000EE"/>
            <w:u w:val="single"/>
          </w:rPr>
          <w:t>https://www.theverge.com/2024/7/25/24205701/openai-searchgpt-ai-search-engine-google-perplexity-rival</w:t>
        </w:r>
      </w:hyperlink>
      <w:r>
        <w:t xml:space="preserve"> - Details the introduction of SearchGPT, an AI-powered search engine by OpenAI, and its features such as categorizing results, providing visual answers, and collaborating with publishers.</w:t>
      </w:r>
      <w:r/>
    </w:p>
    <w:p>
      <w:pPr>
        <w:pStyle w:val="ListNumber"/>
        <w:spacing w:line="240" w:lineRule="auto"/>
        <w:ind w:left="720"/>
      </w:pPr>
      <w:r/>
      <w:hyperlink r:id="rId14">
        <w:r>
          <w:rPr>
            <w:color w:val="0000EE"/>
            <w:u w:val="single"/>
          </w:rPr>
          <w:t>https://www.pymnts.com/artificial-intelligence-2/2024/openai-testing-ai-search-features-to-integrate-into-chatgpt/</w:t>
        </w:r>
      </w:hyperlink>
      <w:r>
        <w:t xml:space="preserve"> - Describes OpenAI's testing of the SearchGPT prototype, its integration with real-time web information, and its plans to enhance the conversational capabilities of ChatGPT.</w:t>
      </w:r>
      <w:r/>
    </w:p>
    <w:p>
      <w:pPr>
        <w:pStyle w:val="ListNumber"/>
        <w:spacing w:line="240" w:lineRule="auto"/>
        <w:ind w:left="720"/>
      </w:pPr>
      <w:r/>
      <w:hyperlink r:id="rId10">
        <w:r>
          <w:rPr>
            <w:color w:val="0000EE"/>
            <w:u w:val="single"/>
          </w:rPr>
          <w:t>https://searchengineland.com/chatgpt-search-feature-rumors-heating-up-440337</w:t>
        </w:r>
      </w:hyperlink>
      <w:r>
        <w:t xml:space="preserve"> - Mentions OpenAI's broader efforts to improve ChatGPT's user experience, including better interface and additional features like autocomplete suggestions and immediate commands.</w:t>
      </w:r>
      <w:r/>
    </w:p>
    <w:p>
      <w:pPr>
        <w:pStyle w:val="ListNumber"/>
        <w:spacing w:line="240" w:lineRule="auto"/>
        <w:ind w:left="720"/>
      </w:pPr>
      <w:r/>
      <w:hyperlink r:id="rId13">
        <w:r>
          <w:rPr>
            <w:color w:val="0000EE"/>
            <w:u w:val="single"/>
          </w:rPr>
          <w:t>https://www.theverge.com/2024/7/25/24205701/openai-searchgpt-ai-search-engine-google-perplexity-rival</w:t>
        </w:r>
      </w:hyperlink>
      <w:r>
        <w:t xml:space="preserve"> - Highlights the competitive landscape, including how OpenAI's new search feature positions it against other AI-driven search engines and traditional search engines like Google.</w:t>
      </w:r>
      <w:r/>
    </w:p>
    <w:p>
      <w:pPr>
        <w:pStyle w:val="ListNumber"/>
        <w:spacing w:line="240" w:lineRule="auto"/>
        <w:ind w:left="720"/>
      </w:pPr>
      <w:r/>
      <w:hyperlink r:id="rId11">
        <w:r>
          <w:rPr>
            <w:color w:val="0000EE"/>
            <w:u w:val="single"/>
          </w:rPr>
          <w:t>https://www.bbc.com/news/articles/c897qz1qex9o</w:t>
        </w:r>
      </w:hyperlink>
      <w:r>
        <w:t xml:space="preserve"> - Discusses the environmental and ethical considerations of AI search engines, including energy consumption and content attribution issues.</w:t>
      </w:r>
      <w:r/>
    </w:p>
    <w:p>
      <w:pPr>
        <w:pStyle w:val="ListNumber"/>
        <w:spacing w:line="240" w:lineRule="auto"/>
        <w:ind w:left="720"/>
      </w:pPr>
      <w:r/>
      <w:hyperlink r:id="rId12">
        <w:r>
          <w:rPr>
            <w:color w:val="0000EE"/>
            <w:u w:val="single"/>
          </w:rPr>
          <w:t>https://help.openai.com/en/articles/8077698-how-do-i-use-chatgpt-browse-with-bing-to-search-the-web</w:t>
        </w:r>
      </w:hyperlink>
      <w:r>
        <w:t xml:space="preserve"> - Explains how the Browse with Bing feature processes user queries and retrieves relevant results, which is relevant to the integration of real-time data in AI chatbots.</w:t>
      </w:r>
      <w:r/>
    </w:p>
    <w:p>
      <w:pPr>
        <w:pStyle w:val="ListNumber"/>
        <w:spacing w:line="240" w:lineRule="auto"/>
        <w:ind w:left="720"/>
      </w:pPr>
      <w:r/>
      <w:hyperlink r:id="rId14">
        <w:r>
          <w:rPr>
            <w:color w:val="0000EE"/>
            <w:u w:val="single"/>
          </w:rPr>
          <w:t>https://www.pymnts.com/artificial-intelligence-2/2024/openai-testing-ai-search-features-to-integrate-into-chatgpt/</w:t>
        </w:r>
      </w:hyperlink>
      <w:r>
        <w:t xml:space="preserve"> - Details the partnership between OpenAI and publishers to ensure accurate representation and citation of sources in the new search feature.</w:t>
      </w:r>
      <w:r/>
    </w:p>
    <w:p>
      <w:pPr>
        <w:pStyle w:val="ListNumber"/>
        <w:spacing w:line="240" w:lineRule="auto"/>
        <w:ind w:left="720"/>
      </w:pPr>
      <w:r/>
      <w:hyperlink r:id="rId13">
        <w:r>
          <w:rPr>
            <w:color w:val="0000EE"/>
            <w:u w:val="single"/>
          </w:rPr>
          <w:t>https://www.theverge.com/2024/7/25/24205701/openai-searchgpt-ai-search-engine-google-perplexity-rival</w:t>
        </w:r>
      </w:hyperlink>
      <w:r>
        <w:t xml:space="preserve"> - Provides insights into how OpenAI's SearchGPT aims to enhance user experience by combining AI models with web information and offering features like follow-up questions and visual answers.</w:t>
      </w:r>
      <w:r/>
    </w:p>
    <w:p>
      <w:pPr>
        <w:pStyle w:val="ListNumber"/>
        <w:spacing w:line="240" w:lineRule="auto"/>
        <w:ind w:left="720"/>
      </w:pPr>
      <w:r/>
      <w:hyperlink r:id="rId15">
        <w:r>
          <w:rPr>
            <w:color w:val="0000EE"/>
            <w:u w:val="single"/>
          </w:rPr>
          <w:t>https://www.techradar.com/computing/artificial-intelligence/you-can-finally-rediscover-that-great-bit-of-chatgpt-conversation-from-months-ago</w:t>
        </w:r>
      </w:hyperlink>
      <w:r>
        <w:t xml:space="preserve"> - Please view link - unable to able to access data</w:t>
      </w:r>
      <w:r/>
    </w:p>
    <w:p>
      <w:pPr>
        <w:pStyle w:val="ListNumber"/>
        <w:spacing w:line="240" w:lineRule="auto"/>
        <w:ind w:left="720"/>
      </w:pPr>
      <w:r/>
      <w:hyperlink r:id="rId16">
        <w:r>
          <w:rPr>
            <w:color w:val="0000EE"/>
            <w:u w:val="single"/>
          </w:rPr>
          <w:t>https://www.digitalmusicnews.com/2024/10/30/hearby-chat-technology-ai-find-music-concerts/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archengineland.com/chatgpt-search-feature-rumors-heating-up-440337" TargetMode="External"/><Relationship Id="rId11" Type="http://schemas.openxmlformats.org/officeDocument/2006/relationships/hyperlink" Target="https://www.bbc.com/news/articles/c897qz1qex9o" TargetMode="External"/><Relationship Id="rId12" Type="http://schemas.openxmlformats.org/officeDocument/2006/relationships/hyperlink" Target="https://help.openai.com/en/articles/8077698-how-do-i-use-chatgpt-browse-with-bing-to-search-the-web" TargetMode="External"/><Relationship Id="rId13" Type="http://schemas.openxmlformats.org/officeDocument/2006/relationships/hyperlink" Target="https://www.theverge.com/2024/7/25/24205701/openai-searchgpt-ai-search-engine-google-perplexity-rival" TargetMode="External"/><Relationship Id="rId14" Type="http://schemas.openxmlformats.org/officeDocument/2006/relationships/hyperlink" Target="https://www.pymnts.com/artificial-intelligence-2/2024/openai-testing-ai-search-features-to-integrate-into-chatgpt/" TargetMode="External"/><Relationship Id="rId15" Type="http://schemas.openxmlformats.org/officeDocument/2006/relationships/hyperlink" Target="https://www.techradar.com/computing/artificial-intelligence/you-can-finally-rediscover-that-great-bit-of-chatgpt-conversation-from-months-ago" TargetMode="External"/><Relationship Id="rId16" Type="http://schemas.openxmlformats.org/officeDocument/2006/relationships/hyperlink" Target="https://www.digitalmusicnews.com/2024/10/30/hearby-chat-technology-ai-find-music-concer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