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Pika Labs revolutionises video creation with AI-driven effects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Pika Labs, a Palo Alto-based startup, has been steadily gaining traction with its innovative use of artificial intelligence in video creation. Co-founded by former Stanford AI PhD students Demi Guo and Chenlin Meng, Pika has already amassed significant investment, with $135 million in funding. Positioned as a mainstream AI tool for video enhancement, the company recently introduced the Pika 1.5 model, further cementing its popularity among creators and brands alike.</w:t>
      </w:r>
      <w:r/>
    </w:p>
    <w:p>
      <w:r/>
      <w:r>
        <w:t>Launched in October 2024, the Pika 1.5 model showcases an array of special effects—Explode, Squish, Melt, Crush, Inflate, and "Cake-ify"—designed to captivate users by transforming static images into dynamic video content. These effects, known as Pikaffects, have sparked a trend among social media creators, particularly on platforms such as Instagram and TikTok, where brands in cosmetics, skincare, and wellness sectors are increasingly utilising the "squish" effect to make their advertisements more engaging.</w:t>
      </w:r>
      <w:r/>
    </w:p>
    <w:p>
      <w:r/>
      <w:r>
        <w:t>The appeal of Pika's technology extends beyond professional creators, as the company seeks to make AI-generated video effects accessible to a wider audience, including families and individuals of all ages. Matan Cohen-Grumi, Pika's Founding Creative Director, explained the company's mission to highlight the fun aspect of AI technology during a recent interview. “We’re trying to put fun at the forefront of AI—making it accessible not just for creators, but for anyone, from kids to grandparents,” he stated.</w:t>
      </w:r>
      <w:r/>
    </w:p>
    <w:p>
      <w:r/>
      <w:r>
        <w:t>Following the initial impact of Pika 1.5, the company expanded its toolkit with additional effects and has now introduced three new effects—Levitate, Eye Pop, and Decapitate—just in time for Halloween. These effects allow users to create playful and season-appropriate content, enhancing Pika's appeal through its versatility and ease of use.</w:t>
      </w:r>
      <w:r/>
    </w:p>
    <w:p>
      <w:r/>
      <w:r>
        <w:t>The process of creating videos with Pika involves visiting their website, signing in, and selecting from available effects to apply to images. With a simple interface, users can transform photos into videos by selecting an image, choosing a Pikaffect, and generating the content with a few clicks.</w:t>
      </w:r>
      <w:r/>
    </w:p>
    <w:p>
      <w:r/>
      <w:r>
        <w:t>Despite its availability and user-friendly approach, the platform's surge in popularity has occasionally led to technical hiccups, as reported by some users attempting to use the site during peak times. Cohen-Grumi acknowledged the issue as a challenge due to overwhelming demand but reassured that such problems were swiftly addressed.</w:t>
      </w:r>
      <w:r/>
    </w:p>
    <w:p>
      <w:r/>
      <w:r>
        <w:t>Pika offers several subscription tiers beyond its free service—Standard, Pro, and Unlimited—priced at $10, $35, and $95 per month, respectively. These tiers provide varying amounts of credits, catering to different levels of usage and accommodating users from casual to professional creators.</w:t>
      </w:r>
      <w:r/>
    </w:p>
    <w:p>
      <w:r/>
      <w:r>
        <w:t>As anticipation builds around Pika's future developments, Cohen-Grumi hinted at the potential for new Pikaffects aligned with upcoming seasons and holidays, though specific details remain under wraps. Despite these mysteries, the company's growth trajectory remains clear, with a continued focus on making advanced AI technology accessible and entertaining for a broad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https://pikartai.com</w:t>
        </w:r>
      </w:hyperlink>
      <w:r>
        <w:t xml:space="preserve"> - Describes Pika Labs' ability to transform text and images into dynamic video content, including the use of AI-driven features like text-to-video generation and image animation.</w:t>
      </w:r>
      <w:r/>
    </w:p>
    <w:p>
      <w:pPr>
        <w:pStyle w:val="ListNumber"/>
        <w:spacing w:line="240" w:lineRule="auto"/>
        <w:ind w:left="720"/>
      </w:pPr>
      <w:r/>
      <w:hyperlink r:id="rId11">
        <w:r>
          <w:rPr>
            <w:color w:val="0000EE"/>
            <w:u w:val="single"/>
          </w:rPr>
          <w:t>https://pikalabsai.org</w:t>
        </w:r>
      </w:hyperlink>
      <w:r>
        <w:t xml:space="preserve"> - Details the features of Pika Labs AI, including text and image prompts, video length and frame rate, and the Discord-based interface, which supports the claims about the platform's functionality.</w:t>
      </w:r>
      <w:r/>
    </w:p>
    <w:p>
      <w:pPr>
        <w:pStyle w:val="ListNumber"/>
        <w:spacing w:line="240" w:lineRule="auto"/>
        <w:ind w:left="720"/>
      </w:pPr>
      <w:r/>
      <w:hyperlink r:id="rId12">
        <w:r>
          <w:rPr>
            <w:color w:val="0000EE"/>
            <w:u w:val="single"/>
          </w:rPr>
          <w:t>https://easywithai.com/ai-video-generators/pika-labs/</w:t>
        </w:r>
      </w:hyperlink>
      <w:r>
        <w:t xml:space="preserve"> - Explains how Pika Labs AI works, including generating videos from text prompts and using the Discord server for interaction, corroborating the process of creating videos with Pika.</w:t>
      </w:r>
      <w:r/>
    </w:p>
    <w:p>
      <w:pPr>
        <w:pStyle w:val="ListNumber"/>
        <w:spacing w:line="240" w:lineRule="auto"/>
        <w:ind w:left="720"/>
      </w:pPr>
      <w:r/>
      <w:hyperlink r:id="rId13">
        <w:r>
          <w:rPr>
            <w:color w:val="0000EE"/>
            <w:u w:val="single"/>
          </w:rPr>
          <w:t>https://www.tomsguide.com/features/i-got-access-to-pika-labs-new-ai-video-tool-and-couldnt-believe-the-quality-of-the-videos-it-produced</w:t>
        </w:r>
      </w:hyperlink>
      <w:r>
        <w:t xml:space="preserve"> - Provides an in-depth review of Pika Labs AI, including its ability to generate videos from images and text prompts, and the quality of the output, which aligns with the article's description of Pika's technology.</w:t>
      </w:r>
      <w:r/>
    </w:p>
    <w:p>
      <w:pPr>
        <w:pStyle w:val="ListNumber"/>
        <w:spacing w:line="240" w:lineRule="auto"/>
        <w:ind w:left="720"/>
      </w:pPr>
      <w:r/>
      <w:hyperlink r:id="rId14">
        <w:r>
          <w:rPr>
            <w:color w:val="0000EE"/>
            <w:u w:val="single"/>
          </w:rPr>
          <w:t>https://pikartai.com/labs/</w:t>
        </w:r>
      </w:hyperlink>
      <w:r>
        <w:t xml:space="preserve"> - Discusses the user-friendly nature of Pika Labs AI, the community support on Discord, and the various features like camera control options, which support the claims about accessibility and creative possibilities.</w:t>
      </w:r>
      <w:r/>
    </w:p>
    <w:p>
      <w:pPr>
        <w:pStyle w:val="ListNumber"/>
        <w:spacing w:line="240" w:lineRule="auto"/>
        <w:ind w:left="720"/>
      </w:pPr>
      <w:r/>
      <w:hyperlink r:id="rId11">
        <w:r>
          <w:rPr>
            <w:color w:val="0000EE"/>
            <w:u w:val="single"/>
          </w:rPr>
          <w:t>https://pikalabsai.org</w:t>
        </w:r>
      </w:hyperlink>
      <w:r>
        <w:t xml:space="preserve"> - Lists the Pikaffects and other features introduced in Pika 1.5, such as Inflate, Crush, Melt, and others, which are mentioned in the article as special effects.</w:t>
      </w:r>
      <w:r/>
    </w:p>
    <w:p>
      <w:pPr>
        <w:pStyle w:val="ListNumber"/>
        <w:spacing w:line="240" w:lineRule="auto"/>
        <w:ind w:left="720"/>
      </w:pPr>
      <w:r/>
      <w:hyperlink r:id="rId10">
        <w:r>
          <w:rPr>
            <w:color w:val="0000EE"/>
            <w:u w:val="single"/>
          </w:rPr>
          <w:t>https://pikartai.com</w:t>
        </w:r>
      </w:hyperlink>
      <w:r>
        <w:t xml:space="preserve"> - Highlights Pika Labs' mission to make AI technology fun and accessible to a wider audience, including families and individuals of all ages, as stated by Matan Cohen-Grumi.</w:t>
      </w:r>
      <w:r/>
    </w:p>
    <w:p>
      <w:pPr>
        <w:pStyle w:val="ListNumber"/>
        <w:spacing w:line="240" w:lineRule="auto"/>
        <w:ind w:left="720"/>
      </w:pPr>
      <w:r/>
      <w:hyperlink r:id="rId12">
        <w:r>
          <w:rPr>
            <w:color w:val="0000EE"/>
            <w:u w:val="single"/>
          </w:rPr>
          <w:t>https://easywithai.com/ai-video-generators/pika-labs/</w:t>
        </w:r>
      </w:hyperlink>
      <w:r>
        <w:t xml:space="preserve"> - Mentions the community-driven aspect of Pika Labs, where users can collaborate and seek assistance, which aligns with the article's mention of community support.</w:t>
      </w:r>
      <w:r/>
    </w:p>
    <w:p>
      <w:pPr>
        <w:pStyle w:val="ListNumber"/>
        <w:spacing w:line="240" w:lineRule="auto"/>
        <w:ind w:left="720"/>
      </w:pPr>
      <w:r/>
      <w:hyperlink r:id="rId13">
        <w:r>
          <w:rPr>
            <w:color w:val="0000EE"/>
            <w:u w:val="single"/>
          </w:rPr>
          <w:t>https://www.tomsguide.com/features/i-got-access-to-pika-labs-new-ai-video-tool-and-couldnt-believe-the-quality-of-the-videos-it-produced</w:t>
        </w:r>
      </w:hyperlink>
      <w:r>
        <w:t xml:space="preserve"> - Addresses the technical hiccups and overwhelming demand issues, as well as the company's efforts to address these problems, which is mentioned in the article.</w:t>
      </w:r>
      <w:r/>
    </w:p>
    <w:p>
      <w:pPr>
        <w:pStyle w:val="ListNumber"/>
        <w:spacing w:line="240" w:lineRule="auto"/>
        <w:ind w:left="720"/>
      </w:pPr>
      <w:r/>
      <w:hyperlink r:id="rId11">
        <w:r>
          <w:rPr>
            <w:color w:val="0000EE"/>
            <w:u w:val="single"/>
          </w:rPr>
          <w:t>https://pikalabsai.org</w:t>
        </w:r>
      </w:hyperlink>
      <w:r>
        <w:t xml:space="preserve"> - Details the subscription tiers offered by Pika Labs, including Standard, Pro, and Unlimited, which corroborates the article's information on pricing and usage levels.</w:t>
      </w:r>
      <w:r/>
    </w:p>
    <w:p>
      <w:pPr>
        <w:pStyle w:val="ListNumber"/>
        <w:spacing w:line="240" w:lineRule="auto"/>
        <w:ind w:left="720"/>
      </w:pPr>
      <w:r/>
      <w:hyperlink r:id="rId14">
        <w:r>
          <w:rPr>
            <w:color w:val="0000EE"/>
            <w:u w:val="single"/>
          </w:rPr>
          <w:t>https://pikartai.com/labs/</w:t>
        </w:r>
      </w:hyperlink>
      <w:r>
        <w:t xml:space="preserve"> - Hints at future developments and new Pikaffects aligned with upcoming seasons and holidays, aligning with Cohen-Grumi's statements about future plans.</w:t>
      </w:r>
      <w:r/>
    </w:p>
    <w:p>
      <w:pPr>
        <w:pStyle w:val="ListNumber"/>
        <w:spacing w:line="240" w:lineRule="auto"/>
        <w:ind w:left="720"/>
      </w:pPr>
      <w:r/>
      <w:hyperlink r:id="rId15">
        <w:r>
          <w:rPr>
            <w:color w:val="0000EE"/>
            <w:u w:val="single"/>
          </w:rPr>
          <w:t>https://venturebeat.com/ai/pika-1-5-updates-with-three-new-halloween-themed-video-ai-pikaffects/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ikartai.com" TargetMode="External"/><Relationship Id="rId11" Type="http://schemas.openxmlformats.org/officeDocument/2006/relationships/hyperlink" Target="https://pikalabsai.org" TargetMode="External"/><Relationship Id="rId12" Type="http://schemas.openxmlformats.org/officeDocument/2006/relationships/hyperlink" Target="https://easywithai.com/ai-video-generators/pika-labs/" TargetMode="External"/><Relationship Id="rId13" Type="http://schemas.openxmlformats.org/officeDocument/2006/relationships/hyperlink" Target="https://www.tomsguide.com/features/i-got-access-to-pika-labs-new-ai-video-tool-and-couldnt-believe-the-quality-of-the-videos-it-produced" TargetMode="External"/><Relationship Id="rId14" Type="http://schemas.openxmlformats.org/officeDocument/2006/relationships/hyperlink" Target="https://pikartai.com/labs/" TargetMode="External"/><Relationship Id="rId15" Type="http://schemas.openxmlformats.org/officeDocument/2006/relationships/hyperlink" Target="https://venturebeat.com/ai/pika-1-5-updates-with-three-new-halloween-themed-video-ai-pikaffe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