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Reddit posts first profitable quarter in nearly two decades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Reddit achieved a significant milestone by reporting its first profitable quarter in its nearly two-decade history. The social media platform announced a profit of $29.9 million for the quarter ended in September, translating to 16 cents per share. This news led to a surge in Reddit's stock price, which climbed by over 35% as markets opened the following day.</w:t>
      </w:r>
      <w:r/>
    </w:p>
    <w:p>
      <w:r/>
      <w:r>
        <w:t>The company's financial performance also surpassed expectations, with revenues reaching $348.4 million, significantly higher than the $312.8 million anticipated by analysts. User growth has been a notable factor contributing to this success, with Reddit's monthly active users increasing by 47% to approximately 97.2 million.</w:t>
      </w:r>
      <w:r/>
    </w:p>
    <w:p>
      <w:r/>
      <w:r>
        <w:t>Steve Huffman, Reddit's CEO and co-founder, attributed this growth largely to the platform's new artificial intelligence-driven translation feature introduced earlier in the year. This tool, which currently supports translation of posts from English into French, Spanish, Portuguese, Italian, and German, has resonated well internationally, particularly in countries such as France, India, and the Philippines. Looking forward, Reddit intends to extend this feature to over 30 additional countries by 2025.</w:t>
      </w:r>
      <w:r/>
    </w:p>
    <w:p>
      <w:r/>
      <w:r>
        <w:t>Revenue augmentation was also driven by strong digital advertising performance, which contributed $315.1 million, a 56% increase from the previous year. Furthermore, content licensing deals with tech giants like Google and the Microsoft-supported OpenAI have boosted Reddit's financial standing. These partnerships, valued at $33.2 million in revenue, allow the companies to utilise Reddit's vast repository of content for training AI models.</w:t>
      </w:r>
      <w:r/>
    </w:p>
    <w:p>
      <w:r/>
      <w:r>
        <w:t>In addition to its AI collaborations, Reddit has entered into agreements with entities such as the National Basketball Association (NBA) which bolster its sports content, attracting more advertisers to the platform. These strategic partnerships have proven vital in diversifying Reddit's revenue streams.</w:t>
      </w:r>
      <w:r/>
    </w:p>
    <w:p>
      <w:r/>
      <w:r>
        <w:t>Despite these advancements, Reddit has faced its share of challenges this year. The company's decision to implement fees for API access drew significant criticism, particularly as it impacted the operation of third-party apps built around the platform. Additionally, its involvement in licensing data for AI training has attracted scrutiny from the Federal Trade Commission (FTC), with concerns centred on user data privacy.</w:t>
      </w:r>
      <w:r/>
    </w:p>
    <w:p>
      <w:r/>
      <w:r>
        <w:t>Reddit's journey to profitability has been significant since it went public in March at $34 per share. The stock has since seen remarkable appreciation, eventually reaching $110.20. This transition from heavy losses—in excess of $575 million in its first quarter post-IPO—to profitability highlights the company's substantial turnaround in just a few short months.</w:t>
      </w:r>
      <w:r/>
    </w:p>
    <w:p>
      <w:r/>
      <w:r>
        <w:t>On the competitive front, Meta's Threads has emerged with "Loops," a new feature aiming to emulate Reddit's community-centric approach by connecting users with shared interests.</w:t>
      </w:r>
      <w:r/>
    </w:p>
    <w:p>
      <w:r/>
      <w:r>
        <w:t>Reddit’s notable financial rebound underlines its role as a major platform for community interaction and knowledge exchange, evidenced by its status as the sixth most Googled term in the United States during 2024. Additionally, during recent hurricanes, the platform was used by the White House to disseminate critical real-time updates to affected regions, showcasing its utility in crucial information sharing. As Reddit looks to the future, its profitability and expanding user base suggest a positive trajectory, though how it manages ongoing regulatory and community challenges remains to be seen.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https://deadline.com/2024/10/reddit-stock-rockets-first-profit-since-ipo-ai-1236162716/</w:t>
        </w:r>
      </w:hyperlink>
      <w:r>
        <w:t xml:space="preserve"> - Reddit's first profitable quarter and the subsequent surge in stock price.</w:t>
      </w:r>
      <w:r/>
    </w:p>
    <w:p>
      <w:pPr>
        <w:pStyle w:val="ListNumber"/>
        <w:spacing w:line="240" w:lineRule="auto"/>
        <w:ind w:left="720"/>
      </w:pPr>
      <w:r/>
      <w:hyperlink r:id="rId11">
        <w:r>
          <w:rPr>
            <w:color w:val="0000EE"/>
            <w:u w:val="single"/>
          </w:rPr>
          <w:t>https://investor.redditinc.com/news-events/news-releases/news-details/2024/Reddit-Announces-Third-Quarter-2024-Results/</w:t>
        </w:r>
      </w:hyperlink>
      <w:r>
        <w:t xml:space="preserve"> - Financial performance, including revenue and user growth, and the achievement of the first profit since IPO.</w:t>
      </w:r>
      <w:r/>
    </w:p>
    <w:p>
      <w:pPr>
        <w:pStyle w:val="ListNumber"/>
        <w:spacing w:line="240" w:lineRule="auto"/>
        <w:ind w:left="720"/>
      </w:pPr>
      <w:r/>
      <w:hyperlink r:id="rId12">
        <w:r>
          <w:rPr>
            <w:color w:val="0000EE"/>
            <w:u w:val="single"/>
          </w:rPr>
          <w:t>https://www.theregister.com/2024/10/30/reddit_ceo_profit_ai/</w:t>
        </w:r>
      </w:hyperlink>
      <w:r>
        <w:t xml:space="preserve"> - Steve Huffman's attribution of growth to AI-driven features and the company's profitability.</w:t>
      </w:r>
      <w:r/>
    </w:p>
    <w:p>
      <w:pPr>
        <w:pStyle w:val="ListNumber"/>
        <w:spacing w:line="240" w:lineRule="auto"/>
        <w:ind w:left="720"/>
      </w:pPr>
      <w:r/>
      <w:hyperlink r:id="rId13">
        <w:r>
          <w:rPr>
            <w:color w:val="0000EE"/>
            <w:u w:val="single"/>
          </w:rPr>
          <w:t>https://www.silicon.co.uk/e-marketing/socialmedia/reddit-ai-profit-586773</w:t>
        </w:r>
      </w:hyperlink>
      <w:r>
        <w:t xml:space="preserve"> - Reddit's first-ever profit and the impact of AI tools on its financial performance.</w:t>
      </w:r>
      <w:r/>
    </w:p>
    <w:p>
      <w:pPr>
        <w:pStyle w:val="ListNumber"/>
        <w:spacing w:line="240" w:lineRule="auto"/>
        <w:ind w:left="720"/>
      </w:pPr>
      <w:r/>
      <w:hyperlink r:id="rId14">
        <w:r>
          <w:rPr>
            <w:color w:val="0000EE"/>
            <w:u w:val="single"/>
          </w:rPr>
          <w:t>https://apnews.com/article/reddit-third-quarter-profit-5a9e32159a947094ae801ab107c950da</w:t>
        </w:r>
      </w:hyperlink>
      <w:r>
        <w:t xml:space="preserve"> - Reddit’s explosive user growth, AI tools, and the company's first profit as a public company.</w:t>
      </w:r>
      <w:r/>
    </w:p>
    <w:p>
      <w:pPr>
        <w:pStyle w:val="ListNumber"/>
        <w:spacing w:line="240" w:lineRule="auto"/>
        <w:ind w:left="720"/>
      </w:pPr>
      <w:r/>
      <w:hyperlink r:id="rId11">
        <w:r>
          <w:rPr>
            <w:color w:val="0000EE"/>
            <w:u w:val="single"/>
          </w:rPr>
          <w:t>https://investor.redditinc.com/news-events/news-releases/news-details/2024/Reddit-Announces-Third-Quarter-2024-Results/</w:t>
        </w:r>
      </w:hyperlink>
      <w:r>
        <w:t xml:space="preserve"> - Revenue growth, including digital advertising performance and content licensing deals.</w:t>
      </w:r>
      <w:r/>
    </w:p>
    <w:p>
      <w:pPr>
        <w:pStyle w:val="ListNumber"/>
        <w:spacing w:line="240" w:lineRule="auto"/>
        <w:ind w:left="720"/>
      </w:pPr>
      <w:r/>
      <w:hyperlink r:id="rId10">
        <w:r>
          <w:rPr>
            <w:color w:val="0000EE"/>
            <w:u w:val="single"/>
          </w:rPr>
          <w:t>https://deadline.com/2024/10/reddit-stock-rockets-first-profit-since-ipo-ai-1236162716/</w:t>
        </w:r>
      </w:hyperlink>
      <w:r>
        <w:t xml:space="preserve"> - Strategic partnerships, such as those with the NBA, and their impact on revenue diversification.</w:t>
      </w:r>
      <w:r/>
    </w:p>
    <w:p>
      <w:pPr>
        <w:pStyle w:val="ListNumber"/>
        <w:spacing w:line="240" w:lineRule="auto"/>
        <w:ind w:left="720"/>
      </w:pPr>
      <w:r/>
      <w:hyperlink r:id="rId12">
        <w:r>
          <w:rPr>
            <w:color w:val="0000EE"/>
            <w:u w:val="single"/>
          </w:rPr>
          <w:t>https://www.theregister.com/2024/10/30/reddit_ceo_profit_ai/</w:t>
        </w:r>
      </w:hyperlink>
      <w:r>
        <w:t xml:space="preserve"> - Challenges faced by Reddit, including criticism over API access fees and FTC scrutiny.</w:t>
      </w:r>
      <w:r/>
    </w:p>
    <w:p>
      <w:pPr>
        <w:pStyle w:val="ListNumber"/>
        <w:spacing w:line="240" w:lineRule="auto"/>
        <w:ind w:left="720"/>
      </w:pPr>
      <w:r/>
      <w:hyperlink r:id="rId14">
        <w:r>
          <w:rPr>
            <w:color w:val="0000EE"/>
            <w:u w:val="single"/>
          </w:rPr>
          <w:t>https://apnews.com/article/reddit-third-quarter-profit-5a9e32159a947094ae801ab107c950da</w:t>
        </w:r>
      </w:hyperlink>
      <w:r>
        <w:t xml:space="preserve"> - Reddit's journey to profitability since going public and the significant turnaround in financial performance.</w:t>
      </w:r>
      <w:r/>
    </w:p>
    <w:p>
      <w:pPr>
        <w:pStyle w:val="ListNumber"/>
        <w:spacing w:line="240" w:lineRule="auto"/>
        <w:ind w:left="720"/>
      </w:pPr>
      <w:r/>
      <w:hyperlink r:id="rId11">
        <w:r>
          <w:rPr>
            <w:color w:val="0000EE"/>
            <w:u w:val="single"/>
          </w:rPr>
          <w:t>https://investor.redditinc.com/news-events/news-releases/news-details/2024/Reddit-Announces-Third-Quarter-2024-Results/</w:t>
        </w:r>
      </w:hyperlink>
      <w:r>
        <w:t xml:space="preserve"> - User growth metrics, including the increase in monthly active users to 97.2 million.</w:t>
      </w:r>
      <w:r/>
    </w:p>
    <w:p>
      <w:pPr>
        <w:pStyle w:val="ListNumber"/>
        <w:spacing w:line="240" w:lineRule="auto"/>
        <w:ind w:left="720"/>
      </w:pPr>
      <w:r/>
      <w:hyperlink r:id="rId13">
        <w:r>
          <w:rPr>
            <w:color w:val="0000EE"/>
            <w:u w:val="single"/>
          </w:rPr>
          <w:t>https://www.silicon.co.uk/e-marketing/socialmedia/reddit-ai-profit-586773</w:t>
        </w:r>
      </w:hyperlink>
      <w:r>
        <w:t xml:space="preserve"> - The role of AI in expanding Reddit's user base and financial performance, and future plans for AI features.</w:t>
      </w:r>
      <w:r/>
    </w:p>
    <w:p>
      <w:pPr>
        <w:pStyle w:val="ListNumber"/>
        <w:spacing w:line="240" w:lineRule="auto"/>
        <w:ind w:left="720"/>
      </w:pPr>
      <w:r/>
      <w:hyperlink r:id="rId15">
        <w:r>
          <w:rPr>
            <w:color w:val="0000EE"/>
            <w:u w:val="single"/>
          </w:rPr>
          <w:t>https://www.theguardian.com/technology/2024/oct/30/reddit-stock</w:t>
        </w:r>
      </w:hyperlink>
      <w:r>
        <w:t xml:space="preserve"> - Please view link - unable to able to access data</w:t>
      </w:r>
      <w:r/>
    </w:p>
    <w:p>
      <w:pPr>
        <w:pStyle w:val="ListNumber"/>
        <w:spacing w:line="240" w:lineRule="auto"/>
        <w:ind w:left="720"/>
      </w:pPr>
      <w:r/>
      <w:hyperlink r:id="rId16">
        <w:r>
          <w:rPr>
            <w:color w:val="0000EE"/>
            <w:u w:val="single"/>
          </w:rPr>
          <w:t>https://www.independent.co.uk/news/reddit-ap-new-york-google-french-b2638274.html</w:t>
        </w:r>
      </w:hyperlink>
      <w:r>
        <w:t xml:space="preserve"> - Please view link - unable to able to access data</w:t>
      </w:r>
      <w:r/>
    </w:p>
    <w:p>
      <w:pPr>
        <w:pStyle w:val="ListNumber"/>
        <w:spacing w:line="240" w:lineRule="auto"/>
        <w:ind w:left="720"/>
      </w:pPr>
      <w:r/>
      <w:hyperlink r:id="rId17">
        <w:r>
          <w:rPr>
            <w:color w:val="0000EE"/>
            <w:u w:val="single"/>
          </w:rPr>
          <w:t>https://www.techtimes.com/articles/308088/20241030/reddit-hits-jackpot-turns-first-profit-ever-97-million-users-counting.htm</w:t>
        </w:r>
      </w:hyperlink>
      <w:r>
        <w:t xml:space="preserve"> - Please view link - unable to able to access data</w:t>
      </w:r>
      <w:r/>
    </w:p>
    <w:p>
      <w:pPr>
        <w:pStyle w:val="ListNumber"/>
        <w:spacing w:line="240" w:lineRule="auto"/>
        <w:ind w:left="720"/>
      </w:pPr>
      <w:r/>
      <w:hyperlink r:id="rId18">
        <w:r>
          <w:rPr>
            <w:color w:val="0000EE"/>
            <w:u w:val="single"/>
          </w:rPr>
          <w:t>https://www.kaaltv.com/news/business-news/reddits-explosive-user-growth-and-ai-tools-help-it-soar-to-its-first-ever-profit-2/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eadline.com/2024/10/reddit-stock-rockets-first-profit-since-ipo-ai-1236162716/" TargetMode="External"/><Relationship Id="rId11" Type="http://schemas.openxmlformats.org/officeDocument/2006/relationships/hyperlink" Target="https://investor.redditinc.com/news-events/news-releases/news-details/2024/Reddit-Announces-Third-Quarter-2024-Results/" TargetMode="External"/><Relationship Id="rId12" Type="http://schemas.openxmlformats.org/officeDocument/2006/relationships/hyperlink" Target="https://www.theregister.com/2024/10/30/reddit_ceo_profit_ai/" TargetMode="External"/><Relationship Id="rId13" Type="http://schemas.openxmlformats.org/officeDocument/2006/relationships/hyperlink" Target="https://www.silicon.co.uk/e-marketing/socialmedia/reddit-ai-profit-586773" TargetMode="External"/><Relationship Id="rId14" Type="http://schemas.openxmlformats.org/officeDocument/2006/relationships/hyperlink" Target="https://apnews.com/article/reddit-third-quarter-profit-5a9e32159a947094ae801ab107c950da" TargetMode="External"/><Relationship Id="rId15" Type="http://schemas.openxmlformats.org/officeDocument/2006/relationships/hyperlink" Target="https://www.theguardian.com/technology/2024/oct/30/reddit-stock" TargetMode="External"/><Relationship Id="rId16" Type="http://schemas.openxmlformats.org/officeDocument/2006/relationships/hyperlink" Target="https://www.independent.co.uk/news/reddit-ap-new-york-google-french-b2638274.html" TargetMode="External"/><Relationship Id="rId17" Type="http://schemas.openxmlformats.org/officeDocument/2006/relationships/hyperlink" Target="https://www.techtimes.com/articles/308088/20241030/reddit-hits-jackpot-turns-first-profit-ever-97-million-users-counting.htm" TargetMode="External"/><Relationship Id="rId18" Type="http://schemas.openxmlformats.org/officeDocument/2006/relationships/hyperlink" Target="https://www.kaaltv.com/news/business-news/reddits-explosive-user-growth-and-ai-tools-help-it-soar-to-its-first-ever-profit-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