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Reddit's stock surges after profitable quarter and user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Reddit, the popular social media platform known for its diverse community-driven forums, has experienced a significant boost in its stock performance following an unexpected profitable quarter. This comes only months after it made its debut on the stock market in March 2024. The company saw its shares rise sharply by 42% on Wednesday, closing at $116.05. This surge in stock value was driven by Reddit's unexpected financial results, which were well beyond the expectations of market analysts.</w:t>
      </w:r>
      <w:r/>
    </w:p>
    <w:p>
      <w:r/>
      <w:r>
        <w:t>The third-quarter financial report for Reddit, which ended on September 30, posted earnings of 16 cents per share, contrasting sharply with Wall Street predictions of a 7 cents per share loss. The company also reported revenue of $348.4 million, surpassing the estimated $314 million, according to data from FactSet. The positive financial performance marks Reddit’s first profitable quarter since its IPO.</w:t>
      </w:r>
      <w:r/>
    </w:p>
    <w:p>
      <w:r/>
      <w:r>
        <w:t>One of the major highlights of Reddit’s quarterly results is the remarkable growth in its user base and advertising revenue. The number of daily active users on the site soared 47% from the previous year, reaching a total of 97.2 million users. In parallel, advertising revenue jumped 56%, amounting to $315 million, illustrating the platform’s growing viability as an advertising medium.</w:t>
      </w:r>
      <w:r/>
    </w:p>
    <w:p>
      <w:r/>
      <w:r>
        <w:t>Perhaps the most striking growth was observed in Reddit’s “other revenue” stream, which experienced an astonishing 547% increase over the previous year, reaching $33.2 million. This segment primarily includes revenue from deals with technology companies like Google and OpenAI, which utilise Reddit's user-generated content to train their artificial intelligence models. Analysts have noted that this positions Reddit as an unexpected player in the burgeoning AI technology landscape.</w:t>
      </w:r>
      <w:r/>
    </w:p>
    <w:p>
      <w:r/>
      <w:r>
        <w:t>Following the release of these robust financial figures, several analysts have commented on Reddit’s trajectory. Mark Shmulik, an analyst from Bernstein, pointed out that Reddit's growing advertisement revenues and unique position in the AI market may become pivotal for its future business model. Morgan Stanley’s Brian Nowak highlighted Reddit’s competitive edge in offering low-priced advertising inventory, which is increasingly attracting marketers, particularly those in the movie and television sectors.</w:t>
      </w:r>
      <w:r/>
    </w:p>
    <w:p>
      <w:r/>
      <w:r>
        <w:t>Reddit's impact extends beyond the digital space, having influenced real-world events such as the stock market dynamics surrounding AMC Entertainment and GameStop. Both companies witnessed significant support from Reddit’s WallStreetBets community during the financially turbulent Covid-19 period. This demonstrates Reddit’s potential not just as an online community platform, but also as a significant player in broader business and economic spheres.</w:t>
      </w:r>
      <w:r/>
    </w:p>
    <w:p>
      <w:r/>
      <w:r>
        <w:t>As Reddit continues to expand its influence and financial performance, the company now appears to be setting a course towards sustained growth and innovation, particularly in the realms of advertising and artificial intelligence. With its recently vindicated profitability and growing user engagement, Reddit stands out as a social media company with a unique blend of community value and business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https://finance.yahoo.com/news/reddit-stock-soars-leads-social-media-stocks-higher-after-company-posts-first-profit-since-ipo-190453412.html</w:t>
        </w:r>
      </w:hyperlink>
      <w:r>
        <w:t xml:space="preserve"> - Corroborates Reddit's first profitable quarter since its IPO and the subsequent surge in stock performance.</w:t>
      </w:r>
      <w:r/>
    </w:p>
    <w:p>
      <w:pPr>
        <w:pStyle w:val="ListNumber"/>
        <w:spacing w:line="240" w:lineRule="auto"/>
        <w:ind w:left="720"/>
      </w:pPr>
      <w:r/>
      <w:hyperlink r:id="rId11">
        <w:r>
          <w:rPr>
            <w:color w:val="0000EE"/>
            <w:u w:val="single"/>
          </w:rPr>
          <w:t>https://finance.yahoo.com/video/reddit-skyrockets-over-25-earnings-133312653.html</w:t>
        </w:r>
      </w:hyperlink>
      <w:r>
        <w:t xml:space="preserve"> - Supports the significant increase in Reddit's stock price following the earnings report and the incorporation of AI into its platform.</w:t>
      </w:r>
      <w:r/>
    </w:p>
    <w:p>
      <w:pPr>
        <w:pStyle w:val="ListNumber"/>
        <w:spacing w:line="240" w:lineRule="auto"/>
        <w:ind w:left="720"/>
      </w:pPr>
      <w:r/>
      <w:hyperlink r:id="rId12">
        <w:r>
          <w:rPr>
            <w:color w:val="0000EE"/>
            <w:u w:val="single"/>
          </w:rPr>
          <w:t>https://www.investopedia.com/reddit-price-levels-to-watch-as-stock-surges-on-strong-earnings-outlook-8736570</w:t>
        </w:r>
      </w:hyperlink>
      <w:r>
        <w:t xml:space="preserve"> - Provides analysis on Reddit's stock surge due to strong earnings and outlook.</w:t>
      </w:r>
      <w:r/>
    </w:p>
    <w:p>
      <w:pPr>
        <w:pStyle w:val="ListNumber"/>
        <w:spacing w:line="240" w:lineRule="auto"/>
        <w:ind w:left="720"/>
      </w:pPr>
      <w:r/>
      <w:hyperlink r:id="rId13">
        <w:r>
          <w:rPr>
            <w:color w:val="0000EE"/>
            <w:u w:val="single"/>
          </w:rPr>
          <w:t>https://www.cnbc.com/2024/10/29/reddit-rddt-q3-2024.html</w:t>
        </w:r>
      </w:hyperlink>
      <w:r>
        <w:t xml:space="preserve"> - Details the earnings beat and better-than-expected forecast that led to a 22% increase in Reddit's shares.</w:t>
      </w:r>
      <w:r/>
    </w:p>
    <w:p>
      <w:pPr>
        <w:pStyle w:val="ListNumber"/>
        <w:spacing w:line="240" w:lineRule="auto"/>
        <w:ind w:left="720"/>
      </w:pPr>
      <w:r/>
      <w:hyperlink r:id="rId14">
        <w:r>
          <w:rPr>
            <w:color w:val="0000EE"/>
            <w:u w:val="single"/>
          </w:rPr>
          <w:t>https://www.reuters.com/technology/reddit-forecasts-quarterly-revenue-above-estimates-2024-10-29/</w:t>
        </w:r>
      </w:hyperlink>
      <w:r>
        <w:t xml:space="preserve"> - Confirms Reddit's quarterly revenue forecast above estimates and the impact of AI deals on revenue.</w:t>
      </w:r>
      <w:r/>
    </w:p>
    <w:p>
      <w:pPr>
        <w:pStyle w:val="ListNumber"/>
        <w:spacing w:line="240" w:lineRule="auto"/>
        <w:ind w:left="720"/>
      </w:pPr>
      <w:r/>
      <w:hyperlink r:id="rId10">
        <w:r>
          <w:rPr>
            <w:color w:val="0000EE"/>
            <w:u w:val="single"/>
          </w:rPr>
          <w:t>https://finance.yahoo.com/news/reddit-stock-soars-leads-social-media-stocks-higher-after-company-posts-first-profit-since-ipo-190453412.html</w:t>
        </w:r>
      </w:hyperlink>
      <w:r>
        <w:t xml:space="preserve"> - Supports the financial results, including earnings of 16 cents per share and revenue of $348.4 million.</w:t>
      </w:r>
      <w:r/>
    </w:p>
    <w:p>
      <w:pPr>
        <w:pStyle w:val="ListNumber"/>
        <w:spacing w:line="240" w:lineRule="auto"/>
        <w:ind w:left="720"/>
      </w:pPr>
      <w:r/>
      <w:hyperlink r:id="rId13">
        <w:r>
          <w:rPr>
            <w:color w:val="0000EE"/>
            <w:u w:val="single"/>
          </w:rPr>
          <w:t>https://www.cnbc.com/2024/10/29/reddit-rddt-q3-2024.html</w:t>
        </w:r>
      </w:hyperlink>
      <w:r>
        <w:t xml:space="preserve"> - Corroborates the growth in user base and advertising revenue, including a 47% increase in daily active users and a 56% jump in advertising revenue.</w:t>
      </w:r>
      <w:r/>
    </w:p>
    <w:p>
      <w:pPr>
        <w:pStyle w:val="ListNumber"/>
        <w:spacing w:line="240" w:lineRule="auto"/>
        <w:ind w:left="720"/>
      </w:pPr>
      <w:r/>
      <w:hyperlink r:id="rId14">
        <w:r>
          <w:rPr>
            <w:color w:val="0000EE"/>
            <w:u w:val="single"/>
          </w:rPr>
          <w:t>https://www.reuters.com/technology/reddit-forecasts-quarterly-revenue-above-estimates-2024-10-29/</w:t>
        </w:r>
      </w:hyperlink>
      <w:r>
        <w:t xml:space="preserve"> - Details the 547% increase in 'other revenue' from deals with technology companies like Google and OpenAI.</w:t>
      </w:r>
      <w:r/>
    </w:p>
    <w:p>
      <w:pPr>
        <w:pStyle w:val="ListNumber"/>
        <w:spacing w:line="240" w:lineRule="auto"/>
        <w:ind w:left="720"/>
      </w:pPr>
      <w:r/>
      <w:hyperlink r:id="rId11">
        <w:r>
          <w:rPr>
            <w:color w:val="0000EE"/>
            <w:u w:val="single"/>
          </w:rPr>
          <w:t>https://finance.yahoo.com/video/reddit-skyrockets-over-25-earnings-133312653.html</w:t>
        </w:r>
      </w:hyperlink>
      <w:r>
        <w:t xml:space="preserve"> - Highlights analyst comments on Reddit’s growing advertisement revenues and its unique position in the AI market.</w:t>
      </w:r>
      <w:r/>
    </w:p>
    <w:p>
      <w:pPr>
        <w:pStyle w:val="ListNumber"/>
        <w:spacing w:line="240" w:lineRule="auto"/>
        <w:ind w:left="720"/>
      </w:pPr>
      <w:r/>
      <w:hyperlink r:id="rId12">
        <w:r>
          <w:rPr>
            <w:color w:val="0000EE"/>
            <w:u w:val="single"/>
          </w:rPr>
          <w:t>https://www.investopedia.com/reddit-price-levels-to-watch-as-stock-surges-on-strong-earnings-outlook-8736570</w:t>
        </w:r>
      </w:hyperlink>
      <w:r>
        <w:t xml:space="preserve"> - Analyzes Reddit’s competitive edge in offering low-priced advertising inventory and its attraction to marketers.</w:t>
      </w:r>
      <w:r/>
    </w:p>
    <w:p>
      <w:pPr>
        <w:pStyle w:val="ListNumber"/>
        <w:spacing w:line="240" w:lineRule="auto"/>
        <w:ind w:left="720"/>
      </w:pPr>
      <w:r/>
      <w:hyperlink r:id="rId15">
        <w:r>
          <w:rPr>
            <w:color w:val="0000EE"/>
            <w:u w:val="single"/>
          </w:rPr>
          <w:t>https://deadline.com/2024/10/reddit-stock-rockets-first-profit-since-ipo-ai-1236162716/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reddit-stock-soars-leads-social-media-stocks-higher-after-company-posts-first-profit-since-ipo-190453412.html" TargetMode="External"/><Relationship Id="rId11" Type="http://schemas.openxmlformats.org/officeDocument/2006/relationships/hyperlink" Target="https://finance.yahoo.com/video/reddit-skyrockets-over-25-earnings-133312653.html" TargetMode="External"/><Relationship Id="rId12" Type="http://schemas.openxmlformats.org/officeDocument/2006/relationships/hyperlink" Target="https://www.investopedia.com/reddit-price-levels-to-watch-as-stock-surges-on-strong-earnings-outlook-8736570" TargetMode="External"/><Relationship Id="rId13" Type="http://schemas.openxmlformats.org/officeDocument/2006/relationships/hyperlink" Target="https://www.cnbc.com/2024/10/29/reddit-rddt-q3-2024.html" TargetMode="External"/><Relationship Id="rId14" Type="http://schemas.openxmlformats.org/officeDocument/2006/relationships/hyperlink" Target="https://www.reuters.com/technology/reddit-forecasts-quarterly-revenue-above-estimates-2024-10-29/" TargetMode="External"/><Relationship Id="rId15" Type="http://schemas.openxmlformats.org/officeDocument/2006/relationships/hyperlink" Target="https://deadline.com/2024/10/reddit-stock-rockets-first-profit-since-ipo-ai-12361627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