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Tom Hanks and Robin Wright reunite for 'Here,' exploring life's journey through film and de-aging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Tom Hanks and Robin Wright Reunite for 'Here,' Exploring Life's Journey through Film and De-aging Technology</w:t>
      </w:r>
      <w:r/>
    </w:p>
    <w:p>
      <w:r/>
      <w:r>
        <w:t>Los Angeles, CA – The Hollywood duo Tom Hanks and Robin Wright, alongside renowned director Robert Zemeckis, have once again joined forces for their latest cinematic endeavour, "Here." Their appearance on SiriusXM's Town Hall programme marked a significant reunion, occurring nearly three decades after their memorable collaboration on the iconic film "Forrest Gump."</w:t>
      </w:r>
      <w:r/>
    </w:p>
    <w:p>
      <w:r/>
      <w:r>
        <w:t>The panel on Wednesday showcased Tom Hanks, 68, and Robin Wright, 58, looking as charismatic as ever. Hanks, dressed in a sleek black jacket and matching trousers, exhibited a youthful vigour while discussing the novel film. His co-star, Wright, complemented the panel's aesthetic in a chic grey sweater and faded jeans.</w:t>
      </w:r>
      <w:r/>
    </w:p>
    <w:p>
      <w:r/>
      <w:r>
        <w:t>"Here," the latest film to feature Hanks and Wright, presents a narrative spanning generations, using a singular location over hundreds of years as its focal storytelling element. The film draws inspiration from Richard McGuire’s graphic novel, offering viewers a visual journey from primitive times with dinosaurs to the present-day domestic setting in Pennsylvania.</w:t>
      </w:r>
      <w:r/>
    </w:p>
    <w:p>
      <w:r/>
      <w:r>
        <w:t>The movie's complexity is augmented by its ambitious use of digital de-aging technology, where Hanks and Wright digitally transform into younger and older versions of themselves, seamlessly integrating traditional makeup effects with advanced CGI techniques.</w:t>
      </w:r>
      <w:r/>
    </w:p>
    <w:p>
      <w:r/>
      <w:r>
        <w:t>This innovative approach in storytelling reflects in the film's structure, with individual vignettes celebrating simple, yet profound life moments. The film navigates through the lives of various characters inhabiting the same house, including an Indigenous couple from the 17th century, a 19th-century pilot's family, the creator of the La-Z-Boy Chair, and the post-World War II Young family, each adding layers to an evolving narrative up till the COVID-19 pandemic.</w:t>
      </w:r>
      <w:r/>
    </w:p>
    <w:p>
      <w:r/>
      <w:r>
        <w:t>Despite the film's intricate montage, Hanks and Wright deliver performances that transcend the technological backdrop. Particularly, their portrayals highlight their dynamic acting synergy, a feature well-preserved despite the digital alterations.</w:t>
      </w:r>
      <w:r/>
    </w:p>
    <w:p>
      <w:r/>
      <w:r>
        <w:t>The film's development comes amidst Hanks' cautionary statements about the unauthorized use of his likeness through artificial intelligence. His public address on social media platforms informed followers about AI-generated content misusing his image and voice, emphasizing these adverts were not sanctioned by him and highlighting issues related to intellectual property rights in the era of AI.</w:t>
      </w:r>
      <w:r/>
    </w:p>
    <w:p>
      <w:r/>
      <w:r>
        <w:t>Hanks had elaborated on these concerns earlier in the year in a podcast with British comedian Adam Buxton. He expressed awareness about the rapid advancements in AI and deepfake technology, allowing actors, including himself, to be virtually recreated indefinitely. His musings underscore the broader implications of AI technology's role in the film industry, affecting both creative and legal dimensions.</w:t>
      </w:r>
      <w:r/>
    </w:p>
    <w:p>
      <w:r/>
      <w:r>
        <w:t>"Here" is set to hit theatres on Friday, 1 November, and offers audiences both an emotional voyage and a technical spectacle. Its reception has been marked by a mixture of awe and ambivalence due to its ambitious premise and execution, poised to generate discussions among film enthusiasts and the broader public alike.</w:t>
      </w:r>
      <w:r/>
    </w:p>
    <w:p>
      <w:r/>
      <w:r>
        <w:t>As one of the year's most ambitious cinematic projects, "Here" adeptly captures the essence of everyday life through filmic narrative innovation, promising to evoke a complex blend of emotions and reflections upon viewing.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https://www.cnn.com/2024/06/27/entertainment/tom-hanks-robin-wright-here/index.html</w:t>
        </w:r>
      </w:hyperlink>
      <w:r>
        <w:t xml:space="preserve"> - Corroborates the reunion of Tom Hanks and Robin Wright in the film 'Here' and the use of de-aging technology.</w:t>
      </w:r>
      <w:r/>
    </w:p>
    <w:p>
      <w:pPr>
        <w:pStyle w:val="ListNumber"/>
        <w:spacing w:line="240" w:lineRule="auto"/>
        <w:ind w:left="720"/>
      </w:pPr>
      <w:r/>
      <w:hyperlink r:id="rId11">
        <w:r>
          <w:rPr>
            <w:color w:val="0000EE"/>
            <w:u w:val="single"/>
          </w:rPr>
          <w:t>https://nypost.com/2024/10/28/entertainment/here-review-tom-hanks-robin-wright-are-digitally-de-aged-in-this-bomb/</w:t>
        </w:r>
      </w:hyperlink>
      <w:r>
        <w:t xml:space="preserve"> - Supports the film's release date and the use of digital de-aging technology.</w:t>
      </w:r>
      <w:r/>
    </w:p>
    <w:p>
      <w:pPr>
        <w:pStyle w:val="ListNumber"/>
        <w:spacing w:line="240" w:lineRule="auto"/>
        <w:ind w:left="720"/>
      </w:pPr>
      <w:r/>
      <w:hyperlink r:id="rId12">
        <w:r>
          <w:rPr>
            <w:color w:val="0000EE"/>
            <w:u w:val="single"/>
          </w:rPr>
          <w:t>https://www.reddit.com/r/Moviesinthemaking/comments/1doni31/robert_zemeckis_tom_hanks_and_robin_wright_on_the/</w:t>
        </w:r>
      </w:hyperlink>
      <w:r>
        <w:t xml:space="preserve"> - Provides details on the film's unique camera perspective and the span of generations covered in the story.</w:t>
      </w:r>
      <w:r/>
    </w:p>
    <w:p>
      <w:pPr>
        <w:pStyle w:val="ListNumber"/>
        <w:spacing w:line="240" w:lineRule="auto"/>
        <w:ind w:left="720"/>
      </w:pPr>
      <w:r/>
      <w:hyperlink r:id="rId13">
        <w:r>
          <w:rPr>
            <w:color w:val="0000EE"/>
            <w:u w:val="single"/>
          </w:rPr>
          <w:t>https://www.youtube.com/watch?v=I_id-SkGU2k</w:t>
        </w:r>
      </w:hyperlink>
      <w:r>
        <w:t xml:space="preserve"> - Confirms the film's premise, cast, and the involvement of Robert Zemeckis and Eric Roth.</w:t>
      </w:r>
      <w:r/>
    </w:p>
    <w:p>
      <w:pPr>
        <w:pStyle w:val="ListNumber"/>
        <w:spacing w:line="240" w:lineRule="auto"/>
        <w:ind w:left="720"/>
      </w:pPr>
      <w:r/>
      <w:hyperlink r:id="rId14">
        <w:r>
          <w:rPr>
            <w:color w:val="0000EE"/>
            <w:u w:val="single"/>
          </w:rPr>
          <w:t>https://www.imdb.com/title/tt18272208/</w:t>
        </w:r>
      </w:hyperlink>
      <w:r>
        <w:t xml:space="preserve"> - Lists the cast, including Tom Hanks and Robin Wright, and provides details on the film's release and runtime.</w:t>
      </w:r>
      <w:r/>
    </w:p>
    <w:p>
      <w:pPr>
        <w:pStyle w:val="ListNumber"/>
        <w:spacing w:line="240" w:lineRule="auto"/>
        <w:ind w:left="720"/>
      </w:pPr>
      <w:r/>
      <w:hyperlink r:id="rId10">
        <w:r>
          <w:rPr>
            <w:color w:val="0000EE"/>
            <w:u w:val="single"/>
          </w:rPr>
          <w:t>https://www.cnn.com/2024/06/27/entertainment/tom-hanks-robin-wright-here/index.html</w:t>
        </w:r>
      </w:hyperlink>
      <w:r>
        <w:t xml:space="preserve"> - Details the inspiration from Richard McGuire’s graphic novel and the film's narrative spanning generations.</w:t>
      </w:r>
      <w:r/>
    </w:p>
    <w:p>
      <w:pPr>
        <w:pStyle w:val="ListNumber"/>
        <w:spacing w:line="240" w:lineRule="auto"/>
        <w:ind w:left="720"/>
      </w:pPr>
      <w:r/>
      <w:hyperlink r:id="rId11">
        <w:r>
          <w:rPr>
            <w:color w:val="0000EE"/>
            <w:u w:val="single"/>
          </w:rPr>
          <w:t>https://nypost.com/2024/10/28/entertainment/here-review-tom-hanks-robin-wright-are-digitally-de-aged-in-this-bomb/</w:t>
        </w:r>
      </w:hyperlink>
      <w:r>
        <w:t xml:space="preserve"> - Discusses the film's use of digital de-aging technology and its impact on the storytelling.</w:t>
      </w:r>
      <w:r/>
    </w:p>
    <w:p>
      <w:pPr>
        <w:pStyle w:val="ListNumber"/>
        <w:spacing w:line="240" w:lineRule="auto"/>
        <w:ind w:left="720"/>
      </w:pPr>
      <w:r/>
      <w:hyperlink r:id="rId14">
        <w:r>
          <w:rPr>
            <w:color w:val="0000EE"/>
            <w:u w:val="single"/>
          </w:rPr>
          <w:t>https://www.imdb.com/title/tt18272208/</w:t>
        </w:r>
      </w:hyperlink>
      <w:r>
        <w:t xml:space="preserve"> - Mentions the various characters and time periods featured in the film, including an Indigenous couple and a post-World War II family.</w:t>
      </w:r>
      <w:r/>
    </w:p>
    <w:p>
      <w:pPr>
        <w:pStyle w:val="ListNumber"/>
        <w:spacing w:line="240" w:lineRule="auto"/>
        <w:ind w:left="720"/>
      </w:pPr>
      <w:r/>
      <w:hyperlink r:id="rId13">
        <w:r>
          <w:rPr>
            <w:color w:val="0000EE"/>
            <w:u w:val="single"/>
          </w:rPr>
          <w:t>https://www.youtube.com/watch?v=I_id-SkGU2k</w:t>
        </w:r>
      </w:hyperlink>
      <w:r>
        <w:t xml:space="preserve"> - Highlights the film's technical aspects and the performances of Tom Hanks and Robin Wright despite digital alterations.</w:t>
      </w:r>
      <w:r/>
    </w:p>
    <w:p>
      <w:pPr>
        <w:pStyle w:val="ListNumber"/>
        <w:spacing w:line="240" w:lineRule="auto"/>
        <w:ind w:left="720"/>
      </w:pPr>
      <w:r/>
      <w:hyperlink r:id="rId12">
        <w:r>
          <w:rPr>
            <w:color w:val="0000EE"/>
            <w:u w:val="single"/>
          </w:rPr>
          <w:t>https://www.reddit.com/r/Moviesinthemaking/comments/1doni31/robert_zemeckis_tom_hanks_and_robin_wright_on_the/</w:t>
        </w:r>
      </w:hyperlink>
      <w:r>
        <w:t xml:space="preserve"> - Discusses the mixed reception of the film due to its ambitious premise and execution.</w:t>
      </w:r>
      <w:r/>
    </w:p>
    <w:p>
      <w:pPr>
        <w:pStyle w:val="ListNumber"/>
        <w:spacing w:line="240" w:lineRule="auto"/>
        <w:ind w:left="720"/>
      </w:pPr>
      <w:r/>
      <w:hyperlink r:id="rId14">
        <w:r>
          <w:rPr>
            <w:color w:val="0000EE"/>
            <w:u w:val="single"/>
          </w:rPr>
          <w:t>https://www.imdb.com/title/tt18272208/</w:t>
        </w:r>
      </w:hyperlink>
      <w:r>
        <w:t xml:space="preserve"> - Provides the release date of the film and its rating, further corroborating its upcoming release.</w:t>
      </w:r>
      <w:r/>
    </w:p>
    <w:p>
      <w:pPr>
        <w:pStyle w:val="ListNumber"/>
        <w:spacing w:line="240" w:lineRule="auto"/>
        <w:ind w:left="720"/>
      </w:pPr>
      <w:r/>
      <w:hyperlink r:id="rId15">
        <w:r>
          <w:rPr>
            <w:color w:val="0000EE"/>
            <w:u w:val="single"/>
          </w:rPr>
          <w:t>https://www.dailymail.co.uk/tvshowbiz/article-14022289/tom-hanks-youthful-robin-wright-movie-here.html?ns_mchannel=rss&amp;ns_campaign=1490&amp;ito=1490</w:t>
        </w:r>
      </w:hyperlink>
      <w:r>
        <w:t xml:space="preserve"> - Please view link - unable to able to access data</w:t>
      </w:r>
      <w:r/>
    </w:p>
    <w:p>
      <w:pPr>
        <w:pStyle w:val="ListNumber"/>
        <w:spacing w:line="240" w:lineRule="auto"/>
        <w:ind w:left="720"/>
      </w:pPr>
      <w:r/>
      <w:hyperlink r:id="rId16">
        <w:r>
          <w:rPr>
            <w:color w:val="0000EE"/>
            <w:u w:val="single"/>
          </w:rPr>
          <w:t>https://www.cleveland.com/entertainment/2024/10/here-review-robert-zemeckis-tom-hanks-robin-wright-reunite-in-ambitious-but-frustrating-film.html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06/27/entertainment/tom-hanks-robin-wright-here/index.html" TargetMode="External"/><Relationship Id="rId11" Type="http://schemas.openxmlformats.org/officeDocument/2006/relationships/hyperlink" Target="https://nypost.com/2024/10/28/entertainment/here-review-tom-hanks-robin-wright-are-digitally-de-aged-in-this-bomb/" TargetMode="External"/><Relationship Id="rId12" Type="http://schemas.openxmlformats.org/officeDocument/2006/relationships/hyperlink" Target="https://www.reddit.com/r/Moviesinthemaking/comments/1doni31/robert_zemeckis_tom_hanks_and_robin_wright_on_the/" TargetMode="External"/><Relationship Id="rId13" Type="http://schemas.openxmlformats.org/officeDocument/2006/relationships/hyperlink" Target="https://www.youtube.com/watch?v=I_id-SkGU2k" TargetMode="External"/><Relationship Id="rId14" Type="http://schemas.openxmlformats.org/officeDocument/2006/relationships/hyperlink" Target="https://www.imdb.com/title/tt18272208/" TargetMode="External"/><Relationship Id="rId15" Type="http://schemas.openxmlformats.org/officeDocument/2006/relationships/hyperlink" Target="https://www.dailymail.co.uk/tvshowbiz/article-14022289/tom-hanks-youthful-robin-wright-movie-here.html?ns_mchannel=rss&amp;ns_campaign=1490&amp;ito=1490" TargetMode="External"/><Relationship Id="rId16" Type="http://schemas.openxmlformats.org/officeDocument/2006/relationships/hyperlink" Target="https://www.cleveland.com/entertainment/2024/10/here-review-robert-zemeckis-tom-hanks-robin-wright-reunite-in-ambitious-but-frustrating-film.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