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 expands artificial intelligence features to enhance creator and viewer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YouTube has announced a series of updates that expand its use of artificial intelligence (AI) across the platform, introducing features that aim to enhance both creator and viewer experiences. The updates include the expansion of AI-generated video summaries, revamped content management for mobile, and new community engagement tools.</w:t>
      </w:r>
      <w:r/>
    </w:p>
    <w:p>
      <w:pPr>
        <w:pStyle w:val="Heading3"/>
      </w:pPr>
      <w:r>
        <w:t>AI-Generated Video Summaries Expansion</w:t>
      </w:r>
      <w:r/>
    </w:p>
    <w:p>
      <w:r/>
      <w:r>
        <w:t>YouTube is broadening the reach of its AI-generated video summaries, which were initially tested on a select number of English-language videos. The platform will now make these summaries available to a larger global audience. These AI-generated summaries are designed to provide viewers with a brief overview of video content, offering a quick insight into the video's topics and main points. YouTube has clarified that these summaries are not intended to replace creator-written descriptions but are meant to serve as additional content to help viewers locate relevant information more quickly.</w:t>
      </w:r>
      <w:r/>
    </w:p>
    <w:p>
      <w:pPr>
        <w:pStyle w:val="Heading3"/>
      </w:pPr>
      <w:r>
        <w:t>Revamped Studio Mobile Interface</w:t>
      </w:r>
      <w:r/>
    </w:p>
    <w:p>
      <w:r/>
      <w:r>
        <w:t>For content creators, YouTube has unveiled a redesigned mobile interface for its Studio, aiming for a more streamlined content management experience. The updated system organises content into format-specific shelves, which include sections for traditional videos, Shorts, livestreams, and playlists. Significant additions to this mobile interface are a new list view option for each content format and simplified visibility for monetisation status. Additionally, a scheduled content filter will be available but will only appear when relevant, allowing creators to manage upcoming content more efficiently.</w:t>
      </w:r>
      <w:r/>
    </w:p>
    <w:p>
      <w:pPr>
        <w:pStyle w:val="Heading3"/>
      </w:pPr>
      <w:r>
        <w:t>Enhanced Community Engagement Tools</w:t>
      </w:r>
      <w:r/>
    </w:p>
    <w:p>
      <w:r/>
      <w:r>
        <w:t>In a move to foster better interaction between creators and their audiences, YouTube is introducing changes to its community engagement tools. The existing "comments" tab is being rebranded as "Community" and will come equipped with new features like enhanced audience metrics and advanced moderation tools. A particularly notable addition is the community spotlight feature, designed to highlight highly engaged viewers, and AI-powered suggestions to facilitate creators in crafting replies to comments. For now, this feature will be accessible to a limited group of creators as YouTube tests its effectiveness.</w:t>
      </w:r>
      <w:r/>
    </w:p>
    <w:p>
      <w:pPr>
        <w:pStyle w:val="Heading3"/>
      </w:pPr>
      <w:r>
        <w:t>AI-Powered Support Chatbot Testing</w:t>
      </w:r>
      <w:r/>
    </w:p>
    <w:p>
      <w:r/>
      <w:r>
        <w:t>Further developments include the testing of an AI-powered support chatbot on Studio desktop. This tool, marked by a clickable icon next to the search field, is aimed at assisting creators in navigating queries regarding the platform. Currently, this feature is in a testing phase and is only available to select creators who meet YouTube's eligibility requirements.</w:t>
      </w:r>
      <w:r/>
    </w:p>
    <w:p>
      <w:pPr>
        <w:pStyle w:val="Heading3"/>
      </w:pPr>
      <w:r>
        <w:t>Gradual Rollout and Feedback</w:t>
      </w:r>
      <w:r/>
    </w:p>
    <w:p>
      <w:r/>
      <w:r>
        <w:t>These new tools and updates are expected to be rolled out gradually over the next few weeks and months. YouTube has expressed a keen interest in gathering feedback from both creators and viewers as these features go live, with particular attention to the reception of AI-generated video summaries.</w:t>
      </w:r>
      <w:r/>
    </w:p>
    <w:p>
      <w:r/>
      <w:r>
        <w:t>These updates demonstrate YouTube's ongoing efforts to integrate artificial intelligence more deeply into its platform, aiming to provide both creators and viewers with more streamlined tools and a richer user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https://www.nbcnews.com/tech/tech-news/youtube-ai-generative-features-date-announcement-rcna171661</w:t>
        </w:r>
      </w:hyperlink>
      <w:r>
        <w:t xml:space="preserve"> - Corroborates the expansion of AI-generated video summaries and the introduction of new AI features such as Veo for generating video clips.</w:t>
      </w:r>
      <w:r/>
    </w:p>
    <w:p>
      <w:pPr>
        <w:pStyle w:val="ListNumber"/>
        <w:spacing w:line="240" w:lineRule="auto"/>
        <w:ind w:left="720"/>
      </w:pPr>
      <w:r/>
      <w:hyperlink r:id="rId11">
        <w:r>
          <w:rPr>
            <w:color w:val="0000EE"/>
            <w:u w:val="single"/>
          </w:rPr>
          <w:t>https://www.mindshareworld.com/news/weekly-prompt-youtubes-ai-updates-and-more</w:t>
        </w:r>
      </w:hyperlink>
      <w:r>
        <w:t xml:space="preserve"> - Supports the introduction of AI-powered video generation for Shorts using Google DeepMind's Veo model and other AI updates.</w:t>
      </w:r>
      <w:r/>
    </w:p>
    <w:p>
      <w:pPr>
        <w:pStyle w:val="ListNumber"/>
        <w:spacing w:line="240" w:lineRule="auto"/>
        <w:ind w:left="720"/>
      </w:pPr>
      <w:r/>
      <w:hyperlink r:id="rId11">
        <w:r>
          <w:rPr>
            <w:color w:val="0000EE"/>
            <w:u w:val="single"/>
          </w:rPr>
          <w:t>https://www.mindshareworld.com/news/weekly-prompt-youtubes-ai-updates-and-more</w:t>
        </w:r>
      </w:hyperlink>
      <w:r>
        <w:t xml:space="preserve"> - Details the revamped content management for mobile, including the new features in YouTube Studio for creators.</w:t>
      </w:r>
      <w:r/>
    </w:p>
    <w:p>
      <w:pPr>
        <w:pStyle w:val="ListNumber"/>
        <w:spacing w:line="240" w:lineRule="auto"/>
        <w:ind w:left="720"/>
      </w:pPr>
      <w:r/>
      <w:hyperlink r:id="rId10">
        <w:r>
          <w:rPr>
            <w:color w:val="0000EE"/>
            <w:u w:val="single"/>
          </w:rPr>
          <w:t>https://www.nbcnews.com/tech/tech-news/youtube-ai-generative-features-date-announcement-rcna171661</w:t>
        </w:r>
      </w:hyperlink>
      <w:r>
        <w:t xml:space="preserve"> - Explains the enhanced community engagement tools, including the community spotlight feature and AI-powered reply suggestions.</w:t>
      </w:r>
      <w:r/>
    </w:p>
    <w:p>
      <w:pPr>
        <w:pStyle w:val="ListNumber"/>
        <w:spacing w:line="240" w:lineRule="auto"/>
        <w:ind w:left="720"/>
      </w:pPr>
      <w:r/>
      <w:hyperlink r:id="rId11">
        <w:r>
          <w:rPr>
            <w:color w:val="0000EE"/>
            <w:u w:val="single"/>
          </w:rPr>
          <w:t>https://www.mindshareworld.com/news/weekly-prompt-youtubes-ai-updates-and-more</w:t>
        </w:r>
      </w:hyperlink>
      <w:r>
        <w:t xml:space="preserve"> - Mentions the expansion of the 'Communities' feature and new AI-powered tools for creators to interact with their audience.</w:t>
      </w:r>
      <w:r/>
    </w:p>
    <w:p>
      <w:pPr>
        <w:pStyle w:val="ListNumber"/>
        <w:spacing w:line="240" w:lineRule="auto"/>
        <w:ind w:left="720"/>
      </w:pPr>
      <w:r/>
      <w:hyperlink r:id="rId12">
        <w:r>
          <w:rPr>
            <w:color w:val="0000EE"/>
            <w:u w:val="single"/>
          </w:rPr>
          <w:t>https://www.youtube.com/watch?v=aCNr4Dnk7UU</w:t>
        </w:r>
      </w:hyperlink>
      <w:r>
        <w:t xml:space="preserve"> - Provides information on various AI updates, including YouTube's AI-powered tools and community engagement features.</w:t>
      </w:r>
      <w:r/>
    </w:p>
    <w:p>
      <w:pPr>
        <w:pStyle w:val="ListNumber"/>
        <w:spacing w:line="240" w:lineRule="auto"/>
        <w:ind w:left="720"/>
      </w:pPr>
      <w:r/>
      <w:hyperlink r:id="rId10">
        <w:r>
          <w:rPr>
            <w:color w:val="0000EE"/>
            <w:u w:val="single"/>
          </w:rPr>
          <w:t>https://www.nbcnews.com/tech/tech-news/youtube-ai-generative-features-date-announcement-rcna171661</w:t>
        </w:r>
      </w:hyperlink>
      <w:r>
        <w:t xml:space="preserve"> - Discusses the gradual rollout of new features and YouTube's interest in gathering feedback from creators and viewers.</w:t>
      </w:r>
      <w:r/>
    </w:p>
    <w:p>
      <w:pPr>
        <w:pStyle w:val="ListNumber"/>
        <w:spacing w:line="240" w:lineRule="auto"/>
        <w:ind w:left="720"/>
      </w:pPr>
      <w:r/>
      <w:hyperlink r:id="rId11">
        <w:r>
          <w:rPr>
            <w:color w:val="0000EE"/>
            <w:u w:val="single"/>
          </w:rPr>
          <w:t>https://www.mindshareworld.com/news/weekly-prompt-youtubes-ai-updates-and-more</w:t>
        </w:r>
      </w:hyperlink>
      <w:r>
        <w:t xml:space="preserve"> - Details the introduction of AI-powered tools within YouTube Studio to assist creators with brainstorming, generating thumbnails, and crafting replies to comments.</w:t>
      </w:r>
      <w:r/>
    </w:p>
    <w:p>
      <w:pPr>
        <w:pStyle w:val="ListNumber"/>
        <w:spacing w:line="240" w:lineRule="auto"/>
        <w:ind w:left="720"/>
      </w:pPr>
      <w:r/>
      <w:hyperlink r:id="rId10">
        <w:r>
          <w:rPr>
            <w:color w:val="0000EE"/>
            <w:u w:val="single"/>
          </w:rPr>
          <w:t>https://www.nbcnews.com/tech/tech-news/youtube-ai-generative-features-date-announcement-rcna171661</w:t>
        </w:r>
      </w:hyperlink>
      <w:r>
        <w:t xml:space="preserve"> - Explains the use of SynthID for watermarking AI-generated content to ensure transparency.</w:t>
      </w:r>
      <w:r/>
    </w:p>
    <w:p>
      <w:pPr>
        <w:pStyle w:val="ListNumber"/>
        <w:spacing w:line="240" w:lineRule="auto"/>
        <w:ind w:left="720"/>
      </w:pPr>
      <w:r/>
      <w:hyperlink r:id="rId11">
        <w:r>
          <w:rPr>
            <w:color w:val="0000EE"/>
            <w:u w:val="single"/>
          </w:rPr>
          <w:t>https://www.mindshareworld.com/news/weekly-prompt-youtubes-ai-updates-and-more</w:t>
        </w:r>
      </w:hyperlink>
      <w:r>
        <w:t xml:space="preserve"> - Mentions the expansion of YouTube's automatic dubbing tool to include more languages and the introduction of 'expressive speech' technology.</w:t>
      </w:r>
      <w:r/>
    </w:p>
    <w:p>
      <w:pPr>
        <w:pStyle w:val="ListNumber"/>
        <w:spacing w:line="240" w:lineRule="auto"/>
        <w:ind w:left="720"/>
      </w:pPr>
      <w:r/>
      <w:hyperlink r:id="rId10">
        <w:r>
          <w:rPr>
            <w:color w:val="0000EE"/>
            <w:u w:val="single"/>
          </w:rPr>
          <w:t>https://www.nbcnews.com/tech/tech-news/youtube-ai-generative-features-date-announcement-rcna171661</w:t>
        </w:r>
      </w:hyperlink>
      <w:r>
        <w:t xml:space="preserve"> - Describes the new 'Hype' feature and other revenue-earning opportunities for creators, such as livestream gifts.</w:t>
      </w:r>
      <w:r/>
    </w:p>
    <w:p>
      <w:pPr>
        <w:pStyle w:val="ListNumber"/>
        <w:spacing w:line="240" w:lineRule="auto"/>
        <w:ind w:left="720"/>
      </w:pPr>
      <w:r/>
      <w:hyperlink r:id="rId13">
        <w:r>
          <w:rPr>
            <w:color w:val="0000EE"/>
            <w:u w:val="single"/>
          </w:rPr>
          <w:t>https://www.searchenginejournal.com/youtube-expands-ai-generated-video-summaries-adds-new-tools/531348/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tech/tech-news/youtube-ai-generative-features-date-announcement-rcna171661" TargetMode="External"/><Relationship Id="rId11" Type="http://schemas.openxmlformats.org/officeDocument/2006/relationships/hyperlink" Target="https://www.mindshareworld.com/news/weekly-prompt-youtubes-ai-updates-and-more" TargetMode="External"/><Relationship Id="rId12" Type="http://schemas.openxmlformats.org/officeDocument/2006/relationships/hyperlink" Target="https://www.youtube.com/watch?v=aCNr4Dnk7UU" TargetMode="External"/><Relationship Id="rId13" Type="http://schemas.openxmlformats.org/officeDocument/2006/relationships/hyperlink" Target="https://www.searchenginejournal.com/youtube-expands-ai-generated-video-summaries-adds-new-tools/5313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