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Ziang 'Lucky Z' Zhang: Pioneering the future of digital entertainment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fast-paced world of global technology, Ziang “Lucky Z” Zhang has emerged as a prominent and influential figure, setting benchmarks in the digital entertainment sector. At just 32, Zhang boasts an impressive trajectory across three continents, integrating technical acumen with entrepreneurial foresight to revolutionise numerous facets of technology and entertainment.</w:t>
      </w:r>
      <w:r/>
    </w:p>
    <w:p>
      <w:r/>
      <w:r>
        <w:t>Zhang’s embarkation on the entrepreneurial journey commenced following a distinguished period at Google, where he mastered his technical skills as a software engineer. His foray into entrepreneurship was marked by co-founding Yi+, an AI-driven video e-commerce platform, which swiftly captured the interest of tech giants. With significant investment from Alibaba, Yi+ was renowned for its cutting-edge approach to content recommendations powered by artificial intelligence. The success of this venture culminated in the company’s acquisition by Apple, marking Zhang's first substantial triumph in the tech industry.</w:t>
      </w:r>
      <w:r/>
    </w:p>
    <w:p>
      <w:r/>
      <w:r>
        <w:t>Following the sale of Yi+, Zhang lent his expertise to Mobike, providing a strategic edge as Head of Market Operations and User Growth. In this capacity, he oversaw a remarkable leap in daily orders from one million to 30 million and implemented pricing strategies that bolstered revenues by 1.5 times post-expansion. His stewardship at Mobike underscored a powerful blend of rapid growth and sustained business development.</w:t>
      </w:r>
      <w:r/>
    </w:p>
    <w:p>
      <w:r/>
      <w:r>
        <w:t>Zhang's innovative prowess took on an international dimension when he founded Blacktail Technology, known for its short video platform Kalo. Kalo seized the Latin American market, rising to prominence as the largest Spanish-language platform in the region. Its eventual acquisition by Bytedance underscored Zhang’s capacity to penetrate and excel in diverse international markets, a skill that has significantly defined his career trajectory.</w:t>
      </w:r>
      <w:r/>
    </w:p>
    <w:p>
      <w:r/>
      <w:r>
        <w:t>Elevating his influence within digital entertainment, Zhang served as CEO of NCT Corporation. Under his leadership, the platform burgeoned into one of Southeast Asia’s premier music streaming services, attracting an impressive user base exceeding 30 million. The Ho Chi Minh City Tax Department formally recognised NCT Corporation's success, reflecting Zhang's competence in fostering compliance and operational success in highly competitive environments.</w:t>
      </w:r>
      <w:r/>
    </w:p>
    <w:p>
      <w:r/>
      <w:r>
        <w:t>Currently, Zhang leads Versa AI as its founder and CEO, where he is spearheading innovations in digital entertainment through the platform Sekai. Sekai is a game-changer in content interaction, integrating sophisticated AI with interactive storytelling to create a new entertainment paradigm. This novel platform enables users to both create and consume a distinct breed of content, marking a pivotal shift from passive consumption to active engagement. Such is the platform's popularity that its core users reportedly spend over eight hours a day engaging with its interactive capabilities.</w:t>
      </w:r>
      <w:r/>
    </w:p>
    <w:p>
      <w:r/>
      <w:r>
        <w:t>Zhang’s ambitions for Sekai leverage a decade of experience in digital entertainment, recognising a shift from platforms centred around passive consumption, akin to TikTok, towards immersive, AI-powered user experiences. His approach at Versa AI is also characterised by the assembly of elite professionals, all collaborating to harness AI and growth strategies effectively.</w:t>
      </w:r>
      <w:r/>
    </w:p>
    <w:p>
      <w:r/>
      <w:r>
        <w:t>Beyond his business ventures, Zhang actively contributes to the technology community as a mentor and educator, sharing his extensive knowledge through widely-distributed growth strategy courses. His prominent role as a judge at esteemed industry events and frequent appearances in major media outlets further echo his standing within the sector.</w:t>
      </w:r>
      <w:r/>
    </w:p>
    <w:p>
      <w:r/>
      <w:r>
        <w:t>As Zhang and Versa AI continue to challenge and redefine the possibilities within digital entertainment, his work symbolises a broader trend towards AI-driven content innovation. His career thus far is a powerful demonstration of innovation, marking a significant chapter in the evolution of global digital entertainment and AI exploration.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https://techbullion.com/pioneering-the-future-ziang-zhang-reshapes-digital-entertainment-through-ai-innovation/</w:t>
        </w:r>
      </w:hyperlink>
      <w:r>
        <w:t xml:space="preserve"> - Corroborates Ziang 'Lucky Z' Zhang's work at Versa AI and his innovations in digital entertainment through the platform Sekai.</w:t>
      </w:r>
      <w:r/>
    </w:p>
    <w:p>
      <w:pPr>
        <w:pStyle w:val="ListNumber"/>
        <w:spacing w:line="240" w:lineRule="auto"/>
        <w:ind w:left="720"/>
      </w:pPr>
      <w:r/>
      <w:hyperlink r:id="rId11">
        <w:r>
          <w:rPr>
            <w:color w:val="0000EE"/>
            <w:u w:val="single"/>
          </w:rPr>
          <w:t>https://techbullion.com/technology/</w:t>
        </w:r>
      </w:hyperlink>
      <w:r>
        <w:t xml:space="preserve"> - Provides context on Ziang 'Lucky Z' Zhang's influence in the global technology sector and his entrepreneurial journey.</w:t>
      </w:r>
      <w:r/>
    </w:p>
    <w:p>
      <w:pPr>
        <w:pStyle w:val="ListNumber"/>
        <w:spacing w:line="240" w:lineRule="auto"/>
        <w:ind w:left="720"/>
      </w:pPr>
      <w:r/>
      <w:hyperlink r:id="rId12">
        <w:r>
          <w:rPr>
            <w:color w:val="0000EE"/>
            <w:u w:val="single"/>
          </w:rPr>
          <w:t>https://vn.linkedin.com/in/luckyzhang</w:t>
        </w:r>
      </w:hyperlink>
      <w:r>
        <w:t xml:space="preserve"> - Details Zhang's professional background, including his role at a stealth AI startup and his education at Williams College.</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for the article, which outlines Zhang's career and achievements.</w:t>
      </w:r>
      <w:r/>
    </w:p>
    <w:p>
      <w:pPr>
        <w:pStyle w:val="ListNumber"/>
        <w:spacing w:line="240" w:lineRule="auto"/>
        <w:ind w:left="720"/>
      </w:pPr>
      <w:r/>
      <w:hyperlink r:id="rId13">
        <w:r>
          <w:rPr>
            <w:color w:val="0000EE"/>
            <w:u w:val="single"/>
          </w:rPr>
          <w:t>https://www.linkedin.com/pub/dir/Lucky/Zhang</w:t>
        </w:r>
      </w:hyperlink>
      <w:r>
        <w:t xml:space="preserve"> - Lists various professionals named 'Lucky Zhang', though not specifically Ziang 'Lucky Z' Zhang, it indicates the presence of multiple individuals with the name.</w:t>
      </w:r>
      <w:r/>
    </w:p>
    <w:p>
      <w:pPr>
        <w:pStyle w:val="ListNumber"/>
        <w:spacing w:line="240" w:lineRule="auto"/>
        <w:ind w:left="720"/>
      </w:pPr>
      <w:r/>
      <w:hyperlink r:id="rId11">
        <w:r>
          <w:rPr>
            <w:color w:val="0000EE"/>
            <w:u w:val="single"/>
          </w:rPr>
          <w:t>https://techbullion.com/technology/</w:t>
        </w:r>
      </w:hyperlink>
      <w:r>
        <w:t xml:space="preserve"> - Mentions Zhang's involvement in various tech ventures and his impact on the industry, though indirectly.</w:t>
      </w:r>
      <w:r/>
    </w:p>
    <w:p>
      <w:pPr>
        <w:pStyle w:val="ListNumber"/>
        <w:spacing w:line="240" w:lineRule="auto"/>
        <w:ind w:left="720"/>
      </w:pPr>
      <w:r/>
      <w:hyperlink r:id="rId14">
        <w:r>
          <w:rPr>
            <w:color w:val="0000EE"/>
            <w:u w:val="single"/>
          </w:rPr>
          <w:t>https://www.crunchbase.com/organization/yi-plus</w:t>
        </w:r>
      </w:hyperlink>
      <w:r>
        <w:t xml:space="preserve"> - While not provided in the sources, this link would corroborate the existence and acquisition of Yi+, an AI-driven video e-commerce platform co-founded by Zhang. (External knowledge)</w:t>
      </w:r>
      <w:r/>
    </w:p>
    <w:p>
      <w:pPr>
        <w:pStyle w:val="ListNumber"/>
        <w:spacing w:line="240" w:lineRule="auto"/>
        <w:ind w:left="720"/>
      </w:pPr>
      <w:r/>
      <w:hyperlink r:id="rId15">
        <w:r>
          <w:rPr>
            <w:color w:val="0000EE"/>
            <w:u w:val="single"/>
          </w:rPr>
          <w:t>https://www.crunchbase.com/organization/mobike</w:t>
        </w:r>
      </w:hyperlink>
      <w:r>
        <w:t xml:space="preserve"> - Would corroborate Zhang's role at Mobike and the company's growth during his tenure. (External knowledge)</w:t>
      </w:r>
      <w:r/>
    </w:p>
    <w:p>
      <w:pPr>
        <w:pStyle w:val="ListNumber"/>
        <w:spacing w:line="240" w:lineRule="auto"/>
        <w:ind w:left="720"/>
      </w:pPr>
      <w:r/>
      <w:hyperlink r:id="rId16">
        <w:r>
          <w:rPr>
            <w:color w:val="0000EE"/>
            <w:u w:val="single"/>
          </w:rPr>
          <w:t>https://www.bytedance.com/en/company</w:t>
        </w:r>
      </w:hyperlink>
      <w:r>
        <w:t xml:space="preserve"> - Would provide context on Bytedance's acquisition of Blacktail Technology's Kalo platform. (External knowledge)</w:t>
      </w:r>
      <w:r/>
    </w:p>
    <w:p>
      <w:pPr>
        <w:pStyle w:val="ListNumber"/>
        <w:spacing w:line="240" w:lineRule="auto"/>
        <w:ind w:left="720"/>
      </w:pPr>
      <w:r/>
      <w:hyperlink r:id="rId17">
        <w:r>
          <w:rPr>
            <w:color w:val="0000EE"/>
            <w:u w:val="single"/>
          </w:rPr>
          <w:t>https://www.nctcorp.vn/</w:t>
        </w:r>
      </w:hyperlink>
      <w:r>
        <w:t xml:space="preserve"> - Would corroborate Zhang's leadership at NCT Corporation and its success as a music streaming service. (External knowledge)</w:t>
      </w:r>
      <w:r/>
    </w:p>
    <w:p>
      <w:pPr>
        <w:pStyle w:val="ListNumber"/>
        <w:spacing w:line="240" w:lineRule="auto"/>
        <w:ind w:left="720"/>
      </w:pPr>
      <w:r/>
      <w:hyperlink r:id="rId18">
        <w:r>
          <w:rPr>
            <w:color w:val="0000EE"/>
            <w:u w:val="single"/>
          </w:rPr>
          <w:t>https://www.versa.ai/</w:t>
        </w:r>
      </w:hyperlink>
      <w:r>
        <w:t xml:space="preserve"> - Would provide details on Versa AI and its platform Sekai, led by Ziang 'Lucky Z' Zhang. (External knowledge)</w:t>
      </w:r>
      <w:r/>
    </w:p>
    <w:p>
      <w:pPr>
        <w:pStyle w:val="ListNumber"/>
        <w:spacing w:line="240" w:lineRule="auto"/>
        <w:ind w:left="720"/>
      </w:pPr>
      <w:r/>
      <w:hyperlink r:id="rId10">
        <w:r>
          <w:rPr>
            <w:color w:val="0000EE"/>
            <w:u w:val="single"/>
          </w:rPr>
          <w:t>https://techbullion.com/pioneering-the-future-ziang-zhang-reshapes-digital-entertainment-through-ai-innovation/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pioneering-the-future-ziang-zhang-reshapes-digital-entertainment-through-ai-innovation/" TargetMode="External"/><Relationship Id="rId11" Type="http://schemas.openxmlformats.org/officeDocument/2006/relationships/hyperlink" Target="https://techbullion.com/technology/" TargetMode="External"/><Relationship Id="rId12" Type="http://schemas.openxmlformats.org/officeDocument/2006/relationships/hyperlink" Target="https://vn.linkedin.com/in/luckyzhang" TargetMode="External"/><Relationship Id="rId13" Type="http://schemas.openxmlformats.org/officeDocument/2006/relationships/hyperlink" Target="https://www.linkedin.com/pub/dir/Lucky/Zhang" TargetMode="External"/><Relationship Id="rId14" Type="http://schemas.openxmlformats.org/officeDocument/2006/relationships/hyperlink" Target="https://www.crunchbase.com/organization/yi-plus" TargetMode="External"/><Relationship Id="rId15" Type="http://schemas.openxmlformats.org/officeDocument/2006/relationships/hyperlink" Target="https://www.crunchbase.com/organization/mobike" TargetMode="External"/><Relationship Id="rId16" Type="http://schemas.openxmlformats.org/officeDocument/2006/relationships/hyperlink" Target="https://www.bytedance.com/en/company" TargetMode="External"/><Relationship Id="rId17" Type="http://schemas.openxmlformats.org/officeDocument/2006/relationships/hyperlink" Target="https://www.nctcorp.vn/" TargetMode="External"/><Relationship Id="rId18" Type="http://schemas.openxmlformats.org/officeDocument/2006/relationships/hyperlink" Target="https://www.vers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