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Adélie penguins in focus: AI technology utilised to track remote species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Adélie Penguins in Focus: AI Technology Utilised to Track Remote Species</w:t>
      </w:r>
      <w:r/>
    </w:p>
    <w:p>
      <w:r/>
      <w:r>
        <w:t>Researchers from Stony Brook University, in collaboration with the U.S. Geological Survey, have embarked on an innovative project that harnesses artificial intelligence (AI) to study one of Antarctica's most elusive inhabitants, the Adélie penguins. The research, published in the journal PLOS ONE, demonstrates a novel approach to gathering data on these remote creatures by leveraging images taken by ecotourists.</w:t>
      </w:r>
      <w:r/>
    </w:p>
    <w:p>
      <w:r/>
      <w:r>
        <w:t>Adélie penguins are often referred to as a sentinel species due to their sensitivity to environmental changes induced by global warming. Despite their ecological significance, their remote habitat has historically made in-depth study challenging. However, two modern phenomena – the widespread availability of smartphones with high-quality cameras and the burgeoning popularity of ecotourism – have provided an unexpected boon to studying these creatures.</w:t>
      </w:r>
      <w:r/>
    </w:p>
    <w:p>
      <w:r/>
      <w:r>
        <w:t>Ecotourists, who venture into the penguins’ remote Antarctic habitat, naturally capture a plethora of images. This abundance of amateur photography offered the Stony Brook team a unique dataset—one they intended to use to assess and monitor penguin colonies over time. Central to this initiative is the Segment Anything Model (SAM), an AI application designed to analyse immense collections of images.</w:t>
      </w:r>
      <w:r/>
    </w:p>
    <w:p>
      <w:r/>
      <w:r>
        <w:t>The research team developed a method to align and register both ground-based and satellite imagery using a digital elevation model. This approach enabled precise contextual mapping of the photographed penguins within their natural habitat. SAM proved instrumental in processing the imagery, allowing for detailed tracking of colony movements and sizes.</w:t>
      </w:r>
      <w:r/>
    </w:p>
    <w:p>
      <w:r/>
      <w:r>
        <w:t>The findings afforded by this AI-aided method uncovered notable patterns in penguin behaviour in response to varying weather conditions. These insights offer a window into how climate change is impacting Antarctic environments and affecting Adélie penguin populations. Additionally, the research garners potential implications for assessing the penguins’ health and the geographic adaptability of their colonies under current climate trends.</w:t>
      </w:r>
      <w:r/>
    </w:p>
    <w:p>
      <w:r/>
      <w:r>
        <w:t>The project not only provides a new perspective on how historical data can be derived from tourism activities but also showcases innovative methods of using technology to address ecological questions that were previously beyond reach. This research exemplifies the emerging intersection of ecology, technology, and citizen involvement, permitting scientists to extend their observational capabilities to some of the most inaccessible regions on the planet.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https://www.aaas.org/news/federally-funded-breakthroughs-around-woodpeckers-penguin-poop-and-model-underpinning-ai-named</w:t>
        </w:r>
      </w:hyperlink>
      <w:r>
        <w:t xml:space="preserve"> - Corroborates the use of satellite imagery to track Adélie penguin populations and the discovery of 1.5 million previously undocumented penguins.</w:t>
      </w:r>
      <w:r/>
    </w:p>
    <w:p>
      <w:pPr>
        <w:pStyle w:val="ListNumber"/>
        <w:spacing w:line="240" w:lineRule="auto"/>
        <w:ind w:left="720"/>
      </w:pPr>
      <w:r/>
      <w:hyperlink r:id="rId11">
        <w:r>
          <w:rPr>
            <w:color w:val="0000EE"/>
            <w:u w:val="single"/>
          </w:rPr>
          <w:t>https://www.goldengooseaward.org/01awardees/penguinpoop</w:t>
        </w:r>
      </w:hyperlink>
      <w:r>
        <w:t xml:space="preserve"> - Provides details on the 40-year mission to track penguin populations via satellite imagery and the role of federal funding agencies.</w:t>
      </w:r>
      <w:r/>
    </w:p>
    <w:p>
      <w:pPr>
        <w:pStyle w:val="ListNumber"/>
        <w:spacing w:line="240" w:lineRule="auto"/>
        <w:ind w:left="720"/>
      </w:pPr>
      <w:r/>
      <w:hyperlink r:id="rId12">
        <w:r>
          <w:rPr>
            <w:color w:val="0000EE"/>
            <w:u w:val="single"/>
          </w:rPr>
          <w:t>https://ai4edatasetspublicassets.blob.core.windows.net/grantee-profiles/Heather%20Lynch_Antarctica_Bio_AI4E%20Grantee%20Profile.pdf</w:t>
        </w:r>
      </w:hyperlink>
      <w:r>
        <w:t xml:space="preserve"> - Explains Dr. Heather Lynch's work on using satellite imagery and AI to track Adélie penguin populations and the challenges involved.</w:t>
      </w:r>
      <w:r/>
    </w:p>
    <w:p>
      <w:pPr>
        <w:pStyle w:val="ListNumber"/>
        <w:spacing w:line="240" w:lineRule="auto"/>
        <w:ind w:left="720"/>
      </w:pPr>
      <w:r/>
      <w:hyperlink r:id="rId13">
        <w:r>
          <w:rPr>
            <w:color w:val="0000EE"/>
            <w:u w:val="single"/>
          </w:rPr>
          <w:t>https://aitopics.org/doc/news:F4E8896C</w:t>
        </w:r>
      </w:hyperlink>
      <w:r>
        <w:t xml:space="preserve"> - Discusses how AI can help track penguin colonies in Antarctica by analyzing tourist photos.</w:t>
      </w:r>
      <w:r/>
    </w:p>
    <w:p>
      <w:pPr>
        <w:pStyle w:val="ListNumber"/>
        <w:spacing w:line="240" w:lineRule="auto"/>
        <w:ind w:left="720"/>
      </w:pPr>
      <w:r/>
      <w:hyperlink r:id="rId11">
        <w:r>
          <w:rPr>
            <w:color w:val="0000EE"/>
            <w:u w:val="single"/>
          </w:rPr>
          <w:t>https://www.goldengooseaward.org/01awardees/penguinpoop</w:t>
        </w:r>
      </w:hyperlink>
      <w:r>
        <w:t xml:space="preserve"> - Details the collaboration between researchers and the use of Landsat satellite imagery to identify penguin colonies.</w:t>
      </w:r>
      <w:r/>
    </w:p>
    <w:p>
      <w:pPr>
        <w:pStyle w:val="ListNumber"/>
        <w:spacing w:line="240" w:lineRule="auto"/>
        <w:ind w:left="720"/>
      </w:pPr>
      <w:r/>
      <w:hyperlink r:id="rId10">
        <w:r>
          <w:rPr>
            <w:color w:val="0000EE"/>
            <w:u w:val="single"/>
          </w:rPr>
          <w:t>https://www.aaas.org/news/federally-funded-breakthroughs-around-woodpeckers-penguin-poop-and-model-underpinning-ai-named</w:t>
        </w:r>
      </w:hyperlink>
      <w:r>
        <w:t xml:space="preserve"> - Highlights the importance of Adélie penguins as a sentinel species sensitive to environmental changes.</w:t>
      </w:r>
      <w:r/>
    </w:p>
    <w:p>
      <w:pPr>
        <w:pStyle w:val="ListNumber"/>
        <w:spacing w:line="240" w:lineRule="auto"/>
        <w:ind w:left="720"/>
      </w:pPr>
      <w:r/>
      <w:hyperlink r:id="rId12">
        <w:r>
          <w:rPr>
            <w:color w:val="0000EE"/>
            <w:u w:val="single"/>
          </w:rPr>
          <w:t>https://ai4edatasetspublicassets.blob.core.windows.net/grantee-profiles/Heather%20Lynch_Antarctica_Bio_AI4E%20Grantee%20Profile.pdf</w:t>
        </w:r>
      </w:hyperlink>
      <w:r>
        <w:t xml:space="preserve"> - Describes the challenges of studying penguins in remote habitats and the benefits of using ecotourist photos.</w:t>
      </w:r>
      <w:r/>
    </w:p>
    <w:p>
      <w:pPr>
        <w:pStyle w:val="ListNumber"/>
        <w:spacing w:line="240" w:lineRule="auto"/>
        <w:ind w:left="720"/>
      </w:pPr>
      <w:r/>
      <w:hyperlink r:id="rId11">
        <w:r>
          <w:rPr>
            <w:color w:val="0000EE"/>
            <w:u w:val="single"/>
          </w:rPr>
          <w:t>https://www.goldengooseaward.org/01awardees/penguinpoop</w:t>
        </w:r>
      </w:hyperlink>
      <w:r>
        <w:t xml:space="preserve"> - Explains the use of digital elevation models and satellite imagery to map penguin colonies precisely.</w:t>
      </w:r>
      <w:r/>
    </w:p>
    <w:p>
      <w:pPr>
        <w:pStyle w:val="ListNumber"/>
        <w:spacing w:line="240" w:lineRule="auto"/>
        <w:ind w:left="720"/>
      </w:pPr>
      <w:r/>
      <w:hyperlink r:id="rId12">
        <w:r>
          <w:rPr>
            <w:color w:val="0000EE"/>
            <w:u w:val="single"/>
          </w:rPr>
          <w:t>https://ai4edatasetspublicassets.blob.core.windows.net/grantee-profiles/Heather%20Lynch_Antarctica_Bio_AI4E%20Grantee%20Profile.pdf</w:t>
        </w:r>
      </w:hyperlink>
      <w:r>
        <w:t xml:space="preserve"> - Details the development of sophisticated statistical models and algorithms to analyze penguin population dynamics.</w:t>
      </w:r>
      <w:r/>
    </w:p>
    <w:p>
      <w:pPr>
        <w:pStyle w:val="ListNumber"/>
        <w:spacing w:line="240" w:lineRule="auto"/>
        <w:ind w:left="720"/>
      </w:pPr>
      <w:r/>
      <w:hyperlink r:id="rId10">
        <w:r>
          <w:rPr>
            <w:color w:val="0000EE"/>
            <w:u w:val="single"/>
          </w:rPr>
          <w:t>https://www.aaas.org/news/federally-funded-breakthroughs-around-woodpeckers-penguin-poop-and-model-underpinning-ai-named</w:t>
        </w:r>
      </w:hyperlink>
      <w:r>
        <w:t xml:space="preserve"> - Corroborates the impact of climate change on Adélie penguin populations and the predictive models used to forecast future changes.</w:t>
      </w:r>
      <w:r/>
    </w:p>
    <w:p>
      <w:pPr>
        <w:pStyle w:val="ListNumber"/>
        <w:spacing w:line="240" w:lineRule="auto"/>
        <w:ind w:left="720"/>
      </w:pPr>
      <w:r/>
      <w:hyperlink r:id="rId12">
        <w:r>
          <w:rPr>
            <w:color w:val="0000EE"/>
            <w:u w:val="single"/>
          </w:rPr>
          <w:t>https://ai4edatasetspublicassets.blob.core.windows.net/grantee-profiles/Heather%20Lynch_Antarctica_Bio_AI4E%20Grantee%20Profile.pdf</w:t>
        </w:r>
      </w:hyperlink>
      <w:r>
        <w:t xml:space="preserve"> - Discusses the potential implications of the research for assessing penguin health and geographic adaptability under current climate trends.</w:t>
      </w:r>
      <w:r/>
    </w:p>
    <w:p>
      <w:pPr>
        <w:pStyle w:val="ListNumber"/>
        <w:spacing w:line="240" w:lineRule="auto"/>
        <w:ind w:left="720"/>
      </w:pPr>
      <w:r/>
      <w:hyperlink r:id="rId14">
        <w:r>
          <w:rPr>
            <w:color w:val="0000EE"/>
            <w:u w:val="single"/>
          </w:rPr>
          <w:t>https://phys.org/news/2024-10-ai-method-captures-ecotourism-photos.html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aas.org/news/federally-funded-breakthroughs-around-woodpeckers-penguin-poop-and-model-underpinning-ai-named" TargetMode="External"/><Relationship Id="rId11" Type="http://schemas.openxmlformats.org/officeDocument/2006/relationships/hyperlink" Target="https://www.goldengooseaward.org/01awardees/penguinpoop" TargetMode="External"/><Relationship Id="rId12" Type="http://schemas.openxmlformats.org/officeDocument/2006/relationships/hyperlink" Target="https://ai4edatasetspublicassets.blob.core.windows.net/grantee-profiles/Heather%20Lynch_Antarctica_Bio_AI4E%20Grantee%20Profile.pdf" TargetMode="External"/><Relationship Id="rId13" Type="http://schemas.openxmlformats.org/officeDocument/2006/relationships/hyperlink" Target="https://aitopics.org/doc/news:F4E8896C" TargetMode="External"/><Relationship Id="rId14" Type="http://schemas.openxmlformats.org/officeDocument/2006/relationships/hyperlink" Target="https://phys.org/news/2024-10-ai-method-captures-ecotourism-photo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