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Advancing child safety with AI and GPS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Advancing Child Safety with AI and GPS Technologies</w:t>
      </w:r>
      <w:r/>
    </w:p>
    <w:p>
      <w:r/>
      <w:r>
        <w:t>The United States grapples with a distressing reality each year, as an overwhelming number of children go missing across the nation. According to FBI statistics, approximately 840,000 individuals are reported missing annually, with the majority being children. These figures highlight a critical need for advanced solutions to ensure child safety, addressing the persistent threat of abduction with modern technological advancements.</w:t>
      </w:r>
      <w:r/>
    </w:p>
    <w:p>
      <w:r/>
      <w:r>
        <w:rPr>
          <w:b/>
        </w:rPr>
        <w:t>Harnessing Technology for Child Safety</w:t>
      </w:r>
      <w:r/>
    </w:p>
    <w:p>
      <w:r/>
      <w:r>
        <w:t>Technological innovations have ushered in new tools for parents, enabling them to oversee their children's safety from afar through sophisticated tracking systems. GPS and AI technologies have significantly evolved, providing capabilities far beyond mere location tracking. These modern systems not only detail a child's real-time mobility but also offer insights into their movement patterns and behaviours. When integrated with AI capabilities, these technologies can issue predictive safety alerts, allowing parents to pre-emptively identify potential threats before they materialise.</w:t>
      </w:r>
      <w:r/>
    </w:p>
    <w:p>
      <w:r/>
      <w:r>
        <w:t>In the context of everyday scenarios—whether children are at school, in the park, or visiting a friend’s home—these advancements prove invaluable. Such technologies allow parents to receive immediate updates on their children’s whereabouts, making it possible to swiftly respond if anything appears out of the ordinary.</w:t>
      </w:r>
      <w:r/>
    </w:p>
    <w:p>
      <w:r/>
      <w:r>
        <w:rPr>
          <w:b/>
        </w:rPr>
        <w:t>The Impact of GPS Technology</w:t>
      </w:r>
      <w:r/>
    </w:p>
    <w:p>
      <w:r/>
      <w:r>
        <w:t>GPS technology has witnessed remarkable growth since its early beginnings. Initially limited to basic location services, modern GPS systems now feature enhanced capabilities crucial for child safety. For instance, many devices integrated into smartphones or wearable gadgets allow parents to establish "geofencing" perimeters. These virtual boundaries around safe spaces—such as homes, schools, or recreational areas—trigger alerts if a child exits the confines of these zones. This functionality plays a pivotal role in preventing abductions, with the rapid alert mechanism crucial during the brief window of risk when a child is most vulnerable to being taken.</w:t>
      </w:r>
      <w:r/>
    </w:p>
    <w:p>
      <w:r/>
      <w:r>
        <w:t>Moreover, AI's predictive abilities help in recognising any irregularities in a child's behavioural patterns, potentially alerting parents if their child enters into unfamiliar areas or deviates from usual routines. This proactive alert system could be the deciding factor between an alarming situation and a safe resolution.</w:t>
      </w:r>
      <w:r/>
    </w:p>
    <w:p>
      <w:r/>
      <w:r>
        <w:rPr>
          <w:b/>
        </w:rPr>
        <w:t>AI’s Role in Enhancing Safety Measures</w:t>
      </w:r>
      <w:r/>
    </w:p>
    <w:p>
      <w:r/>
      <w:r>
        <w:t>While GPS provides precise location tracking, AI adds a critical supplementary layer of safety. AI algorithms can interpret vast amounts of data, identifying patterns and potential threats that may not be immediately evident. By learning a child's daily routine, such as the regular route to school, AI can alert parents should the child deviate unexpectedly, without clear reasoning.</w:t>
      </w:r>
      <w:r/>
    </w:p>
    <w:p>
      <w:r/>
      <w:r>
        <w:t>Furthermore, the combination of real-time GPS alerts and AI analytics allows parents or guardians to respond with haste, reducing the timeframe where a child might be at risk. Systems equipped with communication features ensure that parents can be in direct contact with their child if necessary, offering reassurance or guidance in moments of uncertainty.</w:t>
      </w:r>
      <w:r/>
    </w:p>
    <w:p>
      <w:r/>
      <w:r>
        <w:t>Innovative tools like BoT Talk leverage both GPS and AI, enhancing the predictive aspect of modern safety technology. Through meticulous behavioural analysis, AI can signal parents to unusual activity, empowering them to act swiftly to protect their children.</w:t>
      </w:r>
      <w:r/>
    </w:p>
    <w:p>
      <w:r/>
      <w:r>
        <w:rPr>
          <w:b/>
        </w:rPr>
        <w:t>Beyond Traditional Safety Approaches</w:t>
      </w:r>
      <w:r/>
    </w:p>
    <w:p>
      <w:r/>
      <w:r>
        <w:t>While conventional methods like teaching children about "stranger danger" remain vital, they are insufficient alone amidst the complexities of today's potential threats. The inherent unpredictability of the modern world necessitates the integration of both technological solutions and vigilant oversight to secure child safety. AI and GPS systems provide parents with a proactive approach, delivering real-time insights, alerts, and communication methods that play a significant role in averting potential abductions.</w:t>
      </w:r>
      <w:r/>
    </w:p>
    <w:p>
      <w:r/>
      <w:r>
        <w:t>As AI and GPS technologies continue to develop, even more advanced solutions are anticipated to emerge in child safety. Future innovations may provide predictive systems capable of utilizing more extensive datasets to detect unusual behaviours or risky situations. Enhanced machine learning algorithms could offer deeper insights into individual children's behaviours, enabling precise alerts when abnormalities occur. Companies like BoT Talk are at the forefront, striving to develop accessible and natural technologies for family safety. The ultimate goal is to protect children while preserving their autonomy, ensuring a safe environment without compromising their independence.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https://finance.yahoo.com/news/ai-powered-gps-communicator-kids-151700701.html</w:t>
        </w:r>
      </w:hyperlink>
      <w:r>
        <w:t xml:space="preserve"> - Corroborates the use of AI and GPS in BoT Talk for real-time location tracking, two-way voice messaging, and preventing screen addiction.</w:t>
      </w:r>
      <w:r/>
    </w:p>
    <w:p>
      <w:pPr>
        <w:pStyle w:val="ListNumber"/>
        <w:spacing w:line="240" w:lineRule="auto"/>
        <w:ind w:left="720"/>
      </w:pPr>
      <w:r/>
      <w:hyperlink r:id="rId11">
        <w:r>
          <w:rPr>
            <w:color w:val="0000EE"/>
            <w:u w:val="single"/>
          </w:rPr>
          <w:t>https://www.prnewswire.com/news-releases/this-ai-powered-gps-communicator-for-kids-could-solve-screen-addiction-302276577.html</w:t>
        </w:r>
      </w:hyperlink>
      <w:r>
        <w:t xml:space="preserve"> - Details the features of BoT Talk, including GPS tracking, AI-driven safety alerts, and its role in enhancing child safety.</w:t>
      </w:r>
      <w:r/>
    </w:p>
    <w:p>
      <w:pPr>
        <w:pStyle w:val="ListNumber"/>
        <w:spacing w:line="240" w:lineRule="auto"/>
        <w:ind w:left="720"/>
      </w:pPr>
      <w:r/>
      <w:hyperlink r:id="rId12">
        <w:r>
          <w:rPr>
            <w:color w:val="0000EE"/>
            <w:u w:val="single"/>
          </w:rPr>
          <w:t>https://www.police1.com/off-duty/back-to-school-safety-5-smart-gadgets-for-monitoring-your-kids</w:t>
        </w:r>
      </w:hyperlink>
      <w:r>
        <w:t xml:space="preserve"> - Lists various GPS and smart devices, such as Jiobit Gen 3 and Fitbit Ace LTE, that offer real-time location tracking and safety features for children.</w:t>
      </w:r>
      <w:r/>
    </w:p>
    <w:p>
      <w:pPr>
        <w:pStyle w:val="ListNumber"/>
        <w:spacing w:line="240" w:lineRule="auto"/>
        <w:ind w:left="720"/>
      </w:pPr>
      <w:r/>
      <w:hyperlink r:id="rId13">
        <w:r>
          <w:rPr>
            <w:color w:val="0000EE"/>
            <w:u w:val="single"/>
          </w:rPr>
          <w:t>https://www.angelsense.com</w:t>
        </w:r>
      </w:hyperlink>
      <w:r>
        <w:t xml:space="preserve"> - Describes AngelSense, a GPS tracking device designed for children with special needs, which includes features like live monitoring and proactive alerting to ensure safety.</w:t>
      </w:r>
      <w:r/>
    </w:p>
    <w:p>
      <w:pPr>
        <w:pStyle w:val="ListNumber"/>
        <w:spacing w:line="240" w:lineRule="auto"/>
        <w:ind w:left="720"/>
      </w:pPr>
      <w:r/>
      <w:hyperlink r:id="rId12">
        <w:r>
          <w:rPr>
            <w:color w:val="0000EE"/>
            <w:u w:val="single"/>
          </w:rPr>
          <w:t>https://www.police1.com/off-duty/back-to-school-safety-5-smart-gadgets-for-monitoring-your-kids</w:t>
        </w:r>
      </w:hyperlink>
      <w:r>
        <w:t xml:space="preserve"> - Explains how devices like Apple AirTags and Garmin Bounce use GPS and other technologies to track children's locations and set geofencing boundaries.</w:t>
      </w:r>
      <w:r/>
    </w:p>
    <w:p>
      <w:pPr>
        <w:pStyle w:val="ListNumber"/>
        <w:spacing w:line="240" w:lineRule="auto"/>
        <w:ind w:left="720"/>
      </w:pPr>
      <w:r/>
      <w:hyperlink r:id="rId10">
        <w:r>
          <w:rPr>
            <w:color w:val="0000EE"/>
            <w:u w:val="single"/>
          </w:rPr>
          <w:t>https://finance.yahoo.com/news/ai-powered-gps-communicator-kids-151700701.html</w:t>
        </w:r>
      </w:hyperlink>
      <w:r>
        <w:t xml:space="preserve"> - Highlights the importance of geofencing and real-time alerts in preventing child abductions and ensuring safety.</w:t>
      </w:r>
      <w:r/>
    </w:p>
    <w:p>
      <w:pPr>
        <w:pStyle w:val="ListNumber"/>
        <w:spacing w:line="240" w:lineRule="auto"/>
        <w:ind w:left="720"/>
      </w:pPr>
      <w:r/>
      <w:hyperlink r:id="rId11">
        <w:r>
          <w:rPr>
            <w:color w:val="0000EE"/>
            <w:u w:val="single"/>
          </w:rPr>
          <w:t>https://www.prnewswire.com/news-releases/this-ai-powered-gps-communicator-for-kids-could-solve-screen-addiction-302276577.html</w:t>
        </w:r>
      </w:hyperlink>
      <w:r>
        <w:t xml:space="preserve"> - Details how AI in BoT Talk learns a child's daily routine and alerts parents to any deviations, enhancing predictive safety measures.</w:t>
      </w:r>
      <w:r/>
    </w:p>
    <w:p>
      <w:pPr>
        <w:pStyle w:val="ListNumber"/>
        <w:spacing w:line="240" w:lineRule="auto"/>
        <w:ind w:left="720"/>
      </w:pPr>
      <w:r/>
      <w:hyperlink r:id="rId12">
        <w:r>
          <w:rPr>
            <w:color w:val="0000EE"/>
            <w:u w:val="single"/>
          </w:rPr>
          <w:t>https://www.police1.com/off-duty/back-to-school-safety-5-smart-gadgets-for-monitoring-your-kids</w:t>
        </w:r>
      </w:hyperlink>
      <w:r>
        <w:t xml:space="preserve"> - Discusses the integration of GPS, cellular, Wi-Fi, and Bluetooth technologies in devices like Jiobit Gen 3 for comprehensive tracking and safety.</w:t>
      </w:r>
      <w:r/>
    </w:p>
    <w:p>
      <w:pPr>
        <w:pStyle w:val="ListNumber"/>
        <w:spacing w:line="240" w:lineRule="auto"/>
        <w:ind w:left="720"/>
      </w:pPr>
      <w:r/>
      <w:hyperlink r:id="rId13">
        <w:r>
          <w:rPr>
            <w:color w:val="0000EE"/>
            <w:u w:val="single"/>
          </w:rPr>
          <w:t>https://www.angelsense.com</w:t>
        </w:r>
      </w:hyperlink>
      <w:r>
        <w:t xml:space="preserve"> - Describes how AngelSense prevents wandering and elopement, and provides effective remote support, which aligns with the need for proactive safety measures.</w:t>
      </w:r>
      <w:r/>
    </w:p>
    <w:p>
      <w:pPr>
        <w:pStyle w:val="ListNumber"/>
        <w:spacing w:line="240" w:lineRule="auto"/>
        <w:ind w:left="720"/>
      </w:pPr>
      <w:r/>
      <w:hyperlink r:id="rId14">
        <w:r>
          <w:rPr>
            <w:color w:val="0000EE"/>
            <w:u w:val="single"/>
          </w:rPr>
          <w:t>https://safelagoon.com/en/feature/ai-android-monitoring/</w:t>
        </w:r>
      </w:hyperlink>
      <w:r>
        <w:t xml:space="preserve"> - Explains the role of AI in monitoring online activities to protect children from cyberbullying, online predators, and inappropriate content, complementing physical safety measures.</w:t>
      </w:r>
      <w:r/>
    </w:p>
    <w:p>
      <w:pPr>
        <w:pStyle w:val="ListNumber"/>
        <w:spacing w:line="240" w:lineRule="auto"/>
        <w:ind w:left="720"/>
      </w:pPr>
      <w:r/>
      <w:hyperlink r:id="rId11">
        <w:r>
          <w:rPr>
            <w:color w:val="0000EE"/>
            <w:u w:val="single"/>
          </w:rPr>
          <w:t>https://www.prnewswire.com/news-releases/this-ai-powered-gps-communicator-for-kids-could-solve-screen-addiction-302276577.html</w:t>
        </w:r>
      </w:hyperlink>
      <w:r>
        <w:t xml:space="preserve"> - Highlights the future potential of AI and GPS technologies in developing more advanced predictive systems for child safety.</w:t>
      </w:r>
      <w:r/>
    </w:p>
    <w:p>
      <w:pPr>
        <w:pStyle w:val="ListNumber"/>
        <w:spacing w:line="240" w:lineRule="auto"/>
        <w:ind w:left="720"/>
      </w:pPr>
      <w:r/>
      <w:hyperlink r:id="rId15">
        <w:r>
          <w:rPr>
            <w:color w:val="0000EE"/>
            <w:u w:val="single"/>
          </w:rPr>
          <w:t>https://techbullion.com/this-is-how-you-protect-your-kids-how-ai-and-gps-tech-is-shaping-the-future-of-child-safety/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i-powered-gps-communicator-kids-151700701.html" TargetMode="External"/><Relationship Id="rId11" Type="http://schemas.openxmlformats.org/officeDocument/2006/relationships/hyperlink" Target="https://www.prnewswire.com/news-releases/this-ai-powered-gps-communicator-for-kids-could-solve-screen-addiction-302276577.html" TargetMode="External"/><Relationship Id="rId12" Type="http://schemas.openxmlformats.org/officeDocument/2006/relationships/hyperlink" Target="https://www.police1.com/off-duty/back-to-school-safety-5-smart-gadgets-for-monitoring-your-kids" TargetMode="External"/><Relationship Id="rId13" Type="http://schemas.openxmlformats.org/officeDocument/2006/relationships/hyperlink" Target="https://www.angelsense.com" TargetMode="External"/><Relationship Id="rId14" Type="http://schemas.openxmlformats.org/officeDocument/2006/relationships/hyperlink" Target="https://safelagoon.com/en/feature/ai-android-monitoring/" TargetMode="External"/><Relationship Id="rId15" Type="http://schemas.openxmlformats.org/officeDocument/2006/relationships/hyperlink" Target="https://techbullion.com/this-is-how-you-protect-your-kids-how-ai-and-gps-tech-is-shaping-the-future-of-child-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