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AI-generated fake reviews surge in airline industry, study reveals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AI-Generated Fake Reviews Surge in Airline Industry, Study Reveals</w:t>
      </w:r>
      <w:r/>
    </w:p>
    <w:p>
      <w:r/>
      <w:r>
        <w:t>A recent study conducted by the plagiarism detection service Originality.ai has highlighted a significant rise in fake reviews within the airline industry, sparking concerns over consumer trust and the long-term reputation of airlines. The research indicates a 189% increase in AI-generated reviews for airlines, an alarming trend that could potentially skew customer perceptions and influence purchasing decisions.</w:t>
      </w:r>
      <w:r/>
    </w:p>
    <w:p>
      <w:r/>
      <w:r>
        <w:t>The proliferation of fake reviews is largely attributed to the advent of advanced artificial intelligence tools, such as Chat-GPT and other large language models, that have become increasingly integrated into everyday life. Since its public debut, Chat-GPT has not only transformed professional and personal efficiency but also contributed to the dissemination of artificially created content across various sectors.</w:t>
      </w:r>
      <w:r/>
    </w:p>
    <w:p>
      <w:r/>
      <w:r>
        <w:t>While fake reviews are not a novel concept, the study draws attention to the accelerated increase coinciding with the release of AI tools like Chat-GPT in 2022 and ChatGPT-4 in 2023. Originality.ai reports a marked 400% rise in AI-generated reviews on platforms such as Amazon, showcasing a similar pattern within the airline sector. These developments make it challenging for consumers to distinguish between genuine and artificial feedback.</w:t>
      </w:r>
      <w:r/>
    </w:p>
    <w:p>
      <w:r/>
      <w:r>
        <w:t>John Gillham, CEO of Originality.ai, emphasised the difficulty humans face in discerning AI-generated content. He referenced a study indicating that even experienced professionals struggle with accuracy, highlighting the effectiveness of AI detectors in identifying such material compared to human judgement.</w:t>
      </w:r>
      <w:r/>
    </w:p>
    <w:p>
      <w:r/>
      <w:r>
        <w:t>Globally, numerous airlines have been affected by this uptick in AI-generated reviews. The report identifies China Southern Airlines as the most impacted, with over 30% of its reviews containing AI-generated elements. In the United States, Southwest Airlines leads with an AI-generated review rate of 8.7% projected for 2024, while United Airlines has experienced a 157% rise in fake reviews over the past year.</w:t>
      </w:r>
      <w:r/>
    </w:p>
    <w:p>
      <w:r/>
      <w:r>
        <w:t>Conversely, some carriers such as Ryanair and Emirates have witnessed a decline in AI-generated reviews recently, suggesting variations in impact across different airlines.</w:t>
      </w:r>
      <w:r/>
    </w:p>
    <w:p>
      <w:r/>
      <w:r>
        <w:t>As fake reviews continue to infiltrate online platforms, the study underlines the pressing need for enhanced detection measures to maintain the integrity of consumer feedback and support informed decision-making. The full findings are available in the comprehensive report by Originality.ai.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https://skift.com/2024/08/14/what-a-new-ftc-crackdown-on-fake-reviews-may-mean-for-travel/</w:t>
        </w:r>
      </w:hyperlink>
      <w:r>
        <w:t xml:space="preserve"> - This article discusses the FTC's new rule prohibiting the creation, purchase, or sale of fake reviews, including those generated by AI, and its implications for the travel industry.</w:t>
      </w:r>
      <w:r/>
    </w:p>
    <w:p>
      <w:pPr>
        <w:pStyle w:val="ListNumber"/>
        <w:spacing w:line="240" w:lineRule="auto"/>
        <w:ind w:left="720"/>
      </w:pPr>
      <w:r/>
      <w:hyperlink r:id="rId11">
        <w:r>
          <w:rPr>
            <w:color w:val="0000EE"/>
            <w:u w:val="single"/>
          </w:rPr>
          <w:t>https://tnmt.com/fake-reviews/</w:t>
        </w:r>
      </w:hyperlink>
      <w:r>
        <w:t xml:space="preserve"> - This article explores the impact of generative AI on the creation of fake reviews in the travel industry, highlighting the challenges and consequences for travel companies and consumers.</w:t>
      </w:r>
      <w:r/>
    </w:p>
    <w:p>
      <w:pPr>
        <w:pStyle w:val="ListNumber"/>
        <w:spacing w:line="240" w:lineRule="auto"/>
        <w:ind w:left="720"/>
      </w:pPr>
      <w:r/>
      <w:hyperlink r:id="rId12">
        <w:r>
          <w:rPr>
            <w:color w:val="0000EE"/>
            <w:u w:val="single"/>
          </w:rPr>
          <w:t>https://aviationa2z.com/index.php/2024/01/14/air-india-using-ai-technology-to-write-fake-reviews/</w:t>
        </w:r>
      </w:hyperlink>
      <w:r>
        <w:t xml:space="preserve"> - This article reports on allegations that Air India used AI technology to write fake flight reviews, illustrating the use of AI in generating fake reviews in the airline industry.</w:t>
      </w:r>
      <w:r/>
    </w:p>
    <w:p>
      <w:pPr>
        <w:pStyle w:val="ListNumber"/>
        <w:spacing w:line="240" w:lineRule="auto"/>
        <w:ind w:left="720"/>
      </w:pPr>
      <w:r/>
      <w:hyperlink r:id="rId13">
        <w:r>
          <w:rPr>
            <w:color w:val="0000EE"/>
            <w:u w:val="single"/>
          </w:rPr>
          <w:t>https://www.cbsnews.com/news/ftc-bans-phony-online-reviews-ai-generated-fakes/</w:t>
        </w:r>
      </w:hyperlink>
      <w:r>
        <w:t xml:space="preserve"> - This article details the FTC's ban on phony online reviews, including AI-generated ones, and the potential financial penalties for violators, which aligns with the concern over AI-generated reviews.</w:t>
      </w:r>
      <w:r/>
    </w:p>
    <w:p>
      <w:pPr>
        <w:pStyle w:val="ListNumber"/>
        <w:spacing w:line="240" w:lineRule="auto"/>
        <w:ind w:left="720"/>
      </w:pPr>
      <w:r/>
      <w:hyperlink r:id="rId14">
        <w:r>
          <w:rPr>
            <w:color w:val="0000EE"/>
            <w:u w:val="single"/>
          </w:rPr>
          <w:t>https://skift.com/2024/08/15/fake-travel-reviews-southwest-threat-and-answering-for-ai/</w:t>
        </w:r>
      </w:hyperlink>
      <w:r>
        <w:t xml:space="preserve"> - This article discusses the FTC's crackdown on fake reviews and how AI is transforming the travel industry, including the challenges posed by AI-generated reviews.</w:t>
      </w:r>
      <w:r/>
    </w:p>
    <w:p>
      <w:pPr>
        <w:pStyle w:val="ListNumber"/>
        <w:spacing w:line="240" w:lineRule="auto"/>
        <w:ind w:left="720"/>
      </w:pPr>
      <w:r/>
      <w:hyperlink r:id="rId10">
        <w:r>
          <w:rPr>
            <w:color w:val="0000EE"/>
            <w:u w:val="single"/>
          </w:rPr>
          <w:t>https://skift.com/2024/08/14/what-a-new-ftc-crackdown-on-fake-reviews-may-mean-for-travel/</w:t>
        </w:r>
      </w:hyperlink>
      <w:r>
        <w:t xml:space="preserve"> - This article mentions the widespread problem of fake reviews in the travel industry and the efforts by platforms like TripAdvisor to combat them, which supports the study's findings on the rise of AI-generated reviews.</w:t>
      </w:r>
      <w:r/>
    </w:p>
    <w:p>
      <w:pPr>
        <w:pStyle w:val="ListNumber"/>
        <w:spacing w:line="240" w:lineRule="auto"/>
        <w:ind w:left="720"/>
      </w:pPr>
      <w:r/>
      <w:hyperlink r:id="rId11">
        <w:r>
          <w:rPr>
            <w:color w:val="0000EE"/>
            <w:u w:val="single"/>
          </w:rPr>
          <w:t>https://tnmt.com/fake-reviews/</w:t>
        </w:r>
      </w:hyperlink>
      <w:r>
        <w:t xml:space="preserve"> - This article provides a definition of fake reviews and explains how AI-generated reviews are frequently used to manipulate ratings, which is consistent with the study's concerns about consumer trust.</w:t>
      </w:r>
      <w:r/>
    </w:p>
    <w:p>
      <w:pPr>
        <w:pStyle w:val="ListNumber"/>
        <w:spacing w:line="240" w:lineRule="auto"/>
        <w:ind w:left="720"/>
      </w:pPr>
      <w:r/>
      <w:hyperlink r:id="rId13">
        <w:r>
          <w:rPr>
            <w:color w:val="0000EE"/>
            <w:u w:val="single"/>
          </w:rPr>
          <w:t>https://www.cbsnews.com/news/ftc-bans-phony-online-reviews-ai-generated-fakes/</w:t>
        </w:r>
      </w:hyperlink>
      <w:r>
        <w:t xml:space="preserve"> - This article highlights the significant increase in fake reviews during the pandemic and the efforts by companies like Amazon to block such reviews, mirroring the study's data on the rise of AI-generated reviews.</w:t>
      </w:r>
      <w:r/>
    </w:p>
    <w:p>
      <w:pPr>
        <w:pStyle w:val="ListNumber"/>
        <w:spacing w:line="240" w:lineRule="auto"/>
        <w:ind w:left="720"/>
      </w:pPr>
      <w:r/>
      <w:hyperlink r:id="rId14">
        <w:r>
          <w:rPr>
            <w:color w:val="0000EE"/>
            <w:u w:val="single"/>
          </w:rPr>
          <w:t>https://skift.com/2024/08/15/fake-travel-reviews-southwest-threat-and-answering-for-ai/</w:t>
        </w:r>
      </w:hyperlink>
      <w:r>
        <w:t xml:space="preserve"> - This article discusses the impact of AI on the travel industry, including the integration of AI tools by companies like Airbnb and TripAdvisor, which relates to the study's focus on AI-generated content.</w:t>
      </w:r>
      <w:r/>
    </w:p>
    <w:p>
      <w:pPr>
        <w:pStyle w:val="ListNumber"/>
        <w:spacing w:line="240" w:lineRule="auto"/>
        <w:ind w:left="720"/>
      </w:pPr>
      <w:r/>
      <w:hyperlink r:id="rId11">
        <w:r>
          <w:rPr>
            <w:color w:val="0000EE"/>
            <w:u w:val="single"/>
          </w:rPr>
          <w:t>https://tnmt.com/fake-reviews/</w:t>
        </w:r>
      </w:hyperlink>
      <w:r>
        <w:t xml:space="preserve"> - This article mentions the difficulty in distinguishing between genuine and AI-generated reviews, a point emphasized by the study and supported by the experiences of platforms like TripAdvisor.</w:t>
      </w:r>
      <w:r/>
    </w:p>
    <w:p>
      <w:pPr>
        <w:pStyle w:val="ListNumber"/>
        <w:spacing w:line="240" w:lineRule="auto"/>
        <w:ind w:left="720"/>
      </w:pPr>
      <w:r/>
      <w:hyperlink r:id="rId13">
        <w:r>
          <w:rPr>
            <w:color w:val="0000EE"/>
            <w:u w:val="single"/>
          </w:rPr>
          <w:t>https://www.cbsnews.com/news/ftc-bans-phony-online-reviews-ai-generated-fakes/</w:t>
        </w:r>
      </w:hyperlink>
      <w:r>
        <w:t xml:space="preserve"> - This article notes the FTC's enforcement of new rules to combat fake reviews, which includes AI-generated reviews, and the potential civil penalties, aligning with the study's call for enhanced detection measures.</w:t>
      </w:r>
      <w:r/>
    </w:p>
    <w:p>
      <w:pPr>
        <w:pStyle w:val="ListNumber"/>
        <w:spacing w:line="240" w:lineRule="auto"/>
        <w:ind w:left="720"/>
      </w:pPr>
      <w:r/>
      <w:hyperlink r:id="rId15">
        <w:r>
          <w:rPr>
            <w:color w:val="0000EE"/>
            <w:u w:val="single"/>
          </w:rPr>
          <w:t>https://simpleflying.com/fake-ai-generated-airline-reviews-increased-189-percent/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kift.com/2024/08/14/what-a-new-ftc-crackdown-on-fake-reviews-may-mean-for-travel/" TargetMode="External"/><Relationship Id="rId11" Type="http://schemas.openxmlformats.org/officeDocument/2006/relationships/hyperlink" Target="https://tnmt.com/fake-reviews/" TargetMode="External"/><Relationship Id="rId12" Type="http://schemas.openxmlformats.org/officeDocument/2006/relationships/hyperlink" Target="https://aviationa2z.com/index.php/2024/01/14/air-india-using-ai-technology-to-write-fake-reviews/" TargetMode="External"/><Relationship Id="rId13" Type="http://schemas.openxmlformats.org/officeDocument/2006/relationships/hyperlink" Target="https://www.cbsnews.com/news/ftc-bans-phony-online-reviews-ai-generated-fakes/" TargetMode="External"/><Relationship Id="rId14" Type="http://schemas.openxmlformats.org/officeDocument/2006/relationships/hyperlink" Target="https://skift.com/2024/08/15/fake-travel-reviews-southwest-threat-and-answering-for-ai/" TargetMode="External"/><Relationship Id="rId15" Type="http://schemas.openxmlformats.org/officeDocument/2006/relationships/hyperlink" Target="https://simpleflying.com/fake-ai-generated-airline-reviews-increased-189-perc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