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meeting assistants: enhancing productivity in the digital workspace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rapidly evolving work environment, the digital transformation of meetings has become a subject of focus for businesses aiming to enhance productivity and efficiency. With the increasing prevalence of remote work, online meetings have become standard practice, often involving detailed discussions and multiple action items. However, one of the common challenges faced in such a setting is effective note-taking and task management. As a solution, Artificial Intelligence (AI) meeting assistants are being introduced to ease this burden, aiming to streamline the process and prevent loss of critical information.</w:t>
      </w:r>
      <w:r/>
    </w:p>
    <w:p>
      <w:r/>
      <w:r>
        <w:t>The introduction of AI meeting assistants offers significant support in handling the strenuous demands of modern meetings by automating and improving aspects of the meeting process. These tools are designed to record and transcribe discussions, highlight crucial points, and set reminders for upcoming tasks, thus freeing team members from the often distracting duty of manual note-taking.</w:t>
      </w:r>
      <w:r/>
    </w:p>
    <w:p>
      <w:r/>
      <w:r>
        <w:t>Key Features of AI Meeting Assistants</w:t>
      </w:r>
      <w:r/>
    </w:p>
    <w:p>
      <w:r/>
      <w:r>
        <w:t>When considering an AI note-taking assistant, several important features stand out as indicators of an effective tool. Precision in transcription ensures high-quality documentation of the meetings. Integration capability with platforms like Zoom, Google Meet, and others allows seamless incorporation into existing workflows. Customisation and task management features enable organisations to tailor templates and monitor action items effectively, aligning with specific team requirements.</w:t>
      </w:r>
      <w:r/>
    </w:p>
    <w:p>
      <w:r/>
      <w:r>
        <w:t>The Best Options in AI Meeting Assistants</w:t>
      </w:r>
      <w:r/>
    </w:p>
    <w:p>
      <w:r/>
      <w:r>
        <w:t>One noteworthy leader in this technological niche is the Bluedot Chrome extension. Bluedot encompasses a broad array of functionalities aimed at optimising meeting efficiency. It offers not just transcription services but also real-time collaboration tools, enabling team members to engage during meetings actively. Its capabilities include notepad functions, task assignment, and summarising key meeting points post-discussion, making it a comprehensive tool for both small and large businesses.</w:t>
      </w:r>
      <w:r/>
    </w:p>
    <w:p>
      <w:r/>
      <w:r>
        <w:t>The Bluedot extension is available for free with fundamental features and premium plans starting at $9 monthly. Its compatibility with major meeting platforms like Zoom, Microsoft Teams, and Google Meet makes it a versatile option for different organisational needs.</w:t>
      </w:r>
      <w:r/>
    </w:p>
    <w:p>
      <w:r/>
      <w:r>
        <w:t>Diverse Choices to Suit Different Needs</w:t>
      </w:r>
      <w:r/>
    </w:p>
    <w:p>
      <w:r/>
      <w:r>
        <w:t>Several other AI-powered note-takers also merit consideration, each offering unique attributes that cater to varied aspects of the meeting process.</w:t>
      </w:r>
      <w:r/>
    </w:p>
    <w:p>
      <w:r/>
      <w:r>
        <w:t>Bubbles features advanced note-taking capabilities, allowing users to emphasise key points with comments and timestamps. Its integration with tools like Slack and Trello extends its utility across different collaborative environments.</w:t>
      </w:r>
      <w:r/>
    </w:p>
    <w:p>
      <w:r/>
      <w:r>
        <w:t>Otter is renowned for providing real-time meeting transcription and additional search functions, enabling swift access to significant points in extensive collections of meeting data. It offers both free and premium options, with advanced features available for paid users.</w:t>
      </w:r>
      <w:r/>
    </w:p>
    <w:p>
      <w:r/>
      <w:r>
        <w:t>Kpisp, although less widely recognised, provides meeting transcription and analysis with AI-powered insights, presenting summaries and suggestions for future meetings, particularly beneficial for Microsoft Teams users.</w:t>
      </w:r>
      <w:r/>
    </w:p>
    <w:p>
      <w:r/>
      <w:r>
        <w:t>Fireflies distinguishes itself with extensive integration options across platforms, coupled with features for recording, transcribing, and tagging meeting segments for enhanced collaborative efforts.</w:t>
      </w:r>
      <w:r/>
    </w:p>
    <w:p>
      <w:r/>
      <w:r>
        <w:t>Avoma offers not just transcription but also analytic insights to assess conversations, track KPIs, and enhance communication quality.</w:t>
      </w:r>
      <w:r/>
    </w:p>
    <w:p>
      <w:r/>
      <w:r>
        <w:t>Lastly, Fellow serves as a meeting management tool emphasising collaborative planning and agenda management, equipped with pre-built templates for structure and past-note integration for continuous improvement.</w:t>
      </w:r>
      <w:r/>
    </w:p>
    <w:p>
      <w:r/>
      <w:r>
        <w:t>These tools equip teams with the ability to optimise their meeting experiences, ensuring organised and efficient meetings in the remote work landscape.</w:t>
      </w:r>
      <w:r/>
    </w:p>
    <w:p>
      <w:r/>
      <w:r>
        <w:t>In conclusion, AI meeting assistants represent a crucial advancement for workplaces, aiming to save time and improve team workflow through automatic transcription, note sharing, and summarisation. The choice of a suitable AI tool should be informed by its functionality, integration capabilities, and cost. Options like Otter and Fireflies excel in real-time transcription, while Bubbles offers specialised note-sharing features. Meanwhile, Avoma and Kpisp provide analytical support to refine decision-making processes. By adopting these technologies, teams can enhance their organisational skills, elevate collaboration, and ensure all meeting information is comprehensively documented and accessible, making the shift from physical to virtual meetings seamless and productive.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https://klaxoon.com/insight/5-strategies-for-powering-digital-transformation-in-hybrid-work-environments</w:t>
        </w:r>
      </w:hyperlink>
      <w:r>
        <w:t xml:space="preserve"> - This article supports the importance of advanced communication tools and collaboration in hybrid work environments, which is relevant to the efficient conduct of online meetings.</w:t>
      </w:r>
      <w:r/>
    </w:p>
    <w:p>
      <w:pPr>
        <w:pStyle w:val="ListNumber"/>
        <w:spacing w:line="240" w:lineRule="auto"/>
        <w:ind w:left="720"/>
      </w:pPr>
      <w:r/>
      <w:hyperlink r:id="rId11">
        <w:r>
          <w:rPr>
            <w:color w:val="0000EE"/>
            <w:u w:val="single"/>
          </w:rPr>
          <w:t>https://www.thirdstage-consulting.com/the-importance-of-meeting-management-in-digital-transformation/</w:t>
        </w:r>
      </w:hyperlink>
      <w:r>
        <w:t xml:space="preserve"> - This source highlights the critical role of meeting management in digital transformation, including the need for effective communication and collaboration during meetings.</w:t>
      </w:r>
      <w:r/>
    </w:p>
    <w:p>
      <w:pPr>
        <w:pStyle w:val="ListNumber"/>
        <w:spacing w:line="240" w:lineRule="auto"/>
        <w:ind w:left="720"/>
      </w:pPr>
      <w:r/>
      <w:hyperlink r:id="rId12">
        <w:r>
          <w:rPr>
            <w:color w:val="0000EE"/>
            <w:u w:val="single"/>
          </w:rPr>
          <w:t>https://www.linkedin.com/pulse/human-productivity-digital-transformation</w:t>
        </w:r>
      </w:hyperlink>
      <w:r>
        <w:t xml:space="preserve"> - This article discusses the importance of employee engagement and the use of technology to improve productivity, which aligns with the benefits of AI meeting assistants in enhancing team workflow.</w:t>
      </w:r>
      <w:r/>
    </w:p>
    <w:p>
      <w:pPr>
        <w:pStyle w:val="ListNumber"/>
        <w:spacing w:line="240" w:lineRule="auto"/>
        <w:ind w:left="720"/>
      </w:pPr>
      <w:r/>
      <w:hyperlink r:id="rId13">
        <w:r>
          <w:rPr>
            <w:color w:val="0000EE"/>
            <w:u w:val="single"/>
          </w:rPr>
          <w:t>https://www.ricoh-usa.com/en/insights/articles/build-a-solid-digital-transformation</w:t>
        </w:r>
      </w:hyperlink>
      <w:r>
        <w:t xml:space="preserve"> - This article emphasizes the need for aligning technology with people and business strategies, which is crucial for the effective use of AI meeting assistants in organizational settings.</w:t>
      </w:r>
      <w:r/>
    </w:p>
    <w:p>
      <w:pPr>
        <w:pStyle w:val="ListNumber"/>
        <w:spacing w:line="240" w:lineRule="auto"/>
        <w:ind w:left="720"/>
      </w:pPr>
      <w:r/>
      <w:hyperlink r:id="rId14">
        <w:r>
          <w:rPr>
            <w:color w:val="0000EE"/>
            <w:u w:val="single"/>
          </w:rPr>
          <w:t>https://www.risevision.com/blog/meeting-room-schedule-displays-redefining-workplace-collaboration</w:t>
        </w:r>
      </w:hyperlink>
      <w:r>
        <w:t xml:space="preserve"> - This source discusses how advanced digital tools can enhance meeting efficiency and collaboration, similar to the role of AI meeting assistants in virtual meetings.</w:t>
      </w:r>
      <w:r/>
    </w:p>
    <w:p>
      <w:pPr>
        <w:pStyle w:val="ListNumber"/>
        <w:spacing w:line="240" w:lineRule="auto"/>
        <w:ind w:left="720"/>
      </w:pPr>
      <w:r/>
      <w:hyperlink r:id="rId10">
        <w:r>
          <w:rPr>
            <w:color w:val="0000EE"/>
            <w:u w:val="single"/>
          </w:rPr>
          <w:t>https://klaxoon.com/insight/5-strategies-for-powering-digital-transformation-in-hybrid-work-environments</w:t>
        </w:r>
      </w:hyperlink>
      <w:r>
        <w:t xml:space="preserve"> - This article also highlights the importance of fostering a culture of innovation and using collaborative tools, which is relevant to the adaptive and collaborative features of AI meeting assistants.</w:t>
      </w:r>
      <w:r/>
    </w:p>
    <w:p>
      <w:pPr>
        <w:pStyle w:val="ListNumber"/>
        <w:spacing w:line="240" w:lineRule="auto"/>
        <w:ind w:left="720"/>
      </w:pPr>
      <w:r/>
      <w:hyperlink r:id="rId11">
        <w:r>
          <w:rPr>
            <w:color w:val="0000EE"/>
            <w:u w:val="single"/>
          </w:rPr>
          <w:t>https://www.thirdstage-consulting.com/the-importance-of-meeting-management-in-digital-transformation/</w:t>
        </w:r>
      </w:hyperlink>
      <w:r>
        <w:t xml:space="preserve"> - This source provides tips for managing meetings effectively, including setting clear objectives and ensuring all participants are engaged, which can be enhanced by AI meeting assistants.</w:t>
      </w:r>
      <w:r/>
    </w:p>
    <w:p>
      <w:pPr>
        <w:pStyle w:val="ListNumber"/>
        <w:spacing w:line="240" w:lineRule="auto"/>
        <w:ind w:left="720"/>
      </w:pPr>
      <w:r/>
      <w:hyperlink r:id="rId12">
        <w:r>
          <w:rPr>
            <w:color w:val="0000EE"/>
            <w:u w:val="single"/>
          </w:rPr>
          <w:t>https://www.linkedin.com/pulse/human-productivity-digital-transformation</w:t>
        </w:r>
      </w:hyperlink>
      <w:r>
        <w:t xml:space="preserve"> - This article mentions the impact of automation and technology on productivity, which is similar to how AI meeting assistants automate note-taking and task management.</w:t>
      </w:r>
      <w:r/>
    </w:p>
    <w:p>
      <w:pPr>
        <w:pStyle w:val="ListNumber"/>
        <w:spacing w:line="240" w:lineRule="auto"/>
        <w:ind w:left="720"/>
      </w:pPr>
      <w:r/>
      <w:hyperlink r:id="rId13">
        <w:r>
          <w:rPr>
            <w:color w:val="0000EE"/>
            <w:u w:val="single"/>
          </w:rPr>
          <w:t>https://www.ricoh-usa.com/en/insights/articles/build-a-solid-digital-transformation</w:t>
        </w:r>
      </w:hyperlink>
      <w:r>
        <w:t xml:space="preserve"> - This article discusses the importance of assigning technology-specific tasks to enhance productivity, a concept that applies to the functionalities of AI meeting assistants.</w:t>
      </w:r>
      <w:r/>
    </w:p>
    <w:p>
      <w:pPr>
        <w:pStyle w:val="ListNumber"/>
        <w:spacing w:line="240" w:lineRule="auto"/>
        <w:ind w:left="720"/>
      </w:pPr>
      <w:r/>
      <w:hyperlink r:id="rId14">
        <w:r>
          <w:rPr>
            <w:color w:val="0000EE"/>
            <w:u w:val="single"/>
          </w:rPr>
          <w:t>https://www.risevision.com/blog/meeting-room-schedule-displays-redefining-workplace-collaboration</w:t>
        </w:r>
      </w:hyperlink>
      <w:r>
        <w:t xml:space="preserve"> - This source highlights the use of real-time updates and customizable options in meeting tools, similar to the real-time transcription and customization features of AI meeting assistants.</w:t>
      </w:r>
      <w:r/>
    </w:p>
    <w:p>
      <w:pPr>
        <w:pStyle w:val="ListNumber"/>
        <w:spacing w:line="240" w:lineRule="auto"/>
        <w:ind w:left="720"/>
      </w:pPr>
      <w:r/>
      <w:hyperlink r:id="rId11">
        <w:r>
          <w:rPr>
            <w:color w:val="0000EE"/>
            <w:u w:val="single"/>
          </w:rPr>
          <w:t>https://www.thirdstage-consulting.com/the-importance-of-meeting-management-in-digital-transformation/</w:t>
        </w:r>
      </w:hyperlink>
      <w:r>
        <w:t xml:space="preserve"> - This article emphasizes the need for follow-up after meetings to ensure decisions are implemented, a process that can be streamlined by AI meeting assistants.</w:t>
      </w:r>
      <w:r/>
    </w:p>
    <w:p>
      <w:pPr>
        <w:pStyle w:val="ListNumber"/>
        <w:spacing w:line="240" w:lineRule="auto"/>
        <w:ind w:left="720"/>
      </w:pPr>
      <w:r/>
      <w:hyperlink r:id="rId15">
        <w:r>
          <w:rPr>
            <w:color w:val="0000EE"/>
            <w:u w:val="single"/>
          </w:rPr>
          <w:t>https://www.londondaily.news/online-meeting-ai-assistants-that-save-time/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laxoon.com/insight/5-strategies-for-powering-digital-transformation-in-hybrid-work-environments" TargetMode="External"/><Relationship Id="rId11" Type="http://schemas.openxmlformats.org/officeDocument/2006/relationships/hyperlink" Target="https://www.thirdstage-consulting.com/the-importance-of-meeting-management-in-digital-transformation/" TargetMode="External"/><Relationship Id="rId12" Type="http://schemas.openxmlformats.org/officeDocument/2006/relationships/hyperlink" Target="https://www.linkedin.com/pulse/human-productivity-digital-transformation" TargetMode="External"/><Relationship Id="rId13" Type="http://schemas.openxmlformats.org/officeDocument/2006/relationships/hyperlink" Target="https://www.ricoh-usa.com/en/insights/articles/build-a-solid-digital-transformation" TargetMode="External"/><Relationship Id="rId14" Type="http://schemas.openxmlformats.org/officeDocument/2006/relationships/hyperlink" Target="https://www.risevision.com/blog/meeting-room-schedule-displays-redefining-workplace-collaboration" TargetMode="External"/><Relationship Id="rId15" Type="http://schemas.openxmlformats.org/officeDocument/2006/relationships/hyperlink" Target="https://www.londondaily.news/online-meeting-ai-assistants-that-save-ti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