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technology revolutionises recruitment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Technology Revolutionises Recruitment Sector</w:t>
      </w:r>
      <w:r/>
    </w:p>
    <w:p>
      <w:r/>
      <w:r>
        <w:t>In recent years, the integration of Artificial Intelligence (AI) in recruitment processes has seen notable growth, as employers increasingly turn to AI-driven solutions to streamline hiring activities. The practicality of AI in this domain stems from its ability to enhance efficiency and accuracy while overcoming the bureaucratic complexities traditionally associated with recruitment.</w:t>
      </w:r>
      <w:r/>
    </w:p>
    <w:p>
      <w:r/>
      <w:r>
        <w:t>AI-powered tools have transformed various aspects of the hiring process by automating routine tasks. This automation allows recruiters to focus on more strategic activities, thus saving considerable time and resources. A significant attraction of AI in recruitment lies in its scalability, enabling organisations to process large volumes of applications swiftly and impartially.</w:t>
      </w:r>
      <w:r/>
    </w:p>
    <w:p>
      <w:r/>
      <w:r>
        <w:t>The World Economic Forum projects a robust expansion of AI within the recruitment sector, anticipating a compound annual growth rate (CAGR) of 6.17% from 2023 to 2030. This anticipated growth underscores the sector's confidence in AI's potential to refine and optimise recruitment processes across diverse industries.</w:t>
      </w:r>
      <w:r/>
    </w:p>
    <w:p>
      <w:r/>
      <w:r>
        <w:t>Despite its benefits, integrating AI technology requires a comprehensive understanding from hiring teams to ensure the adoption of appropriate tools and methodologies. Implementing AI solutions necessitates a strategic approach to maximise their effectiveness and facilitate smoother transitions from traditional methods.</w:t>
      </w:r>
      <w:r/>
    </w:p>
    <w:p>
      <w:r/>
      <w:r>
        <w:t>Organisations globally are increasingly recognising the value provided by AI in recruitment, with many reporting improved outcomes in candidate selection and overall hiring efficiency. These advancements position AI as a pivotal component of modern recruitment strategies, offering both immediate benefits and long-term strategic advantages for businesses seeking to remain competitive in an ever-evolving technological landscape.</w:t>
      </w:r>
      <w:r/>
    </w:p>
    <w:p>
      <w:r/>
      <w:r>
        <w:t>As AI continues to evolve, its role in recruitment is expected to expand, further enhancing the capabilities of hiring professionals and shaping the future of employment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https://www.hubert.ai/insights/how-artificial-intelligence-is-impacting-the-recruitment-sector</w:t>
        </w:r>
      </w:hyperlink>
      <w:r>
        <w:t xml:space="preserve"> - Corroborates the use of AI in automating routine tasks, enhancing efficiency, and overcoming bureaucratic complexities in the recruitment sector.</w:t>
      </w:r>
      <w:r/>
    </w:p>
    <w:p>
      <w:pPr>
        <w:pStyle w:val="ListNumber"/>
        <w:spacing w:line="240" w:lineRule="auto"/>
        <w:ind w:left="720"/>
      </w:pPr>
      <w:r/>
      <w:hyperlink r:id="rId11">
        <w:r>
          <w:rPr>
            <w:color w:val="0000EE"/>
            <w:u w:val="single"/>
          </w:rPr>
          <w:t>https://www.maximizemarketresearch.com/market-report/global-ai-recruitment-market/63261/</w:t>
        </w:r>
      </w:hyperlink>
      <w:r>
        <w:t xml:space="preserve"> - Supports the growth of the AI recruitment market, highlighting the automation of hiring processes and the integration of AI in various industries.</w:t>
      </w:r>
      <w:r/>
    </w:p>
    <w:p>
      <w:pPr>
        <w:pStyle w:val="ListNumber"/>
        <w:spacing w:line="240" w:lineRule="auto"/>
        <w:ind w:left="720"/>
      </w:pPr>
      <w:r/>
      <w:hyperlink r:id="rId12">
        <w:r>
          <w:rPr>
            <w:color w:val="0000EE"/>
            <w:u w:val="single"/>
          </w:rPr>
          <w:t>https://market.us/report/ai-in-recruitment-market/</w:t>
        </w:r>
      </w:hyperlink>
      <w:r>
        <w:t xml:space="preserve"> - Provides data on the expected growth of the AI in recruitment market, including the CAGR and the benefits of AI in streamlining hiring processes.</w:t>
      </w:r>
      <w:r/>
    </w:p>
    <w:p>
      <w:pPr>
        <w:pStyle w:val="ListNumber"/>
        <w:spacing w:line="240" w:lineRule="auto"/>
        <w:ind w:left="720"/>
      </w:pPr>
      <w:r/>
      <w:hyperlink r:id="rId13">
        <w:r>
          <w:rPr>
            <w:color w:val="0000EE"/>
            <w:u w:val="single"/>
          </w:rPr>
          <w:t>https://finance.yahoo.com/news/ai-market-recruitment-size-set-180500334.html</w:t>
        </w:r>
      </w:hyperlink>
      <w:r>
        <w:t xml:space="preserve"> - Details the forecasted growth of the AI market in recruitment, including the role of AI in automating tasks and enhancing candidate selection.</w:t>
      </w:r>
      <w:r/>
    </w:p>
    <w:p>
      <w:pPr>
        <w:pStyle w:val="ListNumber"/>
        <w:spacing w:line="240" w:lineRule="auto"/>
        <w:ind w:left="720"/>
      </w:pPr>
      <w:r/>
      <w:hyperlink r:id="rId14">
        <w:r>
          <w:rPr>
            <w:color w:val="0000EE"/>
            <w:u w:val="single"/>
          </w:rPr>
          <w:t>https://www.talivity.com/ta-media/ai-recruitment-market-poised-for-continued-growth/</w:t>
        </w:r>
      </w:hyperlink>
      <w:r>
        <w:t xml:space="preserve"> - Discusses the steady expansion of the global AI recruitment market and how AI tools help in sourcing, screening, and evaluating job candidates.</w:t>
      </w:r>
      <w:r/>
    </w:p>
    <w:p>
      <w:pPr>
        <w:pStyle w:val="ListNumber"/>
        <w:spacing w:line="240" w:lineRule="auto"/>
        <w:ind w:left="720"/>
      </w:pPr>
      <w:r/>
      <w:hyperlink r:id="rId10">
        <w:r>
          <w:rPr>
            <w:color w:val="0000EE"/>
            <w:u w:val="single"/>
          </w:rPr>
          <w:t>https://www.hubert.ai/insights/how-artificial-intelligence-is-impacting-the-recruitment-sector</w:t>
        </w:r>
      </w:hyperlink>
      <w:r>
        <w:t xml:space="preserve"> - Explains how AI allows recruiters to focus on strategic activities by automating routine tasks, saving time and resources.</w:t>
      </w:r>
      <w:r/>
    </w:p>
    <w:p>
      <w:pPr>
        <w:pStyle w:val="ListNumber"/>
        <w:spacing w:line="240" w:lineRule="auto"/>
        <w:ind w:left="720"/>
      </w:pPr>
      <w:r/>
      <w:hyperlink r:id="rId12">
        <w:r>
          <w:rPr>
            <w:color w:val="0000EE"/>
            <w:u w:val="single"/>
          </w:rPr>
          <w:t>https://market.us/report/ai-in-recruitment-market/</w:t>
        </w:r>
      </w:hyperlink>
      <w:r>
        <w:t xml:space="preserve"> - Highlights the scalability of AI in recruitment, enabling organizations to process large volumes of applications swiftly and impartially.</w:t>
      </w:r>
      <w:r/>
    </w:p>
    <w:p>
      <w:pPr>
        <w:pStyle w:val="ListNumber"/>
        <w:spacing w:line="240" w:lineRule="auto"/>
        <w:ind w:left="720"/>
      </w:pPr>
      <w:r/>
      <w:hyperlink r:id="rId11">
        <w:r>
          <w:rPr>
            <w:color w:val="0000EE"/>
            <w:u w:val="single"/>
          </w:rPr>
          <w:t>https://www.maximizemarketresearch.com/market-report/global-ai-recruitment-market/63261/</w:t>
        </w:r>
      </w:hyperlink>
      <w:r>
        <w:t xml:space="preserve"> - Mentions the importance of a strategic approach in implementing AI solutions to maximize their effectiveness in recruitment.</w:t>
      </w:r>
      <w:r/>
    </w:p>
    <w:p>
      <w:pPr>
        <w:pStyle w:val="ListNumber"/>
        <w:spacing w:line="240" w:lineRule="auto"/>
        <w:ind w:left="720"/>
      </w:pPr>
      <w:r/>
      <w:hyperlink r:id="rId13">
        <w:r>
          <w:rPr>
            <w:color w:val="0000EE"/>
            <w:u w:val="single"/>
          </w:rPr>
          <w:t>https://finance.yahoo.com/news/ai-market-recruitment-size-set-180500334.html</w:t>
        </w:r>
      </w:hyperlink>
      <w:r>
        <w:t xml:space="preserve"> - Corroborates the global recognition of AI's value in recruitment, with many organizations reporting improved outcomes in candidate selection and hiring efficiency.</w:t>
      </w:r>
      <w:r/>
    </w:p>
    <w:p>
      <w:pPr>
        <w:pStyle w:val="ListNumber"/>
        <w:spacing w:line="240" w:lineRule="auto"/>
        <w:ind w:left="720"/>
      </w:pPr>
      <w:r/>
      <w:hyperlink r:id="rId12">
        <w:r>
          <w:rPr>
            <w:color w:val="0000EE"/>
            <w:u w:val="single"/>
          </w:rPr>
          <w:t>https://market.us/report/ai-in-recruitment-market/</w:t>
        </w:r>
      </w:hyperlink>
      <w:r>
        <w:t xml:space="preserve"> - Discusses the long-term strategic advantages of AI in recruitment, positioning it as a pivotal component of modern recruitment strategies.</w:t>
      </w:r>
      <w:r/>
    </w:p>
    <w:p>
      <w:pPr>
        <w:pStyle w:val="ListNumber"/>
        <w:spacing w:line="240" w:lineRule="auto"/>
        <w:ind w:left="720"/>
      </w:pPr>
      <w:r/>
      <w:hyperlink r:id="rId10">
        <w:r>
          <w:rPr>
            <w:color w:val="0000EE"/>
            <w:u w:val="single"/>
          </w:rPr>
          <w:t>https://www.hubert.ai/insights/how-artificial-intelligence-is-impacting-the-recruitment-sector</w:t>
        </w:r>
      </w:hyperlink>
      <w:r>
        <w:t xml:space="preserve"> - Explains the evolving role of AI in recruitment, expected to further enhance the capabilities of hiring professionals and shape future employment practices.</w:t>
      </w:r>
      <w:r/>
    </w:p>
    <w:p>
      <w:pPr>
        <w:pStyle w:val="ListNumber"/>
        <w:spacing w:line="240" w:lineRule="auto"/>
        <w:ind w:left="720"/>
      </w:pPr>
      <w:r/>
      <w:hyperlink r:id="rId15">
        <w:r>
          <w:rPr>
            <w:color w:val="0000EE"/>
            <w:u w:val="single"/>
          </w:rPr>
          <w:t>https://recruitingheadlines.com/13-must-read-books-on-ai-in-recruitment-2024/?utm_source=rss&amp;utm_medium=rss&amp;utm_campaign=13-must-read-books-on-ai-in-recruitment-2024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ubert.ai/insights/how-artificial-intelligence-is-impacting-the-recruitment-sector" TargetMode="External"/><Relationship Id="rId11" Type="http://schemas.openxmlformats.org/officeDocument/2006/relationships/hyperlink" Target="https://www.maximizemarketresearch.com/market-report/global-ai-recruitment-market/63261/" TargetMode="External"/><Relationship Id="rId12" Type="http://schemas.openxmlformats.org/officeDocument/2006/relationships/hyperlink" Target="https://market.us/report/ai-in-recruitment-market/" TargetMode="External"/><Relationship Id="rId13" Type="http://schemas.openxmlformats.org/officeDocument/2006/relationships/hyperlink" Target="https://finance.yahoo.com/news/ai-market-recruitment-size-set-180500334.html" TargetMode="External"/><Relationship Id="rId14" Type="http://schemas.openxmlformats.org/officeDocument/2006/relationships/hyperlink" Target="https://www.talivity.com/ta-media/ai-recruitment-market-poised-for-continued-growth/" TargetMode="External"/><Relationship Id="rId15" Type="http://schemas.openxmlformats.org/officeDocument/2006/relationships/hyperlink" Target="https://recruitingheadlines.com/13-must-read-books-on-ai-in-recruitment-2024/?utm_source=rss&amp;utm_medium=rss&amp;utm_campaign=13-must-read-books-on-ai-in-recruitment-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