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exceeds market expectations with impressive third quarter results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surpassed market expectations with its burgeoning financial performance in the third quarter of this year, according to results announced on Thursday. The Seattle-headquartered technology conglomerate, renowned for its extensive e-commerce offerings and technological innovations, reported a notable increase in revenue and profits for the three months leading up to September 30. This achievement has sparked a rise in the company's stock value during after-hours trading.</w:t>
      </w:r>
      <w:r/>
    </w:p>
    <w:p>
      <w:r/>
      <w:r>
        <w:t>The company recorded a revenue of $158.9 billion for the quarter, a figure that not only surpasses analyst predictions of $157.28 billion but also marks a commendable increase from its previous year's performance. The tech giant's net sales have risen by 11 percent compared to the third quarter of 2023, showcasing the company's robust business momentum.</w:t>
      </w:r>
      <w:r/>
    </w:p>
    <w:p>
      <w:r/>
      <w:r>
        <w:t>Amazon's net income for the quarter was cited at $15.3 billion, outperforming the $12.21 billion expected by industry analysts surveyed by FactSet. This is a substantial increase from the $9.9 billion reported for the same period last year. The earnings per share were also higher than anticipated at $1.43, compared to the expected $1.14.</w:t>
      </w:r>
      <w:r/>
    </w:p>
    <w:p>
      <w:r/>
      <w:r>
        <w:t>This latest report from Amazon comes ahead of the crucial holiday shopping season, traditionally the busiest period for retailers. Andy Jassy, Amazon's President and CEO, expressed enthusiasm for the forthcoming shopping period. Highlighting the company's initiatives, Jassy said, "As we get into the holiday season, we're excited about what we have in store for customers." He referenced the company's recent promotional event, Prime Big Deal Days, and the introduction of a new line of Kindle devices, which have apparently exceeded sales expectations.</w:t>
      </w:r>
      <w:r/>
    </w:p>
    <w:p>
      <w:r/>
      <w:r>
        <w:t>The report arrives amid a series of financial disclosures from other major tech firms, including Microsoft, Meta Platforms, and Alphabet, Google's parent company. These earnings reports provide valuable insights into the technology sector's performance as companies continue to navigate an evolving economic landscape.</w:t>
      </w:r>
      <w:r/>
    </w:p>
    <w:p>
      <w:r/>
      <w:r>
        <w:t>With its latest financial results, Amazon demonstrates the impact of its strategic investments, particularly in artificial intelligence, which has been a focal point for many tech companies seeking rapid growth and innovation. This emphasis on AI, alongside its extensive product lineup, positions Amazon favorably as it heads into the final quarter of the year, a time typically characterised by heightened consumer spending.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https://www.reuters.com/technology/amazoncom-beats-estimates-quarterly-revenue-2024-10-31/</w:t>
        </w:r>
      </w:hyperlink>
      <w:r>
        <w:t xml:space="preserve"> - Amazon's revenue and profit surpassing market expectations, and the subsequent rise in stock value.</w:t>
      </w:r>
      <w:r/>
    </w:p>
    <w:p>
      <w:pPr>
        <w:pStyle w:val="ListNumber"/>
        <w:spacing w:line="240" w:lineRule="auto"/>
        <w:ind w:left="720"/>
      </w:pPr>
      <w:r/>
      <w:hyperlink r:id="rId11">
        <w:r>
          <w:rPr>
            <w:color w:val="0000EE"/>
            <w:u w:val="single"/>
          </w:rPr>
          <w:t>https://fortune.com/2024/10/31/amazon-aws-profit-q3-2024-earnings-gen-ai/</w:t>
        </w:r>
      </w:hyperlink>
      <w:r>
        <w:t xml:space="preserve"> - Amazon's revenue of $158.9 billion, net income of $15.3 billion, and earnings per share of $1.43, all exceeding analyst expectations.</w:t>
      </w:r>
      <w:r/>
    </w:p>
    <w:p>
      <w:pPr>
        <w:pStyle w:val="ListNumber"/>
        <w:spacing w:line="240" w:lineRule="auto"/>
        <w:ind w:left="720"/>
      </w:pPr>
      <w:r/>
      <w:hyperlink r:id="rId12">
        <w:r>
          <w:rPr>
            <w:color w:val="0000EE"/>
            <w:u w:val="single"/>
          </w:rPr>
          <w:t>https://press.aboutamazon.com/2024/10/amazon-com-announces-third-quarter-results</w:t>
        </w:r>
      </w:hyperlink>
      <w:r>
        <w:t xml:space="preserve"> - Net sales increase of 11% to $158.9 billion and net income of $15.3 billion for the third quarter.</w:t>
      </w:r>
      <w:r/>
    </w:p>
    <w:p>
      <w:pPr>
        <w:pStyle w:val="ListNumber"/>
        <w:spacing w:line="240" w:lineRule="auto"/>
        <w:ind w:left="720"/>
      </w:pPr>
      <w:r/>
      <w:hyperlink r:id="rId13">
        <w:r>
          <w:rPr>
            <w:color w:val="0000EE"/>
            <w:u w:val="single"/>
          </w:rPr>
          <w:t>https://ir.aboutamazon.com/news-release/news-release-details/2024/Amazon.com-Announces-Third-Quarter-Results/</w:t>
        </w:r>
      </w:hyperlink>
      <w:r>
        <w:t xml:space="preserve"> - Detailed financial results including net sales, net income, and earnings per share for the third quarter.</w:t>
      </w:r>
      <w:r/>
    </w:p>
    <w:p>
      <w:pPr>
        <w:pStyle w:val="ListNumber"/>
        <w:spacing w:line="240" w:lineRule="auto"/>
        <w:ind w:left="720"/>
      </w:pPr>
      <w:r/>
      <w:hyperlink r:id="rId14">
        <w:r>
          <w:rPr>
            <w:color w:val="0000EE"/>
            <w:u w:val="single"/>
          </w:rPr>
          <w:t>https://finance.yahoo.com/news/amazon-com-announces-third-quarter-200100669.html</w:t>
        </w:r>
      </w:hyperlink>
      <w:r>
        <w:t xml:space="preserve"> - Amazon's financial performance for the third quarter, including revenue and net income figures.</w:t>
      </w:r>
      <w:r/>
    </w:p>
    <w:p>
      <w:pPr>
        <w:pStyle w:val="ListNumber"/>
        <w:spacing w:line="240" w:lineRule="auto"/>
        <w:ind w:left="720"/>
      </w:pPr>
      <w:r/>
      <w:hyperlink r:id="rId11">
        <w:r>
          <w:rPr>
            <w:color w:val="0000EE"/>
            <w:u w:val="single"/>
          </w:rPr>
          <w:t>https://fortune.com/2024/10/31/amazon-aws-profit-q3-2024-earnings-gen-ai/</w:t>
        </w:r>
      </w:hyperlink>
      <w:r>
        <w:t xml:space="preserve"> - Andy Jassy's comments on the holiday season, Prime Big Deal Days, and new Kindle devices.</w:t>
      </w:r>
      <w:r/>
    </w:p>
    <w:p>
      <w:pPr>
        <w:pStyle w:val="ListNumber"/>
        <w:spacing w:line="240" w:lineRule="auto"/>
        <w:ind w:left="720"/>
      </w:pPr>
      <w:r/>
      <w:hyperlink r:id="rId12">
        <w:r>
          <w:rPr>
            <w:color w:val="0000EE"/>
            <w:u w:val="single"/>
          </w:rPr>
          <w:t>https://press.aboutamazon.com/2024/10/amazon-com-announces-third-quarter-results</w:t>
        </w:r>
      </w:hyperlink>
      <w:r>
        <w:t xml:space="preserve"> - Initiatives such as Prime Big Deal Days and the introduction of new Kindle devices ahead of the holiday season.</w:t>
      </w:r>
      <w:r/>
    </w:p>
    <w:p>
      <w:pPr>
        <w:pStyle w:val="ListNumber"/>
        <w:spacing w:line="240" w:lineRule="auto"/>
        <w:ind w:left="720"/>
      </w:pPr>
      <w:r/>
      <w:hyperlink r:id="rId13">
        <w:r>
          <w:rPr>
            <w:color w:val="0000EE"/>
            <w:u w:val="single"/>
          </w:rPr>
          <w:t>https://ir.aboutamazon.com/news-release/news-release-details/2024/Amazon.com-Announces-Third-Quarter-Results/</w:t>
        </w:r>
      </w:hyperlink>
      <w:r>
        <w:t xml:space="preserve"> - Strategic investments in artificial intelligence and their impact on Amazon's financial performance.</w:t>
      </w:r>
      <w:r/>
    </w:p>
    <w:p>
      <w:pPr>
        <w:pStyle w:val="ListNumber"/>
        <w:spacing w:line="240" w:lineRule="auto"/>
        <w:ind w:left="720"/>
      </w:pPr>
      <w:r/>
      <w:hyperlink r:id="rId11">
        <w:r>
          <w:rPr>
            <w:color w:val="0000EE"/>
            <w:u w:val="single"/>
          </w:rPr>
          <w:t>https://fortune.com/2024/10/31/amazon-aws-profit-q3-2024-earnings-gen-ai/</w:t>
        </w:r>
      </w:hyperlink>
      <w:r>
        <w:t xml:space="preserve"> - The emphasis on AI and its role in Amazon's growth and innovation strategy.</w:t>
      </w:r>
      <w:r/>
    </w:p>
    <w:p>
      <w:pPr>
        <w:pStyle w:val="ListNumber"/>
        <w:spacing w:line="240" w:lineRule="auto"/>
        <w:ind w:left="720"/>
      </w:pPr>
      <w:r/>
      <w:hyperlink r:id="rId12">
        <w:r>
          <w:rPr>
            <w:color w:val="0000EE"/>
            <w:u w:val="single"/>
          </w:rPr>
          <w:t>https://press.aboutamazon.com/2024/10/amazon-com-announces-third-quarter-results</w:t>
        </w:r>
      </w:hyperlink>
      <w:r>
        <w:t xml:space="preserve"> - Financial outlook and projections for the fourth quarter, including net sales and operating income expectations.</w:t>
      </w:r>
      <w:r/>
    </w:p>
    <w:p>
      <w:pPr>
        <w:pStyle w:val="ListNumber"/>
        <w:spacing w:line="240" w:lineRule="auto"/>
        <w:ind w:left="720"/>
      </w:pPr>
      <w:r/>
      <w:hyperlink r:id="rId13">
        <w:r>
          <w:rPr>
            <w:color w:val="0000EE"/>
            <w:u w:val="single"/>
          </w:rPr>
          <w:t>https://ir.aboutamazon.com/news-release/news-release-details/2024/Amazon.com-Announces-Third-Quarter-Results/</w:t>
        </w:r>
      </w:hyperlink>
      <w:r>
        <w:t xml:space="preserve"> - Comparison with other major tech firms' financial disclosures and the broader technology sector's performance.</w:t>
      </w:r>
      <w:r/>
    </w:p>
    <w:p>
      <w:pPr>
        <w:pStyle w:val="ListNumber"/>
        <w:spacing w:line="240" w:lineRule="auto"/>
        <w:ind w:left="720"/>
      </w:pPr>
      <w:r/>
      <w:hyperlink r:id="rId15">
        <w:r>
          <w:rPr>
            <w:color w:val="0000EE"/>
            <w:u w:val="single"/>
          </w:rPr>
          <w:t>http://www.tnledger.com/editorial/article.aspx?id=183460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mazoncom-beats-estimates-quarterly-revenue-2024-10-31/" TargetMode="External"/><Relationship Id="rId11" Type="http://schemas.openxmlformats.org/officeDocument/2006/relationships/hyperlink" Target="https://fortune.com/2024/10/31/amazon-aws-profit-q3-2024-earnings-gen-ai/" TargetMode="External"/><Relationship Id="rId12" Type="http://schemas.openxmlformats.org/officeDocument/2006/relationships/hyperlink" Target="https://press.aboutamazon.com/2024/10/amazon-com-announces-third-quarter-results" TargetMode="External"/><Relationship Id="rId13" Type="http://schemas.openxmlformats.org/officeDocument/2006/relationships/hyperlink" Target="https://ir.aboutamazon.com/news-release/news-release-details/2024/Amazon.com-Announces-Third-Quarter-Results/" TargetMode="External"/><Relationship Id="rId14" Type="http://schemas.openxmlformats.org/officeDocument/2006/relationships/hyperlink" Target="https://finance.yahoo.com/news/amazon-com-announces-third-quarter-200100669.html" TargetMode="External"/><Relationship Id="rId15" Type="http://schemas.openxmlformats.org/officeDocument/2006/relationships/hyperlink" Target="http://www.tnledger.com/editorial/article.aspx?id=1834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