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reports significant profit increase as holiday season approaches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the global e-commerce giant headquartered in Seattle, has announced a significant increase in its quarterly profits, leading to a rise in its stock value during after-hours trading. For the quarter ending on September 30, 2023, Amazon reported revenues amounting to $158.9 billion, surpassing the $157.28 billion forecast by industry analysts. This marks an 11% rise in net sales compared to the same period in the previous year.</w:t>
      </w:r>
      <w:r/>
    </w:p>
    <w:p>
      <w:r/>
      <w:r>
        <w:t>The tech conglomerate revealed earnings of $15.3 billion for the quarter, which also exceeded the analysts' expectations. The anticipated earnings pegged at $12.21 billion were considerably lower than the reported figure. This represents a substantial improvement from the $9.9 billion earned during the corresponding period in 2022. Consequently, earnings per share reached $1.43, higher than the projected $1.14.</w:t>
      </w:r>
      <w:r/>
    </w:p>
    <w:p>
      <w:r/>
      <w:r>
        <w:t>These robust financial results emerge just as the retail sector gears up for the holiday shopping season, a crucial period for businesses like Amazon. The company's positive performance is attributed not only to increased sales figures but also to successful product launches and promotional efforts. CEO Andy Jassy expressed enthusiasm about the forthcoming holiday season, highlighting the success of the "Prime Big Deal Days" and the launch of a new Kindle lineup, which he noted had significantly exceeded expectations.</w:t>
      </w:r>
      <w:r/>
    </w:p>
    <w:p>
      <w:r/>
      <w:r>
        <w:t>This upswing for Amazon is part of a larger trend observed this week, as other tech giants, including Microsoft, Meta, and Alphabet, Google's parent company, have similarly reported earnings. The confluence of strong performances among these major players underscores a robust period for the technology sector.</w:t>
      </w:r>
      <w:r/>
    </w:p>
    <w:p>
      <w:r/>
      <w:r>
        <w:t>These developments provide a critical insight into Amazon's strategic and operational direction as it enters the busiest retail period of the year. As anticipation builds for the holiday season, Amazon's ability to sustain its growth trajectory will be closely watched by investors and industry analysts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https://fortune.com/2024/10/31/amazon-aws-profit-q3-2024-earnings-gen-ai/</w:t>
        </w:r>
      </w:hyperlink>
      <w:r>
        <w:t xml:space="preserve"> - Corroborates Amazon's quarterly profits, revenue, and earnings per share, as well as the performance of AWS.</w:t>
      </w:r>
      <w:r/>
    </w:p>
    <w:p>
      <w:pPr>
        <w:pStyle w:val="ListNumber"/>
        <w:spacing w:line="240" w:lineRule="auto"/>
        <w:ind w:left="720"/>
      </w:pPr>
      <w:r/>
      <w:hyperlink r:id="rId11">
        <w:r>
          <w:rPr>
            <w:color w:val="0000EE"/>
            <w:u w:val="single"/>
          </w:rPr>
          <w:t>https://abcnews.go.com/US/wireStory/amazon-reports-boost-quarterly-profits-exceeds-revenue-estimates-115370008</w:t>
        </w:r>
      </w:hyperlink>
      <w:r>
        <w:t xml:space="preserve"> - Supports the revenue and earnings figures for the quarter, and the comparison with analyst expectations.</w:t>
      </w:r>
      <w:r/>
    </w:p>
    <w:p>
      <w:pPr>
        <w:pStyle w:val="ListNumber"/>
        <w:spacing w:line="240" w:lineRule="auto"/>
        <w:ind w:left="720"/>
      </w:pPr>
      <w:r/>
      <w:hyperlink r:id="rId12">
        <w:r>
          <w:rPr>
            <w:color w:val="0000EE"/>
            <w:u w:val="single"/>
          </w:rPr>
          <w:t>https://ir.aboutamazon.com/news-release/news-release-details/2024/Amazon.com-Announces-Third-Quarter-Results/</w:t>
        </w:r>
      </w:hyperlink>
      <w:r>
        <w:t xml:space="preserve"> - Provides official financial results, including net income, earnings per share, and revenue for the quarter.</w:t>
      </w:r>
      <w:r/>
    </w:p>
    <w:p>
      <w:pPr>
        <w:pStyle w:val="ListNumber"/>
        <w:spacing w:line="240" w:lineRule="auto"/>
        <w:ind w:left="720"/>
      </w:pPr>
      <w:r/>
      <w:hyperlink r:id="rId13">
        <w:r>
          <w:rPr>
            <w:color w:val="0000EE"/>
            <w:u w:val="single"/>
          </w:rPr>
          <w:t>https://www.stocktitan.net/news/AMZN/amazon-com-announces-third-quarter-6mb0qbdqz6p0.html</w:t>
        </w:r>
      </w:hyperlink>
      <w:r>
        <w:t xml:space="preserve"> - Confirms the increase in net sales, operating income, and net income, as well as segment sales for AWS.</w:t>
      </w:r>
      <w:r/>
    </w:p>
    <w:p>
      <w:pPr>
        <w:pStyle w:val="ListNumber"/>
        <w:spacing w:line="240" w:lineRule="auto"/>
        <w:ind w:left="720"/>
      </w:pPr>
      <w:r/>
      <w:hyperlink r:id="rId10">
        <w:r>
          <w:rPr>
            <w:color w:val="0000EE"/>
            <w:u w:val="single"/>
          </w:rPr>
          <w:t>https://fortune.com/2024/10/31/amazon-aws-profit-q3-2024-earnings-gen-ai/</w:t>
        </w:r>
      </w:hyperlink>
      <w:r>
        <w:t xml:space="preserve"> - Details the success of product launches and promotional efforts, such as 'Prime Big Deal Days' and the new Kindle lineup.</w:t>
      </w:r>
      <w:r/>
    </w:p>
    <w:p>
      <w:pPr>
        <w:pStyle w:val="ListNumber"/>
        <w:spacing w:line="240" w:lineRule="auto"/>
        <w:ind w:left="720"/>
      </w:pPr>
      <w:r/>
      <w:hyperlink r:id="rId11">
        <w:r>
          <w:rPr>
            <w:color w:val="0000EE"/>
            <w:u w:val="single"/>
          </w:rPr>
          <w:t>https://abcnews.go.com/US/wireStory/amazon-reports-boost-quarterly-profits-exceeds-revenue-estimates-115370008</w:t>
        </w:r>
      </w:hyperlink>
      <w:r>
        <w:t xml:space="preserve"> - Mentions the timing of the financial results in relation to the holiday shopping season and the company's preparations.</w:t>
      </w:r>
      <w:r/>
    </w:p>
    <w:p>
      <w:pPr>
        <w:pStyle w:val="ListNumber"/>
        <w:spacing w:line="240" w:lineRule="auto"/>
        <w:ind w:left="720"/>
      </w:pPr>
      <w:r/>
      <w:hyperlink r:id="rId12">
        <w:r>
          <w:rPr>
            <w:color w:val="0000EE"/>
            <w:u w:val="single"/>
          </w:rPr>
          <w:t>https://ir.aboutamazon.com/news-release/news-release-details/2024/Amazon.com-Announces-Third-Quarter-Results/</w:t>
        </w:r>
      </w:hyperlink>
      <w:r>
        <w:t xml:space="preserve"> - Provides CEO Andy Jassy's comments on the holiday season and the company's expectations.</w:t>
      </w:r>
      <w:r/>
    </w:p>
    <w:p>
      <w:pPr>
        <w:pStyle w:val="ListNumber"/>
        <w:spacing w:line="240" w:lineRule="auto"/>
        <w:ind w:left="720"/>
      </w:pPr>
      <w:r/>
      <w:hyperlink r:id="rId10">
        <w:r>
          <w:rPr>
            <w:color w:val="0000EE"/>
            <w:u w:val="single"/>
          </w:rPr>
          <w:t>https://fortune.com/2024/10/31/amazon-aws-profit-q3-2024-earnings-gen-ai/</w:t>
        </w:r>
      </w:hyperlink>
      <w:r>
        <w:t xml:space="preserve"> - Discusses the broader trend of strong earnings reports from other tech giants like Microsoft, Meta, and Alphabet.</w:t>
      </w:r>
      <w:r/>
    </w:p>
    <w:p>
      <w:pPr>
        <w:pStyle w:val="ListNumber"/>
        <w:spacing w:line="240" w:lineRule="auto"/>
        <w:ind w:left="720"/>
      </w:pPr>
      <w:r/>
      <w:hyperlink r:id="rId11">
        <w:r>
          <w:rPr>
            <w:color w:val="0000EE"/>
            <w:u w:val="single"/>
          </w:rPr>
          <w:t>https://abcnews.go.com/US/wireStory/amazon-reports-boost-quarterly-profits-exceeds-revenue-estimates-115370008</w:t>
        </w:r>
      </w:hyperlink>
      <w:r>
        <w:t xml:space="preserve"> - Compares Amazon's performance with that of other major tech companies, highlighting the robust period for the technology sector.</w:t>
      </w:r>
      <w:r/>
    </w:p>
    <w:p>
      <w:pPr>
        <w:pStyle w:val="ListNumber"/>
        <w:spacing w:line="240" w:lineRule="auto"/>
        <w:ind w:left="720"/>
      </w:pPr>
      <w:r/>
      <w:hyperlink r:id="rId13">
        <w:r>
          <w:rPr>
            <w:color w:val="0000EE"/>
            <w:u w:val="single"/>
          </w:rPr>
          <w:t>https://www.stocktitan.net/news/AMZN/amazon-com-announces-third-quarter-6mb0qbdqz6p0.html</w:t>
        </w:r>
      </w:hyperlink>
      <w:r>
        <w:t xml:space="preserve"> - Details the significant improvements across all segments, including North America and International sales.</w:t>
      </w:r>
      <w:r/>
    </w:p>
    <w:p>
      <w:pPr>
        <w:pStyle w:val="ListNumber"/>
        <w:spacing w:line="240" w:lineRule="auto"/>
        <w:ind w:left="720"/>
      </w:pPr>
      <w:r/>
      <w:hyperlink r:id="rId12">
        <w:r>
          <w:rPr>
            <w:color w:val="0000EE"/>
            <w:u w:val="single"/>
          </w:rPr>
          <w:t>https://ir.aboutamazon.com/news-release/news-release-details/2024/Amazon.com-Announces-Third-Quarter-Results/</w:t>
        </w:r>
      </w:hyperlink>
      <w:r>
        <w:t xml:space="preserve"> - Provides insights into Amazon's strategic and operational direction as it enters the holiday season.</w:t>
      </w:r>
      <w:r/>
    </w:p>
    <w:p>
      <w:pPr>
        <w:pStyle w:val="ListNumber"/>
        <w:spacing w:line="240" w:lineRule="auto"/>
        <w:ind w:left="720"/>
      </w:pPr>
      <w:r/>
      <w:hyperlink r:id="rId14">
        <w:r>
          <w:rPr>
            <w:color w:val="0000EE"/>
            <w:u w:val="single"/>
          </w:rPr>
          <w:t>https://mynorthwest.com/4004029/amazon-reports-boost-in-quarterly-profits-exceeds-revenue-estimates-as-it-invests-in-ai/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2024/10/31/amazon-aws-profit-q3-2024-earnings-gen-ai/" TargetMode="External"/><Relationship Id="rId11" Type="http://schemas.openxmlformats.org/officeDocument/2006/relationships/hyperlink" Target="https://abcnews.go.com/US/wireStory/amazon-reports-boost-quarterly-profits-exceeds-revenue-estimates-115370008" TargetMode="External"/><Relationship Id="rId12" Type="http://schemas.openxmlformats.org/officeDocument/2006/relationships/hyperlink" Target="https://ir.aboutamazon.com/news-release/news-release-details/2024/Amazon.com-Announces-Third-Quarter-Results/" TargetMode="External"/><Relationship Id="rId13" Type="http://schemas.openxmlformats.org/officeDocument/2006/relationships/hyperlink" Target="https://www.stocktitan.net/news/AMZN/amazon-com-announces-third-quarter-6mb0qbdqz6p0.html" TargetMode="External"/><Relationship Id="rId14" Type="http://schemas.openxmlformats.org/officeDocument/2006/relationships/hyperlink" Target="https://mynorthwest.com/4004029/amazon-reports-boost-in-quarterly-profits-exceeds-revenue-estimates-as-it-invests-i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