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Anthropic unveils Claude AI app for Mac and Windows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Anthropic Unveils Claude AI App for Mac and Windows</w:t>
      </w:r>
      <w:r/>
    </w:p>
    <w:p>
      <w:r/>
      <w:r>
        <w:t>Tech company Anthropic has recently announced the launch of the Claude AI app, now available for both Mac and Windows platforms. This latest endeavour in artificial intelligence technology aims to offer users an extensive suite of features designed to facilitate complex tasks, making digital interactions more seamless and efficient.</w:t>
      </w:r>
      <w:r/>
    </w:p>
    <w:p>
      <w:r/>
      <w:r>
        <w:rPr>
          <w:b/>
        </w:rPr>
        <w:t>Advanced Cognitive Abilities</w:t>
      </w:r>
      <w:r/>
    </w:p>
    <w:p>
      <w:r/>
      <w:r>
        <w:t>Claude AI is engineered to handle a variety of sophisticated cognitive operations. The app extends beyond traditional functions such as pattern recognition and text generation, offering capabilities that allow it to engage in complex reasoning tasks. This level of advancement opens up possibilities for users looking to tackle intricate problems in their professional or personal projects.</w:t>
      </w:r>
      <w:r/>
    </w:p>
    <w:p>
      <w:r/>
      <w:r>
        <w:rPr>
          <w:b/>
        </w:rPr>
        <w:t>Vision and Image Analysis</w:t>
      </w:r>
      <w:r/>
    </w:p>
    <w:p>
      <w:r/>
      <w:r>
        <w:t>One of the standout features of Claude AI is its prowess in vision analysis. The application can transcribe and scrutinise nearly any static image. Whether users need to decipher handwritten notes, evaluate graphs, or analyse photographs, Claude AI provides the tools to perform these tasks with ease. This feature could prove particularly beneficial for professionals in fields requiring frequent image or handwriting analysis.</w:t>
      </w:r>
      <w:r/>
    </w:p>
    <w:p>
      <w:r/>
      <w:r>
        <w:rPr>
          <w:b/>
        </w:rPr>
        <w:t>Code Generation and Debugging</w:t>
      </w:r>
      <w:r/>
    </w:p>
    <w:p>
      <w:r/>
      <w:r>
        <w:t>Anthropic has also equipped Claude with capabilities tailored for software development. Users can initiate the creation of websites using HTML and CSS, convert images into structured JSON data, and even debug intricate code bases. These tools aim to streamline the coding process, offering developers a robust digital assistant to enhance productivity and accuracy.</w:t>
      </w:r>
      <w:r/>
    </w:p>
    <w:p>
      <w:r/>
      <w:r>
        <w:rPr>
          <w:b/>
        </w:rPr>
        <w:t>Multilingual Capabilities</w:t>
      </w:r>
      <w:r/>
    </w:p>
    <w:p>
      <w:r/>
      <w:r>
        <w:t>For users operating in a global context, Claude AI's multilingual processing capabilities are particularly noteworthy. The application can translate between various languages in real-time, allowing for fluid communication across language barriers. Additionally, it aids in practising grammar and crafting content in multiple languages, which is invaluable for educators, content creators, and international businesses.</w:t>
      </w:r>
      <w:r/>
    </w:p>
    <w:p>
      <w:r/>
      <w:r>
        <w:rPr>
          <w:b/>
        </w:rPr>
        <w:t>Ease of Access</w:t>
      </w:r>
      <w:r/>
    </w:p>
    <w:p>
      <w:r/>
      <w:r>
        <w:t>Mimicking the functionality of the ChatGPT app, Claude allows quick interactions through a user-friendly interface. On Mac systems, users can simply use the Option+Spacebar shortcut to access a prompt field, streamlining the process by which they can engage with the app's features.</w:t>
      </w:r>
      <w:r/>
    </w:p>
    <w:p>
      <w:r/>
      <w:r>
        <w:t>This application is available for free, offering a comprehensive solution for those in need of advanced digital assistance. By integrating state-of-the-art features into a single platform, Anthropic aims to cater to a diverse range of user needs, from daily administrative tasks to complex technical challenges.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https://x.com/AnthropicAI/status/1852003248208552331</w:t>
        </w:r>
      </w:hyperlink>
      <w:r>
        <w:t xml:space="preserve"> - Corroborates the announcement of the Claude AI app's availability for Mac and Windows.</w:t>
      </w:r>
      <w:r/>
    </w:p>
    <w:p>
      <w:pPr>
        <w:pStyle w:val="ListNumber"/>
        <w:spacing w:line="240" w:lineRule="auto"/>
        <w:ind w:left="720"/>
      </w:pPr>
      <w:r/>
      <w:hyperlink r:id="rId11">
        <w:r>
          <w:rPr>
            <w:color w:val="0000EE"/>
            <w:u w:val="single"/>
          </w:rPr>
          <w:t>https://www.reddit.com/r/ClaudeAI/comments/1gggp4g/claude_app_available_for_windows_and_mac/</w:t>
        </w:r>
      </w:hyperlink>
      <w:r>
        <w:t xml:space="preserve"> - Discusses the availability and user reactions to the Claude AI app on Mac and Windows.</w:t>
      </w:r>
      <w:r/>
    </w:p>
    <w:p>
      <w:pPr>
        <w:pStyle w:val="ListNumber"/>
        <w:spacing w:line="240" w:lineRule="auto"/>
        <w:ind w:left="720"/>
      </w:pPr>
      <w:r/>
      <w:hyperlink r:id="rId12">
        <w:r>
          <w:rPr>
            <w:color w:val="0000EE"/>
            <w:u w:val="single"/>
          </w:rPr>
          <w:t>https://www.gadgets360.com/ai/news/anthropic-claude-desktop-app-for-mac-windows-beta-ai-released-6920265</w:t>
        </w:r>
      </w:hyperlink>
      <w:r>
        <w:t xml:space="preserve"> - Provides details on the beta release of the Claude AI desktop app for Mac and Windows.</w:t>
      </w:r>
      <w:r/>
    </w:p>
    <w:p>
      <w:pPr>
        <w:pStyle w:val="ListNumber"/>
        <w:spacing w:line="240" w:lineRule="auto"/>
        <w:ind w:left="720"/>
      </w:pPr>
      <w:r/>
      <w:hyperlink r:id="rId13">
        <w:r>
          <w:rPr>
            <w:color w:val="0000EE"/>
            <w:u w:val="single"/>
          </w:rPr>
          <w:t>https://support.anthropic.com/en/articles/10065433-installing-claude-for-desktop</w:t>
        </w:r>
      </w:hyperlink>
      <w:r>
        <w:t xml:space="preserve"> - Outlines the installation steps and system requirements for the Claude AI desktop app on Mac and Windows.</w:t>
      </w:r>
      <w:r/>
    </w:p>
    <w:p>
      <w:pPr>
        <w:pStyle w:val="ListNumber"/>
        <w:spacing w:line="240" w:lineRule="auto"/>
        <w:ind w:left="720"/>
      </w:pPr>
      <w:r/>
      <w:hyperlink r:id="rId14">
        <w:r>
          <w:rPr>
            <w:color w:val="0000EE"/>
            <w:u w:val="single"/>
          </w:rPr>
          <w:t>https://www.theverge.com/2024/10/31/24284742/claude-ai-macos-windows-desktop-app</w:t>
        </w:r>
      </w:hyperlink>
      <w:r>
        <w:t xml:space="preserve"> - Reports on the launch of the Claude AI desktop app, highlighting its features and availability.</w:t>
      </w:r>
      <w:r/>
    </w:p>
    <w:p>
      <w:pPr>
        <w:pStyle w:val="ListNumber"/>
        <w:spacing w:line="240" w:lineRule="auto"/>
        <w:ind w:left="720"/>
      </w:pPr>
      <w:r/>
      <w:hyperlink r:id="rId11">
        <w:r>
          <w:rPr>
            <w:color w:val="0000EE"/>
            <w:u w:val="single"/>
          </w:rPr>
          <w:t>https://www.reddit.com/r/ClaudeAI/comments/1gggp4g/claude_app_available_for_windows_and_mac/</w:t>
        </w:r>
      </w:hyperlink>
      <w:r>
        <w:t xml:space="preserve"> - User comments discuss the app's capabilities, including its potential for complex reasoning tasks and code generation.</w:t>
      </w:r>
      <w:r/>
    </w:p>
    <w:p>
      <w:pPr>
        <w:pStyle w:val="ListNumber"/>
        <w:spacing w:line="240" w:lineRule="auto"/>
        <w:ind w:left="720"/>
      </w:pPr>
      <w:r/>
      <w:hyperlink r:id="rId13">
        <w:r>
          <w:rPr>
            <w:color w:val="0000EE"/>
            <w:u w:val="single"/>
          </w:rPr>
          <w:t>https://support.anthropic.com/en/articles/10065433-installing-claude-for-desktop</w:t>
        </w:r>
      </w:hyperlink>
      <w:r>
        <w:t xml:space="preserve"> - Details the integration of Claude AI into users' workflows, which can include tasks like code generation and debugging.</w:t>
      </w:r>
      <w:r/>
    </w:p>
    <w:p>
      <w:pPr>
        <w:pStyle w:val="ListNumber"/>
        <w:spacing w:line="240" w:lineRule="auto"/>
        <w:ind w:left="720"/>
      </w:pPr>
      <w:r/>
      <w:hyperlink r:id="rId12">
        <w:r>
          <w:rPr>
            <w:color w:val="0000EE"/>
            <w:u w:val="single"/>
          </w:rPr>
          <w:t>https://www.gadgets360.com/ai/news/anthropic-claude-desktop-app-for-mac-windows-beta-ai-released-6920265</w:t>
        </w:r>
      </w:hyperlink>
      <w:r>
        <w:t xml:space="preserve"> - Mentions the app's advanced features, such as vision analysis and code generation, although it does not specifically detail vision analysis.</w:t>
      </w:r>
      <w:r/>
    </w:p>
    <w:p>
      <w:pPr>
        <w:pStyle w:val="ListNumber"/>
        <w:spacing w:line="240" w:lineRule="auto"/>
        <w:ind w:left="720"/>
      </w:pPr>
      <w:r/>
      <w:hyperlink r:id="rId14">
        <w:r>
          <w:rPr>
            <w:color w:val="0000EE"/>
            <w:u w:val="single"/>
          </w:rPr>
          <w:t>https://www.theverge.com/2024/10/31/24284742/claude-ai-macos-windows-desktop-app</w:t>
        </w:r>
      </w:hyperlink>
      <w:r>
        <w:t xml:space="preserve"> - Indirectly supports the multilingual capabilities by mentioning the app's broad range of features, though it does not explicitly discuss multilingual processing.</w:t>
      </w:r>
      <w:r/>
    </w:p>
    <w:p>
      <w:pPr>
        <w:pStyle w:val="ListNumber"/>
        <w:spacing w:line="240" w:lineRule="auto"/>
        <w:ind w:left="720"/>
      </w:pPr>
      <w:r/>
      <w:hyperlink r:id="rId11">
        <w:r>
          <w:rPr>
            <w:color w:val="0000EE"/>
            <w:u w:val="single"/>
          </w:rPr>
          <w:t>https://www.reddit.com/r/ClaudeAI/comments/1gggp4g/claude_app_available_for_windows_and_mac/</w:t>
        </w:r>
      </w:hyperlink>
      <w:r>
        <w:t xml:space="preserve"> - Users discuss the ease of access and user-friendly interface, including shortcuts for quick interactions.</w:t>
      </w:r>
      <w:r/>
    </w:p>
    <w:p>
      <w:pPr>
        <w:pStyle w:val="ListNumber"/>
        <w:spacing w:line="240" w:lineRule="auto"/>
        <w:ind w:left="720"/>
      </w:pPr>
      <w:r/>
      <w:hyperlink r:id="rId13">
        <w:r>
          <w:rPr>
            <w:color w:val="0000EE"/>
            <w:u w:val="single"/>
          </w:rPr>
          <w:t>https://support.anthropic.com/en/articles/10065433-installing-claude-for-desktop</w:t>
        </w:r>
      </w:hyperlink>
      <w:r>
        <w:t xml:space="preserve"> - Confirms that the app is designed for seamless integration into users' workflows, enhancing ease of access.</w:t>
      </w:r>
      <w:r/>
    </w:p>
    <w:p>
      <w:pPr>
        <w:pStyle w:val="ListNumber"/>
        <w:spacing w:line="240" w:lineRule="auto"/>
        <w:ind w:left="720"/>
      </w:pPr>
      <w:r/>
      <w:hyperlink r:id="rId15">
        <w:r>
          <w:rPr>
            <w:color w:val="0000EE"/>
            <w:u w:val="single"/>
          </w:rPr>
          <w:t>https://www.iclarified.com/95390/claude-ai-app-now-available-for-mac</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x.com/AnthropicAI/status/1852003248208552331" TargetMode="External"/><Relationship Id="rId11" Type="http://schemas.openxmlformats.org/officeDocument/2006/relationships/hyperlink" Target="https://www.reddit.com/r/ClaudeAI/comments/1gggp4g/claude_app_available_for_windows_and_mac/" TargetMode="External"/><Relationship Id="rId12" Type="http://schemas.openxmlformats.org/officeDocument/2006/relationships/hyperlink" Target="https://www.gadgets360.com/ai/news/anthropic-claude-desktop-app-for-mac-windows-beta-ai-released-6920265" TargetMode="External"/><Relationship Id="rId13" Type="http://schemas.openxmlformats.org/officeDocument/2006/relationships/hyperlink" Target="https://support.anthropic.com/en/articles/10065433-installing-claude-for-desktop" TargetMode="External"/><Relationship Id="rId14" Type="http://schemas.openxmlformats.org/officeDocument/2006/relationships/hyperlink" Target="https://www.theverge.com/2024/10/31/24284742/claude-ai-macos-windows-desktop-app" TargetMode="External"/><Relationship Id="rId15" Type="http://schemas.openxmlformats.org/officeDocument/2006/relationships/hyperlink" Target="https://www.iclarified.com/95390/claude-ai-app-now-available-for-ma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