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challenges hackers with $1 million bounty for cloud security breaches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Challenges Hackers with $1 Million Bounty for Cloud Security Breaches</w:t>
      </w:r>
      <w:r/>
    </w:p>
    <w:p>
      <w:r/>
      <w:r>
        <w:t>In a bold move aimed at strengthening its cybersecurity framework, Apple has announced an enticing challenge, offering a substantial reward of up to $1 million for individuals capable of successfully hacking their servers. This offer is part of Apple's expanded bug bounty programme, specifically targeting its Private Cloud Compute (PCC) system. The aim is to identify and rectify vulnerabilities that could potentially compromise the security and privacy guarantees that Apple’s PCC architecture promises its users.</w:t>
      </w:r>
      <w:r/>
    </w:p>
    <w:p>
      <w:r/>
      <w:r>
        <w:t>The tech giant has declared that it is willing to pay hefty sums to ethical hackers and security researchers who can expose weak spots in its system. This initiative not only furthers Apple's commitment to security but also promotes a collaborative approach with the global hacker community, whom they are inviting to test the robustness of their infrastructure.</w:t>
      </w:r>
      <w:r/>
    </w:p>
    <w:p>
      <w:r/>
      <w:r>
        <w:t>The bounty programme has a structured payout system for different categories of vulnerabilities. The maximum reward, a staggering $1 million, is set for exploits that enable remote execution of arbitrary code with arbitrary entitlements — essentially a full breach of system security. The other tiers include $250,000 for unauthorized access to a user's request data or sensitive information outside the designated trust boundaries, $150,000 for similar breaches from a network privileged position, $100,000 for executing unattested code, and $50,000 for accidental or unintended data disclosure due to configuration issues.</w:t>
      </w:r>
      <w:r/>
    </w:p>
    <w:p>
      <w:r/>
      <w:r>
        <w:t>This announcement follows Apple’s broader efforts to enhance the security of its products, amidst an increasingly aggressive landscape of cyber threats. The company’s Security Bounty program has been in place for several years but continues to evolve, demonstrating Apple’s proactive stance in safeguarding user information against potential breaches.</w:t>
      </w:r>
      <w:r/>
    </w:p>
    <w:p>
      <w:r/>
      <w:r>
        <w:t>Details about the challenge and other rewards were disseminated through various channels, with the Cupertino-based tech company openly inviting skilled individuals who believe they have what it takes to test the limits of Apple's security provisions.</w:t>
      </w:r>
      <w:r/>
    </w:p>
    <w:p>
      <w:r/>
      <w:r>
        <w:t>With cybersecurity becoming more paramount across various tech sectors, Apple's initiative underscores its strategic push to fortify its perimeter against cyber intrusions, aligning with industry best practices by leveraging external expertise.</w:t>
      </w:r>
      <w:r/>
    </w:p>
    <w:p>
      <w:r/>
      <w:r>
        <w:t>For further details, interested participants are encouraged to visit Apple's official site to understand the challenge requirements and submission protocols. This significant bounty not only highlights the value of cybersecurity but also Apple's dedication to ensuring their cloud services remain resilient against exploit attempts, paving the way for more secure technological advancements in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https://www.reddit.com/r/technology/comments/1gbw228/apple_dares_anyone_to_find_a_problem_with_its/</w:t>
        </w:r>
      </w:hyperlink>
      <w:r>
        <w:t xml:space="preserve"> - Discusses Apple's bug bounty program targeting its Private Cloud Compute (PCC) system and the rewards for identifying vulnerabilities.</w:t>
      </w:r>
      <w:r/>
    </w:p>
    <w:p>
      <w:pPr>
        <w:pStyle w:val="ListNumber"/>
        <w:spacing w:line="240" w:lineRule="auto"/>
        <w:ind w:left="720"/>
      </w:pPr>
      <w:r/>
      <w:hyperlink r:id="rId11">
        <w:r>
          <w:rPr>
            <w:color w:val="0000EE"/>
            <w:u w:val="single"/>
          </w:rPr>
          <w:t>https://fortune.com/2024/10/30/apple-hackers-ai-intelligence-bounty/</w:t>
        </w:r>
      </w:hyperlink>
      <w:r>
        <w:t xml:space="preserve"> - Details the structured payout system for different categories of vulnerabilities in Apple's bug bounty program.</w:t>
      </w:r>
      <w:r/>
    </w:p>
    <w:p>
      <w:pPr>
        <w:pStyle w:val="ListNumber"/>
        <w:spacing w:line="240" w:lineRule="auto"/>
        <w:ind w:left="720"/>
      </w:pPr>
      <w:r/>
      <w:hyperlink r:id="rId11">
        <w:r>
          <w:rPr>
            <w:color w:val="0000EE"/>
            <w:u w:val="single"/>
          </w:rPr>
          <w:t>https://fortune.com/2024/10/30/apple-hackers-ai-intelligence-bounty/</w:t>
        </w:r>
      </w:hyperlink>
      <w:r>
        <w:t xml:space="preserve"> - Explains Apple's invitation to security researchers and hackers to test the security of its PCC servers.</w:t>
      </w:r>
      <w:r/>
    </w:p>
    <w:p>
      <w:pPr>
        <w:pStyle w:val="ListNumber"/>
        <w:spacing w:line="240" w:lineRule="auto"/>
        <w:ind w:left="720"/>
      </w:pPr>
      <w:r/>
      <w:hyperlink r:id="rId12">
        <w:r>
          <w:rPr>
            <w:color w:val="0000EE"/>
            <w:u w:val="single"/>
          </w:rPr>
          <w:t>https://www.itpro.com/security/apple-is-offering-rewards-of-up-to-usd1-million-to-find-critical-flaws-in-its-private-ai-cloud-systems</w:t>
        </w:r>
      </w:hyperlink>
      <w:r>
        <w:t xml:space="preserve"> - Describes Apple's bug bounty program as part of its broader efforts to enhance the security of its products.</w:t>
      </w:r>
      <w:r/>
    </w:p>
    <w:p>
      <w:pPr>
        <w:pStyle w:val="ListNumber"/>
        <w:spacing w:line="240" w:lineRule="auto"/>
        <w:ind w:left="720"/>
      </w:pPr>
      <w:r/>
      <w:hyperlink r:id="rId12">
        <w:r>
          <w:rPr>
            <w:color w:val="0000EE"/>
            <w:u w:val="single"/>
          </w:rPr>
          <w:t>https://www.itpro.com/security/apple-is-offering-rewards-of-up-to-usd1-million-to-find-critical-flaws-in-its-private-ai-cloud-systems</w:t>
        </w:r>
      </w:hyperlink>
      <w:r>
        <w:t xml:space="preserve"> - Mentions the different tiers of rewards for various types of vulnerabilities, including accidental data disclosure and code execution.</w:t>
      </w:r>
      <w:r/>
    </w:p>
    <w:p>
      <w:pPr>
        <w:pStyle w:val="ListNumber"/>
        <w:spacing w:line="240" w:lineRule="auto"/>
        <w:ind w:left="720"/>
      </w:pPr>
      <w:r/>
      <w:hyperlink r:id="rId13">
        <w:r>
          <w:rPr>
            <w:color w:val="0000EE"/>
            <w:u w:val="single"/>
          </w:rPr>
          <w:t>https://tribune.com.pk/story/2505993/apple-offers-1-million-to-hackers-who-can-breach-intelligence-servers</w:t>
        </w:r>
      </w:hyperlink>
      <w:r>
        <w:t xml:space="preserve"> - Provides details on Apple's proactive steps, including opening servers to privacy experts and deploying a Virtual Research Environment (VRE) for security analysis.</w:t>
      </w:r>
      <w:r/>
    </w:p>
    <w:p>
      <w:pPr>
        <w:pStyle w:val="ListNumber"/>
        <w:spacing w:line="240" w:lineRule="auto"/>
        <w:ind w:left="720"/>
      </w:pPr>
      <w:r/>
      <w:hyperlink r:id="rId13">
        <w:r>
          <w:rPr>
            <w:color w:val="0000EE"/>
            <w:u w:val="single"/>
          </w:rPr>
          <w:t>https://tribune.com.pk/story/2505993/apple-offers-1-million-to-hackers-who-can-breach-intelligence-servers</w:t>
        </w:r>
      </w:hyperlink>
      <w:r>
        <w:t xml:space="preserve"> - Explains the categories of vulnerabilities targeted by the bounty program, such as accidental data disclosure and external compromise from user requests.</w:t>
      </w:r>
      <w:r/>
    </w:p>
    <w:p>
      <w:pPr>
        <w:pStyle w:val="ListNumber"/>
        <w:spacing w:line="240" w:lineRule="auto"/>
        <w:ind w:left="720"/>
      </w:pPr>
      <w:r/>
      <w:hyperlink r:id="rId11">
        <w:r>
          <w:rPr>
            <w:color w:val="0000EE"/>
            <w:u w:val="single"/>
          </w:rPr>
          <w:t>https://fortune.com/2024/10/30/apple-hackers-ai-intelligence-bounty/</w:t>
        </w:r>
      </w:hyperlink>
      <w:r>
        <w:t xml:space="preserve"> - Highlights Apple's commitment to security and its collaborative approach with the global hacker community.</w:t>
      </w:r>
      <w:r/>
    </w:p>
    <w:p>
      <w:pPr>
        <w:pStyle w:val="ListNumber"/>
        <w:spacing w:line="240" w:lineRule="auto"/>
        <w:ind w:left="720"/>
      </w:pPr>
      <w:r/>
      <w:hyperlink r:id="rId12">
        <w:r>
          <w:rPr>
            <w:color w:val="0000EE"/>
            <w:u w:val="single"/>
          </w:rPr>
          <w:t>https://www.itpro.com/security/apple-is-offering-rewards-of-up-to-usd1-million-to-find-critical-flaws-in-its-private-ai-cloud-systems</w:t>
        </w:r>
      </w:hyperlink>
      <w:r>
        <w:t xml:space="preserve"> - Discusses the evolution of Apple's Security Bounty program and its alignment with industry best practices.</w:t>
      </w:r>
      <w:r/>
    </w:p>
    <w:p>
      <w:pPr>
        <w:pStyle w:val="ListNumber"/>
        <w:spacing w:line="240" w:lineRule="auto"/>
        <w:ind w:left="720"/>
      </w:pPr>
      <w:r/>
      <w:hyperlink r:id="rId13">
        <w:r>
          <w:rPr>
            <w:color w:val="0000EE"/>
            <w:u w:val="single"/>
          </w:rPr>
          <w:t>https://tribune.com.pk/story/2505993/apple-offers-1-million-to-hackers-who-can-breach-intelligence-servers</w:t>
        </w:r>
      </w:hyperlink>
      <w:r>
        <w:t xml:space="preserve"> - Mentions the availability of a Private Cloud Compute Security Guide and the publication of some source code on GitHub.</w:t>
      </w:r>
      <w:r/>
    </w:p>
    <w:p>
      <w:pPr>
        <w:pStyle w:val="ListNumber"/>
        <w:spacing w:line="240" w:lineRule="auto"/>
        <w:ind w:left="720"/>
      </w:pPr>
      <w:r/>
      <w:hyperlink r:id="rId11">
        <w:r>
          <w:rPr>
            <w:color w:val="0000EE"/>
            <w:u w:val="single"/>
          </w:rPr>
          <w:t>https://fortune.com/2024/10/30/apple-hackers-ai-intelligence-bounty/</w:t>
        </w:r>
      </w:hyperlink>
      <w:r>
        <w:t xml:space="preserve"> - Emphasizes Apple's dedication to ensuring its cloud services remain resilient against exploit attempts and its strategic push to fortify its perimeter against cyber intrusions.</w:t>
      </w:r>
      <w:r/>
    </w:p>
    <w:p>
      <w:pPr>
        <w:pStyle w:val="ListNumber"/>
        <w:spacing w:line="240" w:lineRule="auto"/>
        <w:ind w:left="720"/>
      </w:pPr>
      <w:r/>
      <w:hyperlink r:id="rId14">
        <w:r>
          <w:rPr>
            <w:color w:val="0000EE"/>
            <w:u w:val="single"/>
          </w:rPr>
          <w:t>https://newstalkcleveland.com/3627781/apple-offers-hackers-1-million-to-successfully-hack-new-ai-system/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technology/comments/1gbw228/apple_dares_anyone_to_find_a_problem_with_its/" TargetMode="External"/><Relationship Id="rId11" Type="http://schemas.openxmlformats.org/officeDocument/2006/relationships/hyperlink" Target="https://fortune.com/2024/10/30/apple-hackers-ai-intelligence-bounty/" TargetMode="External"/><Relationship Id="rId12" Type="http://schemas.openxmlformats.org/officeDocument/2006/relationships/hyperlink" Target="https://www.itpro.com/security/apple-is-offering-rewards-of-up-to-usd1-million-to-find-critical-flaws-in-its-private-ai-cloud-systems" TargetMode="External"/><Relationship Id="rId13" Type="http://schemas.openxmlformats.org/officeDocument/2006/relationships/hyperlink" Target="https://tribune.com.pk/story/2505993/apple-offers-1-million-to-hackers-who-can-breach-intelligence-servers" TargetMode="External"/><Relationship Id="rId14" Type="http://schemas.openxmlformats.org/officeDocument/2006/relationships/hyperlink" Target="https://newstalkcleveland.com/3627781/apple-offers-hackers-1-million-to-successfully-hack-new-ai-syst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