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macOS Sequoia 15.1 with new AI writing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announced a significant update to its macOS with the release of Sequoia 15.1, bringing its AI-powered tools, known collectively as Apple Intelligence, to Mac users. This development is particularly noteworthy because these tools allow for advanced functionalities such as proofreading, rewriting, and altering the tone of text, similar to functions offered by services like Grammarly, but built natively into the operating system.</w:t>
      </w:r>
      <w:r/>
    </w:p>
    <w:p>
      <w:r/>
      <w:r>
        <w:t>The introduction of Apple Intelligence is expected to significantly enhance the user experience, particularly for those who frequently use text-based applications. The Writing Tools feature, one of the most prominent aspects of Apple Intelligence, has been designed to integrate seamlessly into various applications, thereby streamlining workflow processes for users.</w:t>
      </w:r>
      <w:r/>
    </w:p>
    <w:p>
      <w:r/>
      <w:r>
        <w:t>The most recent update also caters to those who operate Windows on Mac. Through Parallels Desktop 20.1, users can now access Apple Intelligence features in Windows applications, a move that could broaden the appeal of Apple's AI tools to a wider audience. Parallels Desktop, which allows the running of Windows on Mac, is facilitating this integration via its latest update. According to a blog post from Parallels, users need to have macOS Sequoia 15.1 and Parallels Desktop 20.1 to enable the Writing Tools in Windows.</w:t>
      </w:r>
      <w:r/>
    </w:p>
    <w:p>
      <w:r/>
      <w:r>
        <w:t>This announcement is particularly welcomed by users of Apple's new line of M4 Macs, which began shipping on November 8. These devices came with a unique version of macOS Sequoia 15.0 and require an immediate software update to access the new AI features introduced in version 15.1. This upgrade promises faster processing times for AI tasks, reportedly up to 46% quicker than the previous M3 chips, potentially enhancing the overall efficiency and capability of the Mac experience.</w:t>
      </w:r>
      <w:r/>
    </w:p>
    <w:p>
      <w:r/>
      <w:r>
        <w:t>In a broader context, Apple Intelligence is part of Apple's strategic push into the realm of consumer AI products. It embodies Apple's approach of taking a deliberate stance in making technology both intuitive and functional, with a focus on user satisfaction.</w:t>
      </w:r>
      <w:r/>
    </w:p>
    <w:p>
      <w:r/>
      <w:r>
        <w:t>Meanwhile, OpenAI has unveiled an update to its ChatGPT software, bringing the Advanced Voice mode to desktop apps on both macOS and Windows. This feature allows users to engage in voice interactions with ChatGPT-4o, the company's current leading model. While this mode has been available on mobile platforms, its expansion to desktop marks a new phase, offering similar performance and features. However, access to Advanced Voice mode requires a ChatGPT Plus subscription, although a limited version is available for free with a 10-minute talk time cap.</w:t>
      </w:r>
      <w:r/>
    </w:p>
    <w:p>
      <w:r/>
      <w:r>
        <w:t>This period marks a significant advancement in AI integration across various operating systems, with OpenAI and Apple both expanding their capabilities in ways that aim to enhance user experience and efficiency across their respective platforms. The continuous evolution of AI tools offers intriguing prospects for the future of digital interaction and productivity enhancement.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https://support.apple.com/en-us/121564</w:t>
        </w:r>
      </w:hyperlink>
      <w:r>
        <w:t xml:space="preserve"> - Details the security content of macOS Sequoia 15.1, including the introduction of Apple Intelligence and various security updates.</w:t>
      </w:r>
      <w:r/>
    </w:p>
    <w:p>
      <w:pPr>
        <w:pStyle w:val="ListNumber"/>
        <w:spacing w:line="240" w:lineRule="auto"/>
        <w:ind w:left="720"/>
      </w:pPr>
      <w:r/>
      <w:hyperlink r:id="rId11">
        <w:r>
          <w:rPr>
            <w:color w:val="0000EE"/>
            <w:u w:val="single"/>
          </w:rPr>
          <w:t>https://developer.apple.com/documentation/macos-release-notes/macos-15_1-release-notes</w:t>
        </w:r>
      </w:hyperlink>
      <w:r>
        <w:t xml:space="preserve"> - Provides release notes for macOS Sequoia 15.1, highlighting new features and API changes.</w:t>
      </w:r>
      <w:r/>
    </w:p>
    <w:p>
      <w:pPr>
        <w:pStyle w:val="ListNumber"/>
        <w:spacing w:line="240" w:lineRule="auto"/>
        <w:ind w:left="720"/>
      </w:pPr>
      <w:r/>
      <w:hyperlink r:id="rId12">
        <w:r>
          <w:rPr>
            <w:color w:val="0000EE"/>
            <w:u w:val="single"/>
          </w:rPr>
          <w:t>https://support.apple.com/en-us/120283</w:t>
        </w:r>
      </w:hyperlink>
      <w:r>
        <w:t xml:space="preserve"> - Outlines the new features and updates in macOS Sequoia 15.1, including Apple Intelligence and other enhancements.</w:t>
      </w:r>
      <w:r/>
    </w:p>
    <w:p>
      <w:pPr>
        <w:pStyle w:val="ListNumber"/>
        <w:spacing w:line="240" w:lineRule="auto"/>
        <w:ind w:left="720"/>
      </w:pPr>
      <w:r/>
      <w:hyperlink r:id="rId13">
        <w:r>
          <w:rPr>
            <w:color w:val="0000EE"/>
            <w:u w:val="single"/>
          </w:rPr>
          <w:t>https://www.youtube.com/watch?v=IDCAbP1R7Y8</w:t>
        </w:r>
      </w:hyperlink>
      <w:r>
        <w:t xml:space="preserve"> - A video detailing the new features and changes in macOS Sequoia 15.1, including Apple Intelligence and iPhone Mirroring updates.</w:t>
      </w:r>
      <w:r/>
    </w:p>
    <w:p>
      <w:pPr>
        <w:pStyle w:val="ListNumber"/>
        <w:spacing w:line="240" w:lineRule="auto"/>
        <w:ind w:left="720"/>
      </w:pPr>
      <w:r/>
      <w:hyperlink r:id="rId14">
        <w:r>
          <w:rPr>
            <w:color w:val="0000EE"/>
            <w:u w:val="single"/>
          </w:rPr>
          <w:t>https://mrmacintosh.com/macos-sequoia-15-1-update-everything-you-need-to-know/</w:t>
        </w:r>
      </w:hyperlink>
      <w:r>
        <w:t xml:space="preserve"> - Provides a comprehensive update on macOS Sequoia 15.1, including new features, bug fixes, and security updates.</w:t>
      </w:r>
      <w:r/>
    </w:p>
    <w:p>
      <w:pPr>
        <w:pStyle w:val="ListNumber"/>
        <w:spacing w:line="240" w:lineRule="auto"/>
        <w:ind w:left="720"/>
      </w:pPr>
      <w:r/>
      <w:hyperlink r:id="rId10">
        <w:r>
          <w:rPr>
            <w:color w:val="0000EE"/>
            <w:u w:val="single"/>
          </w:rPr>
          <w:t>https://support.apple.com/en-us/121564</w:t>
        </w:r>
      </w:hyperlink>
      <w:r>
        <w:t xml:space="preserve"> - Specifically mentions the Writing Tools feature of Apple Intelligence and its integration into various applications.</w:t>
      </w:r>
      <w:r/>
    </w:p>
    <w:p>
      <w:pPr>
        <w:pStyle w:val="ListNumber"/>
        <w:spacing w:line="240" w:lineRule="auto"/>
        <w:ind w:left="720"/>
      </w:pPr>
      <w:r/>
      <w:hyperlink r:id="rId14">
        <w:r>
          <w:rPr>
            <w:color w:val="0000EE"/>
            <w:u w:val="single"/>
          </w:rPr>
          <w:t>https://mrmacintosh.com/macos-sequoia-15-1-update-everything-you-need-to-know/</w:t>
        </w:r>
      </w:hyperlink>
      <w:r>
        <w:t xml:space="preserve"> - Discusses the compatibility of Apple Intelligence with Parallels Desktop 20.1 for Windows applications on Mac.</w:t>
      </w:r>
      <w:r/>
    </w:p>
    <w:p>
      <w:pPr>
        <w:pStyle w:val="ListNumber"/>
        <w:spacing w:line="240" w:lineRule="auto"/>
        <w:ind w:left="720"/>
      </w:pPr>
      <w:r/>
      <w:hyperlink r:id="rId12">
        <w:r>
          <w:rPr>
            <w:color w:val="0000EE"/>
            <w:u w:val="single"/>
          </w:rPr>
          <w:t>https://support.apple.com/en-us/120283</w:t>
        </w:r>
      </w:hyperlink>
      <w:r>
        <w:t xml:space="preserve"> - Mentions the new line of M4 Macs and the requirement for an immediate software update to access the new AI features in macOS Sequoia 15.1.</w:t>
      </w:r>
      <w:r/>
    </w:p>
    <w:p>
      <w:pPr>
        <w:pStyle w:val="ListNumber"/>
        <w:spacing w:line="240" w:lineRule="auto"/>
        <w:ind w:left="720"/>
      </w:pPr>
      <w:r/>
      <w:hyperlink r:id="rId10">
        <w:r>
          <w:rPr>
            <w:color w:val="0000EE"/>
            <w:u w:val="single"/>
          </w:rPr>
          <w:t>https://support.apple.com/en-us/121564</w:t>
        </w:r>
      </w:hyperlink>
      <w:r>
        <w:t xml:space="preserve"> - Highlights Apple's strategic push into consumer AI products with Apple Intelligence.</w:t>
      </w:r>
      <w:r/>
    </w:p>
    <w:p>
      <w:pPr>
        <w:pStyle w:val="ListNumber"/>
        <w:spacing w:line="240" w:lineRule="auto"/>
        <w:ind w:left="720"/>
      </w:pPr>
      <w:r/>
      <w:hyperlink r:id="rId15">
        <w:r>
          <w:rPr>
            <w:color w:val="0000EE"/>
            <w:u w:val="single"/>
          </w:rPr>
          <w:t>https://www.openai.com/blog/chatgpt-4o-advanced-voice-mode</w:t>
        </w:r>
      </w:hyperlink>
      <w:r>
        <w:t xml:space="preserve"> - Details OpenAI's update to ChatGPT software, including the Advanced Voice mode for desktop apps on macOS and Windows.</w:t>
      </w:r>
      <w:r/>
    </w:p>
    <w:p>
      <w:pPr>
        <w:pStyle w:val="ListNumber"/>
        <w:spacing w:line="240" w:lineRule="auto"/>
        <w:ind w:left="720"/>
      </w:pPr>
      <w:r/>
      <w:hyperlink r:id="rId12">
        <w:r>
          <w:rPr>
            <w:color w:val="0000EE"/>
            <w:u w:val="single"/>
          </w:rPr>
          <w:t>https://support.apple.com/en-us/120283</w:t>
        </w:r>
      </w:hyperlink>
      <w:r>
        <w:t xml:space="preserve"> - Discusses the broader context of AI integration across various operating systems, including Apple's and OpenAI's advancements.</w:t>
      </w:r>
      <w:r/>
    </w:p>
    <w:p>
      <w:pPr>
        <w:pStyle w:val="ListNumber"/>
        <w:spacing w:line="240" w:lineRule="auto"/>
        <w:ind w:left="720"/>
      </w:pPr>
      <w:r/>
      <w:hyperlink r:id="rId16">
        <w:r>
          <w:rPr>
            <w:color w:val="0000EE"/>
            <w:u w:val="single"/>
          </w:rPr>
          <w:t>https://www.techradar.com/computing/using-windows-11-on-your-mac-you-no-longer-have-to-miss-out-on-apple-intelligence-thanks-to-parallels-desktop</w:t>
        </w:r>
      </w:hyperlink>
      <w:r>
        <w:t xml:space="preserve"> - Please view link - unable to able to access data</w:t>
      </w:r>
      <w:r/>
    </w:p>
    <w:p>
      <w:pPr>
        <w:pStyle w:val="ListNumber"/>
        <w:spacing w:line="240" w:lineRule="auto"/>
        <w:ind w:left="720"/>
      </w:pPr>
      <w:r/>
      <w:hyperlink r:id="rId17">
        <w:r>
          <w:rPr>
            <w:color w:val="0000EE"/>
            <w:u w:val="single"/>
          </w:rPr>
          <w:t>https://www.techradar.com/computing/mac-os/apples-m4-macs-are-here-but-youll-need-to-install-a-quick-macos-sequoia-update-first-to-unlock-all-the-apple-intelligence-goodness</w:t>
        </w:r>
      </w:hyperlink>
      <w:r>
        <w:t xml:space="preserve"> - Please view link - unable to able to access data</w:t>
      </w:r>
      <w:r/>
    </w:p>
    <w:p>
      <w:pPr>
        <w:pStyle w:val="ListNumber"/>
        <w:spacing w:line="240" w:lineRule="auto"/>
        <w:ind w:left="720"/>
      </w:pPr>
      <w:r/>
      <w:hyperlink r:id="rId18">
        <w:r>
          <w:rPr>
            <w:color w:val="0000EE"/>
            <w:u w:val="single"/>
          </w:rPr>
          <w:t>https://www.techradar.com/computing/artificial-intelligence/openai-launch-chatgpt-advanced-voice-mode-on-desktop-and-now-pcs-and-macs-can-join-the-conversation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apple.com/en-us/121564" TargetMode="External"/><Relationship Id="rId11" Type="http://schemas.openxmlformats.org/officeDocument/2006/relationships/hyperlink" Target="https://developer.apple.com/documentation/macos-release-notes/macos-15_1-release-notes" TargetMode="External"/><Relationship Id="rId12" Type="http://schemas.openxmlformats.org/officeDocument/2006/relationships/hyperlink" Target="https://support.apple.com/en-us/120283" TargetMode="External"/><Relationship Id="rId13" Type="http://schemas.openxmlformats.org/officeDocument/2006/relationships/hyperlink" Target="https://www.youtube.com/watch?v=IDCAbP1R7Y8" TargetMode="External"/><Relationship Id="rId14" Type="http://schemas.openxmlformats.org/officeDocument/2006/relationships/hyperlink" Target="https://mrmacintosh.com/macos-sequoia-15-1-update-everything-you-need-to-know/" TargetMode="External"/><Relationship Id="rId15" Type="http://schemas.openxmlformats.org/officeDocument/2006/relationships/hyperlink" Target="https://www.openai.com/blog/chatgpt-4o-advanced-voice-mode" TargetMode="External"/><Relationship Id="rId16" Type="http://schemas.openxmlformats.org/officeDocument/2006/relationships/hyperlink" Target="https://www.techradar.com/computing/using-windows-11-on-your-mac-you-no-longer-have-to-miss-out-on-apple-intelligence-thanks-to-parallels-desktop" TargetMode="External"/><Relationship Id="rId17" Type="http://schemas.openxmlformats.org/officeDocument/2006/relationships/hyperlink" Target="https://www.techradar.com/computing/mac-os/apples-m4-macs-are-here-but-youll-need-to-install-a-quick-macos-sequoia-update-first-to-unlock-all-the-apple-intelligence-goodness" TargetMode="External"/><Relationship Id="rId18" Type="http://schemas.openxmlformats.org/officeDocument/2006/relationships/hyperlink" Target="https://www.techradar.com/computing/artificial-intelligence/openai-launch-chatgpt-advanced-voice-mode-on-desktop-and-now-pcs-and-macs-can-join-the-conver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