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unveils M4 Mac models, standardising 16GB RAM across range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 recently took significant strides in its pursuit of advancing its technological ecosystem by unveiling its latest M4 Mac models. In a bold move that diverged from past tendencies, Apple has standardized 16GB of RAM across its Mac line, including the existing M3 and even M2 MacBook Air models. This development not only caught many tech enthusiasts by surprise but also signals the company's commitment to preparing its devices for more resource-intensive features, notably in the realm of AI, dubbed Apple Intelligence.</w:t>
      </w:r>
      <w:r/>
    </w:p>
    <w:p>
      <w:r/>
      <w:r>
        <w:t>The announcement comes amidst a backdrop of hardware and software advancements. Despite some expectations for this RAM upgrade to accompany the anticipated M4 MacBook Air, reportedly set for release in early 2025—likely in March as per historical launch patterns—Apple chose to implement it now. This decision might be aimed at ensuring that even holiday purchases of MacBook Airs could fully support upcoming software features that necessitate higher memory allocations.</w:t>
      </w:r>
      <w:r/>
    </w:p>
    <w:p>
      <w:r/>
      <w:r>
        <w:t>Apple Intelligence, which leverages the processing power of Apple’s silicon for language understanding and task automation, is gradually rolling out across various platforms, raising the minimum memory requirements to the forefront of device specifications. All presently announced features are expected to be functional by next June.</w:t>
      </w:r>
      <w:r/>
    </w:p>
    <w:p>
      <w:r/>
      <w:r>
        <w:t>As Apple continues to forge its path in AI, it's anticipated that future updates, potentially at next year’s Worldwide Developers Conference (WWDC), could introduce Mac-exclusive AI features. These updates are likely to take advantage of the higher RAM capacity, epitomizing the Mac's traditional role as a powerhouse compared to other Apple devices like iPhones and iPads.</w:t>
      </w:r>
      <w:r/>
    </w:p>
    <w:p>
      <w:r/>
      <w:r>
        <w:t>Complementing these enhancements in computing power, Apple's recent product launches span a wide array, from the iMac and Mac mini to portable devices such as the iPhone 16, iPhone 16 Pro, and the new Apple Watch Series 10. Each device aims to highlight capabilities in Apple Intelligence, with improvements extending to hardware updates like the iPad Mini’s new A17 Pro chip.</w:t>
      </w:r>
      <w:r/>
    </w:p>
    <w:p>
      <w:r/>
      <w:r>
        <w:t>However, the most coveted Mac product, the MacBook Air, notably omitted from the initial M4 upgrades, has its features heavily speculated. The new M4 variant is expected to retain its previous design while integrating Apple’s latest M4 chip, promising faster performance alongside a 16GB standard base RAM and potential improvements like enhanced battery life and a 12MP Center Stage camera.</w:t>
      </w:r>
      <w:r/>
    </w:p>
    <w:p>
      <w:r/>
      <w:r>
        <w:t>While consumers and tech analysts eagerly anticipate the launch of the M4 MacBook Air, the current M3 MacBook Air offers a glimpse into the imminent future, boasting a robust performance that makes it a formidable choice for both average users and professionals alike, particularly those eager to explore the burgeoning capabilities of Apple Intelligence in their workstreams.</w:t>
      </w:r>
      <w:r/>
    </w:p>
    <w:p>
      <w:r/>
      <w:r>
        <w:t>This strategic rollout underscores Apple’s aim to maintain its leading edge in integrating AI across its product range, ensuring that devices can accommodate the increasing demands and sophisticated capabilities of AI technology, while also offering enticing updates and enhancements across its new hardware and software releases.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https://linustechtips.com/topic/1580468-our-long-national-nightmare-is-over-m4-macs-base-memory-reported-to-be-16gb-no-more-8gb-macs/</w:t>
        </w:r>
      </w:hyperlink>
      <w:r>
        <w:t xml:space="preserve"> - Corroborates the information that all M4 Macs will have either 16GB or 32GB of unified memory, replacing the previous 8GB configurations.</w:t>
      </w:r>
      <w:r/>
    </w:p>
    <w:p>
      <w:pPr>
        <w:pStyle w:val="ListNumber"/>
        <w:spacing w:line="240" w:lineRule="auto"/>
        <w:ind w:left="720"/>
      </w:pPr>
      <w:r/>
      <w:hyperlink r:id="rId11">
        <w:r>
          <w:rPr>
            <w:color w:val="0000EE"/>
            <w:u w:val="single"/>
          </w:rPr>
          <w:t>https://www.reddit.com/r/macbookair/comments/1ge9pog/m4_basemodel_will_likely_come_with_16_gb_ram_by/</w:t>
        </w:r>
      </w:hyperlink>
      <w:r>
        <w:t xml:space="preserve"> - Supports the claim that Apple has standardized 16GB of RAM across its new M4 Mac models, including iMacs and Mac minis, without any additional cost.</w:t>
      </w:r>
      <w:r/>
    </w:p>
    <w:p>
      <w:pPr>
        <w:pStyle w:val="ListNumber"/>
        <w:spacing w:line="240" w:lineRule="auto"/>
        <w:ind w:left="720"/>
      </w:pPr>
      <w:r/>
      <w:hyperlink r:id="rId11">
        <w:r>
          <w:rPr>
            <w:color w:val="0000EE"/>
            <w:u w:val="single"/>
          </w:rPr>
          <w:t>https://www.reddit.com/r/macbookair/comments/1ge9pog/m4_basemodel_will_likely_come_with_16_gb_ram_by/</w:t>
        </w:r>
      </w:hyperlink>
      <w:r>
        <w:t xml:space="preserve"> - Provides details on the upcoming M4 MacBook Air, expected to be released in early 2025, likely with 16GB of RAM as the standard configuration.</w:t>
      </w:r>
      <w:r/>
    </w:p>
    <w:p>
      <w:pPr>
        <w:pStyle w:val="ListNumber"/>
        <w:spacing w:line="240" w:lineRule="auto"/>
        <w:ind w:left="720"/>
      </w:pPr>
      <w:r/>
      <w:hyperlink r:id="rId12">
        <w:r>
          <w:rPr>
            <w:color w:val="0000EE"/>
            <w:u w:val="single"/>
          </w:rPr>
          <w:t>https://www.macrumors.com/2024/10/30/apple-announces-14-inch-macbook-pro-with-m4-chip/</w:t>
        </w:r>
      </w:hyperlink>
      <w:r>
        <w:t xml:space="preserve"> - Confirms the announcement of the 14-inch MacBook Pro with the M4 chip and 16GB of RAM, highlighting Apple's commitment to higher memory allocations.</w:t>
      </w:r>
      <w:r/>
    </w:p>
    <w:p>
      <w:pPr>
        <w:pStyle w:val="ListNumber"/>
        <w:spacing w:line="240" w:lineRule="auto"/>
        <w:ind w:left="720"/>
      </w:pPr>
      <w:r/>
      <w:hyperlink r:id="rId13">
        <w:r>
          <w:rPr>
            <w:color w:val="0000EE"/>
            <w:u w:val="single"/>
          </w:rPr>
          <w:t>https://www.apple.com/newsroom/2024/10/apples-new-mac-mini-is-more-mighty-more-mini-and-built-for-apple-intelligence/</w:t>
        </w:r>
      </w:hyperlink>
      <w:r>
        <w:t xml:space="preserve"> - Details the new Mac mini with the M4 chip, which includes 16GB of RAM as the default option, supporting Apple Intelligence features.</w:t>
      </w:r>
      <w:r/>
    </w:p>
    <w:p>
      <w:pPr>
        <w:pStyle w:val="ListNumber"/>
        <w:spacing w:line="240" w:lineRule="auto"/>
        <w:ind w:left="720"/>
      </w:pPr>
      <w:r/>
      <w:hyperlink r:id="rId14">
        <w:r>
          <w:rPr>
            <w:color w:val="0000EE"/>
            <w:u w:val="single"/>
          </w:rPr>
          <w:t>https://www.apple.com/newsroom/2024/10/new-macbook-pro-features-m4-family-of-chips-and-apple-intelligence/</w:t>
        </w:r>
      </w:hyperlink>
      <w:r>
        <w:t xml:space="preserve"> - Explains the integration of Apple Intelligence in the new MacBook Pro models with the M4 chip, emphasizing the need for higher RAM capacity.</w:t>
      </w:r>
      <w:r/>
    </w:p>
    <w:p>
      <w:pPr>
        <w:pStyle w:val="ListNumber"/>
        <w:spacing w:line="240" w:lineRule="auto"/>
        <w:ind w:left="720"/>
      </w:pPr>
      <w:r/>
      <w:hyperlink r:id="rId11">
        <w:r>
          <w:rPr>
            <w:color w:val="0000EE"/>
            <w:u w:val="single"/>
          </w:rPr>
          <w:t>https://www.reddit.com/r/macbookair/comments/1ge9pog/m4_basemodel_will_likely_come_with_16_gb_ram_by/</w:t>
        </w:r>
      </w:hyperlink>
      <w:r>
        <w:t xml:space="preserve"> - Mentions that even M2 and M3 MacBook Air models are now featuring 16GB of RAM as the standard configuration, aligning with Apple's broader strategy.</w:t>
      </w:r>
      <w:r/>
    </w:p>
    <w:p>
      <w:pPr>
        <w:pStyle w:val="ListNumber"/>
        <w:spacing w:line="240" w:lineRule="auto"/>
        <w:ind w:left="720"/>
      </w:pPr>
      <w:r/>
      <w:hyperlink r:id="rId12">
        <w:r>
          <w:rPr>
            <w:color w:val="0000EE"/>
            <w:u w:val="single"/>
          </w:rPr>
          <w:t>https://www.macrumors.com/2024/10/30/apple-announces-14-inch-macbook-pro-with-m4-chip/</w:t>
        </w:r>
      </w:hyperlink>
      <w:r>
        <w:t xml:space="preserve"> - Highlights the hardware and software advancements, including the M4 chip and increased RAM, to support upcoming AI features.</w:t>
      </w:r>
      <w:r/>
    </w:p>
    <w:p>
      <w:pPr>
        <w:pStyle w:val="ListNumber"/>
        <w:spacing w:line="240" w:lineRule="auto"/>
        <w:ind w:left="720"/>
      </w:pPr>
      <w:r/>
      <w:hyperlink r:id="rId13">
        <w:r>
          <w:rPr>
            <w:color w:val="0000EE"/>
            <w:u w:val="single"/>
          </w:rPr>
          <w:t>https://www.apple.com/newsroom/2024/10/apples-new-mac-mini-is-more-mighty-more-mini-and-built-for-apple-intelligence/</w:t>
        </w:r>
      </w:hyperlink>
      <w:r>
        <w:t xml:space="preserve"> - Discusses the role of Apple Intelligence across various Apple devices, including the Mac mini, and the importance of higher memory for these features.</w:t>
      </w:r>
      <w:r/>
    </w:p>
    <w:p>
      <w:pPr>
        <w:pStyle w:val="ListNumber"/>
        <w:spacing w:line="240" w:lineRule="auto"/>
        <w:ind w:left="720"/>
      </w:pPr>
      <w:r/>
      <w:hyperlink r:id="rId11">
        <w:r>
          <w:rPr>
            <w:color w:val="0000EE"/>
            <w:u w:val="single"/>
          </w:rPr>
          <w:t>https://www.reddit.com/r/macbookair/comments/1ge9pog/m4_basemodel_will_likely_come_with_16_gb_ram_by/</w:t>
        </w:r>
      </w:hyperlink>
      <w:r>
        <w:t xml:space="preserve"> - Speculates on the potential features of the M4 MacBook Air, such as enhanced battery life and a 12MP Center Stage camera, alongside the standard 16GB RAM.</w:t>
      </w:r>
      <w:r/>
    </w:p>
    <w:p>
      <w:pPr>
        <w:pStyle w:val="ListNumber"/>
        <w:spacing w:line="240" w:lineRule="auto"/>
        <w:ind w:left="720"/>
      </w:pPr>
      <w:r/>
      <w:hyperlink r:id="rId12">
        <w:r>
          <w:rPr>
            <w:color w:val="0000EE"/>
            <w:u w:val="single"/>
          </w:rPr>
          <w:t>https://www.macrumors.com/2024/10/30/apple-announces-14-inch-macbook-pro-with-m4-chip/</w:t>
        </w:r>
      </w:hyperlink>
      <w:r>
        <w:t xml:space="preserve"> - Underlines Apple's strategy to maintain its leading edge in integrating AI across its product range, ensuring devices can accommodate increasing AI demands.</w:t>
      </w:r>
      <w:r/>
    </w:p>
    <w:p>
      <w:pPr>
        <w:pStyle w:val="ListNumber"/>
        <w:spacing w:line="240" w:lineRule="auto"/>
        <w:ind w:left="720"/>
      </w:pPr>
      <w:r/>
      <w:hyperlink r:id="rId15">
        <w:r>
          <w:rPr>
            <w:color w:val="0000EE"/>
            <w:u w:val="single"/>
          </w:rPr>
          <w:t>https://9to5mac.com/2024/10/31/this-surprising-mac-upgrade-hints-at-big-apple-intelligence-features-coming/</w:t>
        </w:r>
      </w:hyperlink>
      <w:r>
        <w:t xml:space="preserve"> - Please view link - unable to able to access data</w:t>
      </w:r>
      <w:r/>
    </w:p>
    <w:p>
      <w:pPr>
        <w:pStyle w:val="ListNumber"/>
        <w:spacing w:line="240" w:lineRule="auto"/>
        <w:ind w:left="720"/>
      </w:pPr>
      <w:r/>
      <w:hyperlink r:id="rId16">
        <w:r>
          <w:rPr>
            <w:color w:val="0000EE"/>
            <w:u w:val="single"/>
          </w:rPr>
          <w:t>https://www.cnet.com/tech/mobile/best-verizon-phone/#ftag=CAD590a51e</w:t>
        </w:r>
      </w:hyperlink>
      <w:r>
        <w:t xml:space="preserve"> - Please view link - unable to able to access data</w:t>
      </w:r>
      <w:r/>
    </w:p>
    <w:p>
      <w:pPr>
        <w:pStyle w:val="ListNumber"/>
        <w:spacing w:line="240" w:lineRule="auto"/>
        <w:ind w:left="720"/>
      </w:pPr>
      <w:r/>
      <w:hyperlink r:id="rId17">
        <w:r>
          <w:rPr>
            <w:color w:val="0000EE"/>
            <w:u w:val="single"/>
          </w:rPr>
          <w:t>https://9to5mac.com/2024/10/31/m4-macbook-air-heres-everything-thats-coming-next/</w:t>
        </w:r>
      </w:hyperlink>
      <w:r>
        <w:t xml:space="preserve"> - Please view link - unable to able to access data</w:t>
      </w:r>
      <w:r/>
    </w:p>
    <w:p>
      <w:pPr>
        <w:pStyle w:val="ListNumber"/>
        <w:spacing w:line="240" w:lineRule="auto"/>
        <w:ind w:left="720"/>
      </w:pPr>
      <w:r/>
      <w:hyperlink r:id="rId18">
        <w:r>
          <w:rPr>
            <w:color w:val="0000EE"/>
            <w:u w:val="single"/>
          </w:rPr>
          <w:t>https://www.macworld.com/article/667144/macbook-air-or-macbook-pro.html</w:t>
        </w:r>
      </w:hyperlink>
      <w:r>
        <w:t xml:space="preserve"> - Please view link - unable to able to access data</w:t>
      </w:r>
      <w:r/>
    </w:p>
    <w:p>
      <w:pPr>
        <w:pStyle w:val="ListNumber"/>
        <w:spacing w:line="240" w:lineRule="auto"/>
        <w:ind w:left="720"/>
      </w:pPr>
      <w:r/>
      <w:hyperlink r:id="rId19">
        <w:r>
          <w:rPr>
            <w:color w:val="0000EE"/>
            <w:u w:val="single"/>
          </w:rPr>
          <w:t>https://www.zdnet.com/article/here-are-4-apple-products-you-shouldnt-buy-now/</w:t>
        </w:r>
      </w:hyperlink>
      <w:r>
        <w:t xml:space="preserve"> - Please view link - unable to able to access data</w:t>
      </w:r>
      <w:r/>
    </w:p>
    <w:p>
      <w:pPr>
        <w:pStyle w:val="ListNumber"/>
        <w:spacing w:line="240" w:lineRule="auto"/>
        <w:ind w:left="720"/>
      </w:pPr>
      <w:r/>
      <w:hyperlink r:id="rId20">
        <w:r>
          <w:rPr>
            <w:color w:val="0000EE"/>
            <w:u w:val="single"/>
          </w:rPr>
          <w:t>https://www.digitaltrends.com/home-theater/apple-airpods-4-review/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inustechtips.com/topic/1580468-our-long-national-nightmare-is-over-m4-macs-base-memory-reported-to-be-16gb-no-more-8gb-macs/" TargetMode="External"/><Relationship Id="rId11" Type="http://schemas.openxmlformats.org/officeDocument/2006/relationships/hyperlink" Target="https://www.reddit.com/r/macbookair/comments/1ge9pog/m4_basemodel_will_likely_come_with_16_gb_ram_by/" TargetMode="External"/><Relationship Id="rId12" Type="http://schemas.openxmlformats.org/officeDocument/2006/relationships/hyperlink" Target="https://www.macrumors.com/2024/10/30/apple-announces-14-inch-macbook-pro-with-m4-chip/" TargetMode="External"/><Relationship Id="rId13" Type="http://schemas.openxmlformats.org/officeDocument/2006/relationships/hyperlink" Target="https://www.apple.com/newsroom/2024/10/apples-new-mac-mini-is-more-mighty-more-mini-and-built-for-apple-intelligence/" TargetMode="External"/><Relationship Id="rId14" Type="http://schemas.openxmlformats.org/officeDocument/2006/relationships/hyperlink" Target="https://www.apple.com/newsroom/2024/10/new-macbook-pro-features-m4-family-of-chips-and-apple-intelligence/" TargetMode="External"/><Relationship Id="rId15" Type="http://schemas.openxmlformats.org/officeDocument/2006/relationships/hyperlink" Target="https://9to5mac.com/2024/10/31/this-surprising-mac-upgrade-hints-at-big-apple-intelligence-features-coming/" TargetMode="External"/><Relationship Id="rId16" Type="http://schemas.openxmlformats.org/officeDocument/2006/relationships/hyperlink" Target="https://www.cnet.com/tech/mobile/best-verizon-phone/#ftag=CAD590a51e" TargetMode="External"/><Relationship Id="rId17" Type="http://schemas.openxmlformats.org/officeDocument/2006/relationships/hyperlink" Target="https://9to5mac.com/2024/10/31/m4-macbook-air-heres-everything-thats-coming-next/" TargetMode="External"/><Relationship Id="rId18" Type="http://schemas.openxmlformats.org/officeDocument/2006/relationships/hyperlink" Target="https://www.macworld.com/article/667144/macbook-air-or-macbook-pro.html" TargetMode="External"/><Relationship Id="rId19" Type="http://schemas.openxmlformats.org/officeDocument/2006/relationships/hyperlink" Target="https://www.zdnet.com/article/here-are-4-apple-products-you-shouldnt-buy-now/" TargetMode="External"/><Relationship Id="rId20" Type="http://schemas.openxmlformats.org/officeDocument/2006/relationships/hyperlink" Target="https://www.digitaltrends.com/home-theater/apple-airpods-4-revie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