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Bank voice authentication under scrutiny after AI experiment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Bank Voice Authentication Under Scrutiny After AI Experiment</w:t>
      </w:r>
      <w:r/>
    </w:p>
    <w:p>
      <w:r/>
      <w:r>
        <w:t>A recent experiment carried out by Christopher Drake, the founder of That Automation Agency, has brought to light significant concerns regarding the susceptibility of bank voice authentication systems in the current age of sophisticated AI voice cloning technology. The experiment demonstrates how evolving artificial intelligence capabilities can potentially compromise biometric security systems used by financial institutions.</w:t>
      </w:r>
      <w:r/>
    </w:p>
    <w:p>
      <w:r/>
      <w:r>
        <w:t>In a video shared on YouTube, Drake detailed his experiment in which he managed to use AI-generated voice samples to infiltrate his personal bank's voice authentication system. His findings suggest a pressing need for revisiting the robustness of biometric security systems in the face of rapid technological advancement.</w:t>
      </w:r>
      <w:r/>
    </w:p>
    <w:p>
      <w:r/>
      <w:r>
        <w:t>Drake embarked on this experiment while developing a solution for a client that involved voice and video AI technologies. These technologies allow the duplication of an individual's voice and visual likeness without the necessity of direct recording or filming. Prompted by curiosity, Drake decided to test whether this technology could deceive his bank's voice authentication measures.</w:t>
      </w:r>
      <w:r/>
    </w:p>
    <w:p>
      <w:r/>
      <w:r>
        <w:t>The experiment began with Drake utilising simpler voice cloning tools, which initially failed to convincingly mimic his voice. However, after switching to more sophisticated voice cloning technology and using a more extensive voice sample, Drake achieved a close voice match. Through further fine-tuning, he eventually managed to breach the bank's voice verification system once.</w:t>
      </w:r>
      <w:r/>
    </w:p>
    <w:p>
      <w:r/>
      <w:r>
        <w:t>Reflecting on the success, Drake expressed his surprise, saying, “I couldn’t believe it worked.” However, he noted that subsequent attempts to replicate this successful breach were unsuccessful, suggesting that his success might have exploited a minimal vulnerability in the system. He further elaborates on his findings in an article on That Automation Agency’s website titled, "Can AI Defeat Voice ID Used by Banks?"</w:t>
      </w:r>
      <w:r/>
    </w:p>
    <w:p>
      <w:r/>
      <w:r>
        <w:t>Prior to publicising his findings, Drake responsibly informed the bank of the issue, which has since been referred to their Customer Authentication team for further analysis. The bank has not publicly commented on the specifics of their ongoing investigation or adjustments to their security systems.</w:t>
      </w:r>
      <w:r/>
    </w:p>
    <w:p>
      <w:r/>
      <w:r>
        <w:t>Security experts have highlighted that, while voice ID is an essential layer of security, it should be an element within a broader multi-factor authentication strategy. They stress the importance of financial institutions remaining vigilant and adaptable as AI technology evolves. There is also a growing emphasis on educating customers about the security and privacy of their biometric data.</w:t>
      </w:r>
      <w:r/>
    </w:p>
    <w:p>
      <w:r/>
      <w:r>
        <w:t>Drake's experiment underscores the critical conversation around biometric authentication. He encourages industry experts to re-evaluate existing security measures and customer education surrounding personal biometric data.</w:t>
      </w:r>
      <w:r/>
    </w:p>
    <w:p>
      <w:r/>
      <w:r>
        <w:t>For further insights into this experiment and access to the YouTube video and accompanying article, Christopher Drake and That Automation Agency are available for contact.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https://thatautomationagency.com/can-ai-defeat-voice-id-used-by-banks/</w:t>
        </w:r>
      </w:hyperlink>
      <w:r>
        <w:t xml:space="preserve"> - This article by Christopher Drake on That Automation Agency's website details his experiment and findings on whether AI can defeat voice ID used by banks.</w:t>
      </w:r>
      <w:r/>
    </w:p>
    <w:p>
      <w:pPr>
        <w:pStyle w:val="ListNumber"/>
        <w:spacing w:line="240" w:lineRule="auto"/>
        <w:ind w:left="720"/>
      </w:pPr>
      <w:r/>
      <w:hyperlink r:id="rId11">
        <w:r>
          <w:rPr>
            <w:color w:val="0000EE"/>
            <w:u w:val="single"/>
          </w:rPr>
          <w:t>https://www.youtube.com/watch?v=kurPOQ_cUP8</w:t>
        </w:r>
      </w:hyperlink>
      <w:r>
        <w:t xml:space="preserve"> - This YouTube video shows Drake's experiment where he used AI to bypass his bank's voice authentication system.</w:t>
      </w:r>
      <w:r/>
    </w:p>
    <w:p>
      <w:pPr>
        <w:pStyle w:val="ListNumber"/>
        <w:spacing w:line="240" w:lineRule="auto"/>
        <w:ind w:left="720"/>
      </w:pPr>
      <w:r/>
      <w:hyperlink r:id="rId12">
        <w:r>
          <w:rPr>
            <w:color w:val="0000EE"/>
            <w:u w:val="single"/>
          </w:rPr>
          <w:t>https://www.businessmole.com/concerns-raised-over-bank-voice-authentication-following-ai-voice-cloning-test/</w:t>
        </w:r>
      </w:hyperlink>
      <w:r>
        <w:t xml:space="preserve"> - This article discusses the concerns raised over bank voice authentication after Drake's AI voice cloning test and the implications for biometric security.</w:t>
      </w:r>
      <w:r/>
    </w:p>
    <w:p>
      <w:pPr>
        <w:pStyle w:val="ListNumber"/>
        <w:spacing w:line="240" w:lineRule="auto"/>
        <w:ind w:left="720"/>
      </w:pPr>
      <w:r/>
      <w:hyperlink r:id="rId10">
        <w:r>
          <w:rPr>
            <w:color w:val="0000EE"/>
            <w:u w:val="single"/>
          </w:rPr>
          <w:t>https://thatautomationagency.com/can-ai-defeat-voice-id-used-by-banks/</w:t>
        </w:r>
      </w:hyperlink>
      <w:r>
        <w:t xml:space="preserve"> - Drake's article explains the process and results of his experiment, including the use of advanced voice cloning technology to mimic his voice.</w:t>
      </w:r>
      <w:r/>
    </w:p>
    <w:p>
      <w:pPr>
        <w:pStyle w:val="ListNumber"/>
        <w:spacing w:line="240" w:lineRule="auto"/>
        <w:ind w:left="720"/>
      </w:pPr>
      <w:r/>
      <w:hyperlink r:id="rId12">
        <w:r>
          <w:rPr>
            <w:color w:val="0000EE"/>
            <w:u w:val="single"/>
          </w:rPr>
          <w:t>https://www.businessmole.com/concerns-raised-over-bank-voice-authentication-following-ai-voice-cloning-test/</w:t>
        </w:r>
      </w:hyperlink>
      <w:r>
        <w:t xml:space="preserve"> - This source details Drake's initial failures with simpler voice cloning tools and his eventual success with more sophisticated technology.</w:t>
      </w:r>
      <w:r/>
    </w:p>
    <w:p>
      <w:pPr>
        <w:pStyle w:val="ListNumber"/>
        <w:spacing w:line="240" w:lineRule="auto"/>
        <w:ind w:left="720"/>
      </w:pPr>
      <w:r/>
      <w:hyperlink r:id="rId12">
        <w:r>
          <w:rPr>
            <w:color w:val="0000EE"/>
            <w:u w:val="single"/>
          </w:rPr>
          <w:t>https://www.businessmole.com/concerns-raised-over-bank-voice-authentication-following-ai-voice-cloning-test/</w:t>
        </w:r>
      </w:hyperlink>
      <w:r>
        <w:t xml:space="preserve"> - The article mentions Drake's surprise at the success and the subsequent referral of the issue to the bank's Customer Authentication team.</w:t>
      </w:r>
      <w:r/>
    </w:p>
    <w:p>
      <w:pPr>
        <w:pStyle w:val="ListNumber"/>
        <w:spacing w:line="240" w:lineRule="auto"/>
        <w:ind w:left="720"/>
      </w:pPr>
      <w:r/>
      <w:hyperlink r:id="rId10">
        <w:r>
          <w:rPr>
            <w:color w:val="0000EE"/>
            <w:u w:val="single"/>
          </w:rPr>
          <w:t>https://thatautomationagency.com/can-ai-defeat-voice-id-used-by-banks/</w:t>
        </w:r>
      </w:hyperlink>
      <w:r>
        <w:t xml:space="preserve"> - Drake's article emphasizes the need for financial institutions to revisit their security protocols in light of evolving AI technologies.</w:t>
      </w:r>
      <w:r/>
    </w:p>
    <w:p>
      <w:pPr>
        <w:pStyle w:val="ListNumber"/>
        <w:spacing w:line="240" w:lineRule="auto"/>
        <w:ind w:left="720"/>
      </w:pPr>
      <w:r/>
      <w:hyperlink r:id="rId12">
        <w:r>
          <w:rPr>
            <w:color w:val="0000EE"/>
            <w:u w:val="single"/>
          </w:rPr>
          <w:t>https://www.businessmole.com/concerns-raised-over-bank-voice-authentication-following-ai-voice-cloning-test/</w:t>
        </w:r>
      </w:hyperlink>
      <w:r>
        <w:t xml:space="preserve"> - Security experts are quoted as advising that voice ID should be part of a multi-factor authentication strategy to enhance security.</w:t>
      </w:r>
      <w:r/>
    </w:p>
    <w:p>
      <w:pPr>
        <w:pStyle w:val="ListNumber"/>
        <w:spacing w:line="240" w:lineRule="auto"/>
        <w:ind w:left="720"/>
      </w:pPr>
      <w:r/>
      <w:hyperlink r:id="rId12">
        <w:r>
          <w:rPr>
            <w:color w:val="0000EE"/>
            <w:u w:val="single"/>
          </w:rPr>
          <w:t>https://www.businessmole.com/concerns-raised-over-bank-voice-authentication-following-ai-voice-cloning-test/</w:t>
        </w:r>
      </w:hyperlink>
      <w:r>
        <w:t xml:space="preserve"> - The article highlights the importance of educating customers about the security and privacy of their biometric data.</w:t>
      </w:r>
      <w:r/>
    </w:p>
    <w:p>
      <w:pPr>
        <w:pStyle w:val="ListNumber"/>
        <w:spacing w:line="240" w:lineRule="auto"/>
        <w:ind w:left="720"/>
      </w:pPr>
      <w:r/>
      <w:hyperlink r:id="rId10">
        <w:r>
          <w:rPr>
            <w:color w:val="0000EE"/>
            <w:u w:val="single"/>
          </w:rPr>
          <w:t>https://thatautomationagency.com/can-ai-defeat-voice-id-used-by-banks/</w:t>
        </w:r>
      </w:hyperlink>
      <w:r>
        <w:t xml:space="preserve"> - Drake encourages industry experts to re-evaluate existing security measures and customer education surrounding personal biometric data.</w:t>
      </w:r>
      <w:r/>
    </w:p>
    <w:p>
      <w:pPr>
        <w:pStyle w:val="ListNumber"/>
        <w:spacing w:line="240" w:lineRule="auto"/>
        <w:ind w:left="720"/>
      </w:pPr>
      <w:r/>
      <w:hyperlink r:id="rId12">
        <w:r>
          <w:rPr>
            <w:color w:val="0000EE"/>
            <w:u w:val="single"/>
          </w:rPr>
          <w:t>https://www.businessmole.com/concerns-raised-over-bank-voice-authentication-following-ai-voice-cloning-test/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atautomationagency.com/can-ai-defeat-voice-id-used-by-banks/" TargetMode="External"/><Relationship Id="rId11" Type="http://schemas.openxmlformats.org/officeDocument/2006/relationships/hyperlink" Target="https://www.youtube.com/watch?v=kurPOQ_cUP8" TargetMode="External"/><Relationship Id="rId12" Type="http://schemas.openxmlformats.org/officeDocument/2006/relationships/hyperlink" Target="https://www.businessmole.com/concerns-raised-over-bank-voice-authentication-following-ai-voice-cloning-te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