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Com2uS launches urban fantasy RPG 'Starseed: Asnia Trigger'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Com2uS, a prominent name in the mobile gaming industry, has rolled out its latest title, "Starseed: Asnia Trigger", an urban fantasy RPG now accessible in select regions. Released to players in the United States, Canada, the United Kingdom, and the Philippines, this game is available on multiple platforms including iOS, Android, and PC, offering players a diverse and engaging gaming experience.</w:t>
      </w:r>
      <w:r/>
    </w:p>
    <w:p>
      <w:r/>
      <w:r>
        <w:t>"Starseed: Asnia Trigger" immerses players in a world fraught with peril, where humanity battles against AI adversaries known as the Redshifts, who pose a substantial threat to global survival. Players step into the shoes of the "Architect", a role that empowers them to recruit characters known as Proxyans from seven unique factions, including Asnia and Artcaise. The aim is to assemble a formidable team to thwart the catastrophic AI menace.</w:t>
      </w:r>
      <w:r/>
    </w:p>
    <w:p>
      <w:r/>
      <w:r>
        <w:t>One of the standout features of the game is its special dual Ultimate Skill system. This system enhances character customisation, allowing players to fine-tune their Proxyans’ capabilities according to their strengths and weaknesses, which adds depth to the strategic elements intrinsic to turn-based battles. Various gameplay modes including Arena and Boss Raid provide platforms for players to utilise Ultimate Skills such as "Awake" and "Blossom" for maximum strategic impact.</w:t>
      </w:r>
      <w:r/>
    </w:p>
    <w:p>
      <w:r/>
      <w:r>
        <w:t>For those inclined to meticulously develop their in-game characters, the Academy feature presents an opportunity to target specific skill enhancements, offering players the chance to refine their team’s competencies either through manual skill-building or automated systems.</w:t>
      </w:r>
      <w:r/>
    </w:p>
    <w:p>
      <w:r/>
      <w:r>
        <w:t>Additionally, "Starseed: Asnia Trigger" incorporates a unique social engagement feature named Instarseed, heightening the interactive aspect of the game. This feature allows players to engage with their Proxyans beyond the battlefield, including viewing their daily updates, communicating through messages, and sending gifts to unlock additional content such as hidden stories, animations, and new character insights.</w:t>
      </w:r>
      <w:r/>
    </w:p>
    <w:p>
      <w:r/>
      <w:r>
        <w:t>The game had been open for pre-registrations since late August, generating anticipation among gaming enthusiasts. Following its official release, players can now delve into this RPG adventure that blends urban fantasy with an intricate narrative and customisation options.</w:t>
      </w:r>
      <w:r/>
    </w:p>
    <w:p>
      <w:r/>
      <w:r>
        <w:t>For those eager to engage with the riveting storyline and immersive gameplay, "Starseed: Asnia Trigger" is available for free download across the designated regions. Further information about the game is accessible on the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https://apps.apple.com/id/app/starseed-asnia-trigger/id6504904399</w:t>
        </w:r>
      </w:hyperlink>
      <w:r>
        <w:t xml:space="preserve"> - Corroborates the game's availability on iOS, its description, and key features such as the battle against Redshift and the Proxyans.</w:t>
      </w:r>
      <w:r/>
    </w:p>
    <w:p>
      <w:pPr>
        <w:pStyle w:val="ListNumber"/>
        <w:spacing w:line="240" w:lineRule="auto"/>
        <w:ind w:left="720"/>
      </w:pPr>
      <w:r/>
      <w:hyperlink r:id="rId11">
        <w:r>
          <w:rPr>
            <w:color w:val="0000EE"/>
            <w:u w:val="single"/>
          </w:rPr>
          <w:t>https://play.google.com/store/apps/details?id=com.com2us.starseedgl.android.google.global.normal&amp;hl=en_US</w:t>
        </w:r>
      </w:hyperlink>
      <w:r>
        <w:t xml:space="preserve"> - Confirms the game's availability on Android and provides details on its release.</w:t>
      </w:r>
      <w:r/>
    </w:p>
    <w:p>
      <w:pPr>
        <w:pStyle w:val="ListNumber"/>
        <w:spacing w:line="240" w:lineRule="auto"/>
        <w:ind w:left="720"/>
      </w:pPr>
      <w:r/>
      <w:hyperlink r:id="rId12">
        <w:r>
          <w:rPr>
            <w:color w:val="0000EE"/>
            <w:u w:val="single"/>
          </w:rPr>
          <w:t>https://www.gamespress.com/Com2uS-Launches-Global-Pre-Registration-for-Their-New-Game-Starseed-As</w:t>
        </w:r>
      </w:hyperlink>
      <w:r>
        <w:t xml:space="preserve"> - Supports the information about pre-registrations, the game's features, and its release in select regions.</w:t>
      </w:r>
      <w:r/>
    </w:p>
    <w:p>
      <w:pPr>
        <w:pStyle w:val="ListNumber"/>
        <w:spacing w:line="240" w:lineRule="auto"/>
        <w:ind w:left="720"/>
      </w:pPr>
      <w:r/>
      <w:hyperlink r:id="rId12">
        <w:r>
          <w:rPr>
            <w:color w:val="0000EE"/>
            <w:u w:val="single"/>
          </w:rPr>
          <w:t>https://www.gamespress.com/Com2uS-Launches-Global-Pre-Registration-for-Their-New-Game-Starseed-As</w:t>
        </w:r>
      </w:hyperlink>
      <w:r>
        <w:t xml:space="preserve"> - Details the game's storyline, the role of the Architect, and the recruitment of Proxyans from different factions.</w:t>
      </w:r>
      <w:r/>
    </w:p>
    <w:p>
      <w:pPr>
        <w:pStyle w:val="ListNumber"/>
        <w:spacing w:line="240" w:lineRule="auto"/>
        <w:ind w:left="720"/>
      </w:pPr>
      <w:r/>
      <w:hyperlink r:id="rId10">
        <w:r>
          <w:rPr>
            <w:color w:val="0000EE"/>
            <w:u w:val="single"/>
          </w:rPr>
          <w:t>https://apps.apple.com/id/app/starseed-asnia-trigger/id6504904399</w:t>
        </w:r>
      </w:hyperlink>
      <w:r>
        <w:t xml:space="preserve"> - Explains the dual Ultimate Skill system and various gameplay modes like Arena and Boss Raid.</w:t>
      </w:r>
      <w:r/>
    </w:p>
    <w:p>
      <w:pPr>
        <w:pStyle w:val="ListNumber"/>
        <w:spacing w:line="240" w:lineRule="auto"/>
        <w:ind w:left="720"/>
      </w:pPr>
      <w:r/>
      <w:hyperlink r:id="rId12">
        <w:r>
          <w:rPr>
            <w:color w:val="0000EE"/>
            <w:u w:val="single"/>
          </w:rPr>
          <w:t>https://www.gamespress.com/Com2uS-Launches-Global-Pre-Registration-for-Their-New-Game-Starseed-As</w:t>
        </w:r>
      </w:hyperlink>
      <w:r>
        <w:t xml:space="preserve"> - Describes the Academy feature for character development and skill enhancements.</w:t>
      </w:r>
      <w:r/>
    </w:p>
    <w:p>
      <w:pPr>
        <w:pStyle w:val="ListNumber"/>
        <w:spacing w:line="240" w:lineRule="auto"/>
        <w:ind w:left="720"/>
      </w:pPr>
      <w:r/>
      <w:hyperlink r:id="rId10">
        <w:r>
          <w:rPr>
            <w:color w:val="0000EE"/>
            <w:u w:val="single"/>
          </w:rPr>
          <w:t>https://apps.apple.com/id/app/starseed-asnia-trigger/id6504904399</w:t>
        </w:r>
      </w:hyperlink>
      <w:r>
        <w:t xml:space="preserve"> - Details the Instarseed social engagement feature and its interactive aspects.</w:t>
      </w:r>
      <w:r/>
    </w:p>
    <w:p>
      <w:pPr>
        <w:pStyle w:val="ListNumber"/>
        <w:spacing w:line="240" w:lineRule="auto"/>
        <w:ind w:left="720"/>
      </w:pPr>
      <w:r/>
      <w:hyperlink r:id="rId12">
        <w:r>
          <w:rPr>
            <w:color w:val="0000EE"/>
            <w:u w:val="single"/>
          </w:rPr>
          <w:t>https://www.gamespress.com/Com2uS-Launches-Global-Pre-Registration-for-Their-New-Game-Starseed-As</w:t>
        </w:r>
      </w:hyperlink>
      <w:r>
        <w:t xml:space="preserve"> - Confirms the pre-registration period and the anticipation among gaming enthusiasts.</w:t>
      </w:r>
      <w:r/>
    </w:p>
    <w:p>
      <w:pPr>
        <w:pStyle w:val="ListNumber"/>
        <w:spacing w:line="240" w:lineRule="auto"/>
        <w:ind w:left="720"/>
      </w:pPr>
      <w:r/>
      <w:hyperlink r:id="rId13">
        <w:r>
          <w:rPr>
            <w:color w:val="0000EE"/>
            <w:u w:val="single"/>
          </w:rPr>
          <w:t>https://www.reddit.com/r/gachagaming/comments/1gfrx0s/starseed_asnia_trigger_predownload_and_release/</w:t>
        </w:r>
      </w:hyperlink>
      <w:r>
        <w:t xml:space="preserve"> - Provides information on the soft launch in select countries and the global release date.</w:t>
      </w:r>
      <w:r/>
    </w:p>
    <w:p>
      <w:pPr>
        <w:pStyle w:val="ListNumber"/>
        <w:spacing w:line="240" w:lineRule="auto"/>
        <w:ind w:left="720"/>
      </w:pPr>
      <w:r/>
      <w:hyperlink r:id="rId14">
        <w:r>
          <w:rPr>
            <w:color w:val="0000EE"/>
            <w:u w:val="single"/>
          </w:rPr>
          <w:t>https://game8.co/articles/release-dates/starseed-asnia-trigger-release-date-and-time</w:t>
        </w:r>
      </w:hyperlink>
      <w:r>
        <w:t xml:space="preserve"> - Specifies the release date and time for the game in the USA, Canada, UK, and Philippines.</w:t>
      </w:r>
      <w:r/>
    </w:p>
    <w:p>
      <w:pPr>
        <w:pStyle w:val="ListNumber"/>
        <w:spacing w:line="240" w:lineRule="auto"/>
        <w:ind w:left="720"/>
      </w:pPr>
      <w:r/>
      <w:hyperlink r:id="rId15">
        <w:r>
          <w:rPr>
            <w:color w:val="0000EE"/>
            <w:u w:val="single"/>
          </w:rPr>
          <w:t>https://www.pocketgamer.com/starseed-asnia-trigger/official-launch-android-ios/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s.apple.com/id/app/starseed-asnia-trigger/id6504904399" TargetMode="External"/><Relationship Id="rId11" Type="http://schemas.openxmlformats.org/officeDocument/2006/relationships/hyperlink" Target="https://play.google.com/store/apps/details?id=com.com2us.starseedgl.android.google.global.normal&amp;hl=en_US" TargetMode="External"/><Relationship Id="rId12" Type="http://schemas.openxmlformats.org/officeDocument/2006/relationships/hyperlink" Target="https://www.gamespress.com/Com2uS-Launches-Global-Pre-Registration-for-Their-New-Game-Starseed-As" TargetMode="External"/><Relationship Id="rId13" Type="http://schemas.openxmlformats.org/officeDocument/2006/relationships/hyperlink" Target="https://www.reddit.com/r/gachagaming/comments/1gfrx0s/starseed_asnia_trigger_predownload_and_release/" TargetMode="External"/><Relationship Id="rId14" Type="http://schemas.openxmlformats.org/officeDocument/2006/relationships/hyperlink" Target="https://game8.co/articles/release-dates/starseed-asnia-trigger-release-date-and-time" TargetMode="External"/><Relationship Id="rId15" Type="http://schemas.openxmlformats.org/officeDocument/2006/relationships/hyperlink" Target="https://www.pocketgamer.com/starseed-asnia-trigger/official-launch-android-i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