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Costco launches enticing membership promotion with Stack Social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set to attract new clientele, Costco has partnered with Stack Social to introduce an enticing offer for prospective members. Aimed at those considering securing their own membership rather than borrowing from family or friends, the promotion offers a $20 gift card to new Costco members upon purchasing a one-year Gold Star membership. This effectively lowers the annual cost from $65 to $45. For those interested in the Executive Gold Star membership, a $40 gift card is available as a part of the same initiative.</w:t>
      </w:r>
      <w:r/>
    </w:p>
    <w:p>
      <w:r/>
      <w:r>
        <w:t>This offer is exclusive to new members or those who have let their membership lapse for over 18 months. It is specifically available to customers in the US and Puerto Rico. Despite the ability to purchase up to two memberships, the deal restricts usage to one per household, although an additional card for another household member over 18 is permissible.</w:t>
      </w:r>
      <w:r/>
    </w:p>
    <w:p>
      <w:r/>
      <w:r>
        <w:t>This promotion reflects Costco's recent crackdown on membership sharing, with plans to implement card scanning at store entrances to ensure member presence in the forthcoming months. Adhering to the promotion timelines, the membership must be redeemed by 31st October 2024, though Stack Social advises redemption within 30 days to avoid any disappointment due to limited availability.</w:t>
      </w:r>
      <w:r/>
    </w:p>
    <w:p>
      <w:r/>
      <w:r>
        <w:t>Costco, known for its extensive product offerings from groceries to electronics, also provides members with access to Costco Services, which includes discounted rates at the Costco Gas Station and Tire Center, as well as travel packages including resort stays and cruises.</w:t>
      </w:r>
      <w:r/>
    </w:p>
    <w:p>
      <w:r/>
      <w:r>
        <w:t>In related deals, Stack Social is offering a substantial discount on Microsoft Office Home &amp; Business 2024 Suite for both PC and Mac users. The suite, priced at $160, represents a 36% discount off the regular price of $250, and offers lifetime access to applications including Word, Excel, PowerPoint, Outlook, and OneNote. Improvements in this edition include AI integration and enhanced performance, although the deal does not include the benefits seen in Microsoft’s Office 365 subscription.</w:t>
      </w:r>
      <w:r/>
    </w:p>
    <w:p>
      <w:r/>
      <w:r>
        <w:t>For those seeking online privacy, Stack Social is promoting AdGuard’s VPN service at a significant discount. A five-year plan is offered at $35, equivalent to approximately $0.58 monthly, supporting up to 10 devices simultaneously without logging user activity. However, MacOS users may encounter performance issues as the application is noted for slow functionality on the platform. The VPN service, which is more reliable on mobile devices, includes over 60 server locations worldwide.</w:t>
      </w:r>
      <w:r/>
    </w:p>
    <w:p>
      <w:r/>
      <w:r>
        <w:t>While each of these promotions offers significant savings, interested parties should be mindful that these deals are subject to expiry or may sell out at any time. Stack Social and ZDNET continue to provide regular updates and new savings opportunities across a range of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https://www.stacksocial.com/sales/costco-1-year-gold-star-membership-45-digital-costco-shop-card</w:t>
        </w:r>
      </w:hyperlink>
      <w:r>
        <w:t xml:space="preserve"> - Corroborates the offer of a $45 digital Costco Shop Card with a one-year Gold Star membership, effectively lowering the annual cost.</w:t>
      </w:r>
      <w:r/>
    </w:p>
    <w:p>
      <w:pPr>
        <w:pStyle w:val="ListNumber"/>
        <w:spacing w:line="240" w:lineRule="auto"/>
        <w:ind w:left="720"/>
      </w:pPr>
      <w:r/>
      <w:hyperlink r:id="rId11">
        <w:r>
          <w:rPr>
            <w:color w:val="0000EE"/>
            <w:u w:val="single"/>
          </w:rPr>
          <w:t>https://www.stacksocial.com/sales/costco-1-year-executive-gold-star-membership-40-digital-costco-shop-card</w:t>
        </w:r>
      </w:hyperlink>
      <w:r>
        <w:t xml:space="preserve"> - Supports the availability of a $40 gift card with the Executive Gold Star membership.</w:t>
      </w:r>
      <w:r/>
    </w:p>
    <w:p>
      <w:pPr>
        <w:pStyle w:val="ListNumber"/>
        <w:spacing w:line="240" w:lineRule="auto"/>
        <w:ind w:left="720"/>
      </w:pPr>
      <w:r/>
      <w:hyperlink r:id="rId12">
        <w:r>
          <w:rPr>
            <w:color w:val="0000EE"/>
            <w:u w:val="single"/>
          </w:rPr>
          <w:t>https://www.sfgate.com/shopping/article/costco-membership-deal-19836334.php</w:t>
        </w:r>
      </w:hyperlink>
      <w:r>
        <w:t xml:space="preserve"> - Details the exclusive offer for new members or those whose memberships have lapsed for over 18 months and the redemption timeline.</w:t>
      </w:r>
      <w:r/>
    </w:p>
    <w:p>
      <w:pPr>
        <w:pStyle w:val="ListNumber"/>
        <w:spacing w:line="240" w:lineRule="auto"/>
        <w:ind w:left="720"/>
      </w:pPr>
      <w:r/>
      <w:hyperlink r:id="rId12">
        <w:r>
          <w:rPr>
            <w:color w:val="0000EE"/>
            <w:u w:val="single"/>
          </w:rPr>
          <w:t>https://www.sfgate.com/shopping/article/costco-membership-deal-19836334.php</w:t>
        </w:r>
      </w:hyperlink>
      <w:r>
        <w:t xml:space="preserve"> - Explains the restriction of one membership per household and the additional card for another household member.</w:t>
      </w:r>
      <w:r/>
    </w:p>
    <w:p>
      <w:pPr>
        <w:pStyle w:val="ListNumber"/>
        <w:spacing w:line="240" w:lineRule="auto"/>
        <w:ind w:left="720"/>
      </w:pPr>
      <w:r/>
      <w:hyperlink r:id="rId12">
        <w:r>
          <w:rPr>
            <w:color w:val="0000EE"/>
            <w:u w:val="single"/>
          </w:rPr>
          <w:t>https://www.sfgate.com/shopping/article/costco-membership-deal-19836334.php</w:t>
        </w:r>
      </w:hyperlink>
      <w:r>
        <w:t xml:space="preserve"> - Mentions Costco's services, including discounted rates at the Costco Gas Station and Tire Center, and travel packages.</w:t>
      </w:r>
      <w:r/>
    </w:p>
    <w:p>
      <w:pPr>
        <w:pStyle w:val="ListNumber"/>
        <w:spacing w:line="240" w:lineRule="auto"/>
        <w:ind w:left="720"/>
      </w:pPr>
      <w:r/>
      <w:hyperlink r:id="rId10">
        <w:r>
          <w:rPr>
            <w:color w:val="0000EE"/>
            <w:u w:val="single"/>
          </w:rPr>
          <w:t>https://www.stacksocial.com/sales/costco-1-year-gold-star-membership-45-digital-costco-shop-card</w:t>
        </w:r>
      </w:hyperlink>
      <w:r>
        <w:t xml:space="preserve"> - Provides information on the necessity to redeem the membership within a specified timeframe to avoid disappointment due to limited availability.</w:t>
      </w:r>
      <w:r/>
    </w:p>
    <w:p>
      <w:pPr>
        <w:pStyle w:val="ListNumber"/>
        <w:spacing w:line="240" w:lineRule="auto"/>
        <w:ind w:left="720"/>
      </w:pPr>
      <w:r/>
      <w:hyperlink r:id="rId13">
        <w:r>
          <w:rPr>
            <w:color w:val="0000EE"/>
            <w:u w:val="single"/>
          </w:rPr>
          <w:t>https://www.stacksocial.com/sales/microsoft-office-home-business-2024-suite-for-pc-mac</w:t>
        </w:r>
      </w:hyperlink>
      <w:r>
        <w:t xml:space="preserve"> - Details the discount on Microsoft Office Home &amp; Business 2024 Suite, including the price and features.</w:t>
      </w:r>
      <w:r/>
    </w:p>
    <w:p>
      <w:pPr>
        <w:pStyle w:val="ListNumber"/>
        <w:spacing w:line="240" w:lineRule="auto"/>
        <w:ind w:left="720"/>
      </w:pPr>
      <w:r/>
      <w:hyperlink r:id="rId14">
        <w:r>
          <w:rPr>
            <w:color w:val="0000EE"/>
            <w:u w:val="single"/>
          </w:rPr>
          <w:t>https://www.stacksocial.com/sales/adguard-vpn-5-year-subscription</w:t>
        </w:r>
      </w:hyperlink>
      <w:r>
        <w:t xml:space="preserve"> - Supports the promotion of AdGuard’s VPN service, including the pricing, device support, and performance notes.</w:t>
      </w:r>
      <w:r/>
    </w:p>
    <w:p>
      <w:pPr>
        <w:pStyle w:val="ListNumber"/>
        <w:spacing w:line="240" w:lineRule="auto"/>
        <w:ind w:left="720"/>
      </w:pPr>
      <w:r/>
      <w:hyperlink r:id="rId14">
        <w:r>
          <w:rPr>
            <w:color w:val="0000EE"/>
            <w:u w:val="single"/>
          </w:rPr>
          <w:t>https://www.stacksocial.com/sales/adguard-vpn-5-year-subscription</w:t>
        </w:r>
      </w:hyperlink>
      <w:r>
        <w:t xml:space="preserve"> - Highlights the VPN service's reliability on mobile devices and issues on MacOS.</w:t>
      </w:r>
      <w:r/>
    </w:p>
    <w:p>
      <w:pPr>
        <w:pStyle w:val="ListNumber"/>
        <w:spacing w:line="240" w:lineRule="auto"/>
        <w:ind w:left="720"/>
      </w:pPr>
      <w:r/>
      <w:hyperlink r:id="rId12">
        <w:r>
          <w:rPr>
            <w:color w:val="0000EE"/>
            <w:u w:val="single"/>
          </w:rPr>
          <w:t>https://www.sfgate.com/shopping/article/costco-membership-deal-19836334.php</w:t>
        </w:r>
      </w:hyperlink>
      <w:r>
        <w:t xml:space="preserve"> - Warns that these deals are subject to expiry or may sell out at any time.</w:t>
      </w:r>
      <w:r/>
    </w:p>
    <w:p>
      <w:pPr>
        <w:pStyle w:val="ListNumber"/>
        <w:spacing w:line="240" w:lineRule="auto"/>
        <w:ind w:left="720"/>
      </w:pPr>
      <w:r/>
      <w:hyperlink r:id="rId15">
        <w:r>
          <w:rPr>
            <w:color w:val="0000EE"/>
            <w:u w:val="single"/>
          </w:rPr>
          <w:t>https://www.zdnet.com/home-and-office/join-costco-and-get-a-20-gift-card-with-your-membership-heres-how/</w:t>
        </w:r>
      </w:hyperlink>
      <w:r>
        <w:t xml:space="preserve"> - Please view link - unable to able to access data</w:t>
      </w:r>
      <w:r/>
    </w:p>
    <w:p>
      <w:pPr>
        <w:pStyle w:val="ListNumber"/>
        <w:spacing w:line="240" w:lineRule="auto"/>
        <w:ind w:left="720"/>
      </w:pPr>
      <w:r/>
      <w:hyperlink r:id="rId16">
        <w:r>
          <w:rPr>
            <w:color w:val="0000EE"/>
            <w:u w:val="single"/>
          </w:rPr>
          <w:t>https://www.zdnet.com/article/buy-microsoft-office-home-business-2024-for-pc-or-mac-for-36-off/</w:t>
        </w:r>
      </w:hyperlink>
      <w:r>
        <w:t xml:space="preserve"> - Please view link - unable to able to access data</w:t>
      </w:r>
      <w:r/>
    </w:p>
    <w:p>
      <w:pPr>
        <w:pStyle w:val="ListNumber"/>
        <w:spacing w:line="240" w:lineRule="auto"/>
        <w:ind w:left="720"/>
      </w:pPr>
      <w:r/>
      <w:hyperlink r:id="rId17">
        <w:r>
          <w:rPr>
            <w:color w:val="0000EE"/>
            <w:u w:val="single"/>
          </w:rPr>
          <w:t>https://www.zdnet.com/article/buy-a-5-year-vpn-subscription-for-35/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cksocial.com/sales/costco-1-year-gold-star-membership-45-digital-costco-shop-card" TargetMode="External"/><Relationship Id="rId11" Type="http://schemas.openxmlformats.org/officeDocument/2006/relationships/hyperlink" Target="https://www.stacksocial.com/sales/costco-1-year-executive-gold-star-membership-40-digital-costco-shop-card" TargetMode="External"/><Relationship Id="rId12" Type="http://schemas.openxmlformats.org/officeDocument/2006/relationships/hyperlink" Target="https://www.sfgate.com/shopping/article/costco-membership-deal-19836334.php" TargetMode="External"/><Relationship Id="rId13" Type="http://schemas.openxmlformats.org/officeDocument/2006/relationships/hyperlink" Target="https://www.stacksocial.com/sales/microsoft-office-home-business-2024-suite-for-pc-mac" TargetMode="External"/><Relationship Id="rId14" Type="http://schemas.openxmlformats.org/officeDocument/2006/relationships/hyperlink" Target="https://www.stacksocial.com/sales/adguard-vpn-5-year-subscription" TargetMode="External"/><Relationship Id="rId15" Type="http://schemas.openxmlformats.org/officeDocument/2006/relationships/hyperlink" Target="https://www.zdnet.com/home-and-office/join-costco-and-get-a-20-gift-card-with-your-membership-heres-how/" TargetMode="External"/><Relationship Id="rId16" Type="http://schemas.openxmlformats.org/officeDocument/2006/relationships/hyperlink" Target="https://www.zdnet.com/article/buy-microsoft-office-home-business-2024-for-pc-or-mac-for-36-off/" TargetMode="External"/><Relationship Id="rId17" Type="http://schemas.openxmlformats.org/officeDocument/2006/relationships/hyperlink" Target="https://www.zdnet.com/article/buy-a-5-year-vpn-subscription-for-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