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Couple navigates relationship tensions amid AI involvement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modern take on relationship disputes, a man has taken to Reddit to share an unusual challenge he faces with his girlfriend, who he claims regularly engages ChatGPT, an artificial intelligence chatbot, in their arguments. This has left him feeling ambushed and overwhelmed, as his partner returns from these consultations armed with meticulously constructed arguments.</w:t>
      </w:r>
      <w:r/>
    </w:p>
    <w:p>
      <w:r/>
      <w:r>
        <w:t>The couple has been dating for eight months, during which they have experienced several major arguments and numerous minor disagreements. The boyfriend described a pattern where his girlfriend retreats from the heated discussions, only to come back with insights and arguments reportedly developed through dialogue with ChatGPT. She often remains in the same room while consulting the AI, which exacerbates his frustration.</w:t>
      </w:r>
      <w:r/>
    </w:p>
    <w:p>
      <w:r/>
      <w:r>
        <w:t>He detailed his feelings of being at a disadvantage, as the AI is capable of recalling every nuance and detail of a conversation, presenting them back in a structured manner that a person might struggle to match. According to him, this technological intervention leaves little room for the organic give-and-take typically present in human disagreements.</w:t>
      </w:r>
      <w:r/>
    </w:p>
    <w:p>
      <w:r/>
      <w:r>
        <w:t>On expressing his discomfort and raising his objection to her methods, the girlfriend purportedly countered by referencing ChatGPT’s assessments, claiming the AI suggested he was insecure and lacked the emotional capacity to engage with her viewpoints.</w:t>
      </w:r>
      <w:r/>
    </w:p>
    <w:p>
      <w:r/>
      <w:r>
        <w:t>The man highlighted what he perceives as a fundamental flaw in this approach. He pointed out that since his girlfriend is the one framing the prompts fed to the AI, it is naturally inclined to side with her narrative. This, he argued, leaves him without an opportunity to contribute to a broader understanding or defence of his standpoint.</w:t>
      </w:r>
      <w:r/>
    </w:p>
    <w:p>
      <w:r/>
      <w:r>
        <w:t>In response to the man's post, Reddit users were not shy in offering their own opinions and advice. Many commenters urged him to reconsider the relationship, with some suggesting that the girlfriend's reliance on AI technology over personal communication was concerning. Others suggested countering the AI's perceived bias by modelling discussions from his own perspective to demonstrate its propensity to align with the user's initial framing.</w:t>
      </w:r>
      <w:r/>
    </w:p>
    <w:p>
      <w:r/>
      <w:r>
        <w:t>This anecdote surfaces amidst a broader conversation on the ethical and social implications of integrating AI into daily personal interactions. It underlines how such technology can potentially influence even the most personal aspects of human life, such as romantic relationships. As the use of AI like ChatGPT becomes more pervasive, discussions like these highlight the dynamic intersections between new technology and intimate human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This article corroborates the man's experience of his girlfriend using ChatGPT during arguments, making him feel ambushed and overwhelmed.</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It details the couple's eight-month relationship and the pattern of the girlfriend consulting ChatGPT during arguments.</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The article explains how the girlfriend remains in the same room while consulting ChatGPT, exacerbating the boyfriend's frustration.</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It discusses the boyfriend's feelings of being at a disadvantage due to ChatGPT's ability to recall and structure arguments.</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The article mentions the girlfriend's counter that ChatGPT suggested the boyfriend was insecure and lacked emotional capacity.</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It highlights the boyfriend's concern that ChatGPT aligns with the girlfriend's narrative due to her framing the prompts.</w:t>
      </w:r>
      <w:r/>
    </w:p>
    <w:p>
      <w:pPr>
        <w:pStyle w:val="ListNumber"/>
        <w:spacing w:line="240" w:lineRule="auto"/>
        <w:ind w:left="720"/>
      </w:pPr>
      <w:r/>
      <w:hyperlink r:id="rId10">
        <w:r>
          <w:rPr>
            <w:color w:val="0000EE"/>
            <w:u w:val="single"/>
          </w:rPr>
          <w:t>https://www.fastcompany.com/91216367/im-being-ambushed-with-thoughts-from-a-robot-redditors-are-complaining-about-loved-ones-using-chatgpt-during-arguments</w:t>
        </w:r>
      </w:hyperlink>
      <w:r>
        <w:t xml:space="preserve"> - The article includes Reddit users' opinions and advice, suggesting the girlfriend's reliance on AI is concerning and advising the boyfriend to reconsider the relationship.</w:t>
      </w:r>
      <w:r/>
    </w:p>
    <w:p>
      <w:pPr>
        <w:pStyle w:val="ListNumber"/>
        <w:spacing w:line="240" w:lineRule="auto"/>
        <w:ind w:left="720"/>
      </w:pPr>
      <w:r/>
      <w:hyperlink r:id="rId11">
        <w:r>
          <w:rPr>
            <w:color w:val="0000EE"/>
            <w:u w:val="single"/>
          </w:rPr>
          <w:t>https://cybernews.com/entertainment/chatgpt-settles-relationship-drama-reddit/</w:t>
        </w:r>
      </w:hyperlink>
      <w:r>
        <w:t xml:space="preserve"> - This article also discusses a similar scenario where a girlfriend uses ChatGPT to settle arguments, corroborating the pattern of behavior described.</w:t>
      </w:r>
      <w:r/>
    </w:p>
    <w:p>
      <w:pPr>
        <w:pStyle w:val="ListNumber"/>
        <w:spacing w:line="240" w:lineRule="auto"/>
        <w:ind w:left="720"/>
      </w:pPr>
      <w:r/>
      <w:hyperlink r:id="rId12">
        <w:r>
          <w:rPr>
            <w:color w:val="0000EE"/>
            <w:u w:val="single"/>
          </w:rPr>
          <w:t>https://nypost.com/2024/10/21/lifestyle/couples-are-using-chatgpt-to-fight-and-win-arguments/</w:t>
        </w:r>
      </w:hyperlink>
      <w:r>
        <w:t xml:space="preserve"> - It supports the broader trend of couples using ChatGPT to influence their arguments and relationships.</w:t>
      </w:r>
      <w:r/>
    </w:p>
    <w:p>
      <w:pPr>
        <w:pStyle w:val="ListNumber"/>
        <w:spacing w:line="240" w:lineRule="auto"/>
        <w:ind w:left="720"/>
      </w:pPr>
      <w:r/>
      <w:hyperlink r:id="rId13">
        <w:r>
          <w:rPr>
            <w:color w:val="0000EE"/>
            <w:u w:val="single"/>
          </w:rPr>
          <w:t>https://ojs.aaai.org/index.php/ICWSM/article/view/31338</w:t>
        </w:r>
      </w:hyperlink>
      <w:r>
        <w:t xml:space="preserve"> - This research article evaluates ChatGPT's reliability in giving relationship advice, highlighting the potential for misleading or inconsistent advice, which aligns with the concerns raised in the anecdote.</w:t>
      </w:r>
      <w:r/>
    </w:p>
    <w:p>
      <w:pPr>
        <w:pStyle w:val="ListNumber"/>
        <w:spacing w:line="240" w:lineRule="auto"/>
        <w:ind w:left="720"/>
      </w:pPr>
      <w:r/>
      <w:hyperlink r:id="rId14">
        <w:r>
          <w:rPr>
            <w:color w:val="0000EE"/>
            <w:u w:val="single"/>
          </w:rPr>
          <w:t>https://www.reddit.com/r/ChatGPT/comments/1fmxpz3/chatgpt_is_incredible_for_interpersonal_conflicts/</w:t>
        </w:r>
      </w:hyperlink>
      <w:r>
        <w:t xml:space="preserve"> - This Reddit discussion shows how some users find ChatGPT helpful in interpersonal conflicts, but also cautions against over-reliance on AI, mirroring the ethical and social implications discussed.</w:t>
      </w:r>
      <w:r/>
    </w:p>
    <w:p>
      <w:pPr>
        <w:pStyle w:val="ListNumber"/>
        <w:spacing w:line="240" w:lineRule="auto"/>
        <w:ind w:left="720"/>
      </w:pPr>
      <w:r/>
      <w:hyperlink r:id="rId15">
        <w:r>
          <w:rPr>
            <w:color w:val="0000EE"/>
            <w:u w:val="single"/>
          </w:rPr>
          <w:t>https://ktemnews.com/ixp/252/p/girlfriend-chatgpt-arguments-insecure-reddit/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16367/im-being-ambushed-with-thoughts-from-a-robot-redditors-are-complaining-about-loved-ones-using-chatgpt-during-arguments" TargetMode="External"/><Relationship Id="rId11" Type="http://schemas.openxmlformats.org/officeDocument/2006/relationships/hyperlink" Target="https://cybernews.com/entertainment/chatgpt-settles-relationship-drama-reddit/" TargetMode="External"/><Relationship Id="rId12" Type="http://schemas.openxmlformats.org/officeDocument/2006/relationships/hyperlink" Target="https://nypost.com/2024/10/21/lifestyle/couples-are-using-chatgpt-to-fight-and-win-arguments/" TargetMode="External"/><Relationship Id="rId13" Type="http://schemas.openxmlformats.org/officeDocument/2006/relationships/hyperlink" Target="https://ojs.aaai.org/index.php/ICWSM/article/view/31338" TargetMode="External"/><Relationship Id="rId14" Type="http://schemas.openxmlformats.org/officeDocument/2006/relationships/hyperlink" Target="https://www.reddit.com/r/ChatGPT/comments/1fmxpz3/chatgpt_is_incredible_for_interpersonal_conflicts/" TargetMode="External"/><Relationship Id="rId15" Type="http://schemas.openxmlformats.org/officeDocument/2006/relationships/hyperlink" Target="https://ktemnews.com/ixp/252/p/girlfriend-chatgpt-arguments-insecure-red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